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D01" w:rsidRDefault="00557D01" w:rsidP="00557D01">
      <w:pPr>
        <w:spacing w:after="0" w:line="240" w:lineRule="auto"/>
        <w:jc w:val="center"/>
        <w:rPr>
          <w:b/>
          <w:color w:val="4F6228" w:themeColor="accent3" w:themeShade="80"/>
          <w:sz w:val="36"/>
          <w:lang w:val="ru-RU"/>
        </w:rPr>
      </w:pPr>
    </w:p>
    <w:p w:rsidR="00557D01" w:rsidRDefault="00557D01" w:rsidP="00557D01">
      <w:pPr>
        <w:spacing w:after="0" w:line="240" w:lineRule="auto"/>
        <w:jc w:val="center"/>
        <w:rPr>
          <w:b/>
          <w:color w:val="4F6228" w:themeColor="accent3" w:themeShade="80"/>
          <w:sz w:val="36"/>
          <w:lang w:val="ru-RU"/>
        </w:rPr>
      </w:pPr>
    </w:p>
    <w:p w:rsidR="00557D01" w:rsidRDefault="00557D01" w:rsidP="00557D01">
      <w:pPr>
        <w:spacing w:after="0" w:line="240" w:lineRule="auto"/>
        <w:jc w:val="center"/>
        <w:rPr>
          <w:b/>
          <w:color w:val="4F6228" w:themeColor="accent3" w:themeShade="80"/>
          <w:sz w:val="36"/>
          <w:lang w:val="ru-RU"/>
        </w:rPr>
      </w:pPr>
    </w:p>
    <w:p w:rsidR="00557D01" w:rsidRDefault="00557D01" w:rsidP="00557D01">
      <w:pPr>
        <w:spacing w:after="0" w:line="240" w:lineRule="auto"/>
        <w:jc w:val="center"/>
        <w:rPr>
          <w:b/>
          <w:color w:val="4F6228" w:themeColor="accent3" w:themeShade="80"/>
          <w:sz w:val="36"/>
          <w:lang w:val="ru-RU"/>
        </w:rPr>
      </w:pPr>
    </w:p>
    <w:p w:rsidR="00557D01" w:rsidRDefault="00557D01" w:rsidP="00557D01">
      <w:pPr>
        <w:spacing w:after="0" w:line="240" w:lineRule="auto"/>
        <w:jc w:val="center"/>
        <w:rPr>
          <w:b/>
          <w:color w:val="4F6228" w:themeColor="accent3" w:themeShade="80"/>
          <w:sz w:val="36"/>
          <w:lang w:val="ru-RU"/>
        </w:rPr>
      </w:pPr>
    </w:p>
    <w:p w:rsidR="00557D01" w:rsidRPr="007B1D1A" w:rsidRDefault="00557D01" w:rsidP="00557D01">
      <w:pPr>
        <w:spacing w:after="0" w:line="240" w:lineRule="auto"/>
        <w:jc w:val="center"/>
        <w:rPr>
          <w:rFonts w:asciiTheme="minorHAnsi" w:hAnsiTheme="minorHAnsi"/>
          <w:b/>
          <w:color w:val="5B2C6F"/>
          <w:sz w:val="36"/>
          <w:lang w:val="ru-RU"/>
        </w:rPr>
      </w:pPr>
      <w:r w:rsidRPr="007B1D1A">
        <w:rPr>
          <w:rFonts w:asciiTheme="minorHAnsi" w:hAnsiTheme="minorHAnsi"/>
          <w:b/>
          <w:color w:val="4F6228" w:themeColor="accent3" w:themeShade="80"/>
          <w:sz w:val="36"/>
          <w:lang w:val="ru-RU"/>
        </w:rPr>
        <w:t xml:space="preserve">Персональная карта гостя и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36"/>
          <w:lang w:val="ru-RU"/>
        </w:rPr>
        <w:t>спа</w:t>
      </w:r>
      <w:proofErr w:type="spellEnd"/>
      <w:r w:rsidRPr="007B1D1A">
        <w:rPr>
          <w:rFonts w:asciiTheme="minorHAnsi" w:hAnsiTheme="minorHAnsi"/>
          <w:b/>
          <w:color w:val="4F6228" w:themeColor="accent3" w:themeShade="80"/>
          <w:sz w:val="36"/>
          <w:lang w:val="ru-RU"/>
        </w:rPr>
        <w:t>-предпочтения</w:t>
      </w:r>
    </w:p>
    <w:p w:rsidR="00BE2869" w:rsidRPr="007B1D1A" w:rsidRDefault="00627FAD" w:rsidP="00557D01">
      <w:pPr>
        <w:spacing w:after="0" w:line="240" w:lineRule="auto"/>
        <w:jc w:val="center"/>
        <w:rPr>
          <w:rFonts w:asciiTheme="minorHAnsi" w:hAnsiTheme="minorHAnsi"/>
          <w:sz w:val="22"/>
          <w:lang w:val="ru-RU"/>
        </w:rPr>
      </w:pPr>
      <w:r w:rsidRPr="007B1D1A">
        <w:rPr>
          <w:rFonts w:asciiTheme="minorHAnsi" w:hAnsiTheme="minorHAnsi"/>
          <w:i/>
          <w:color w:val="646464"/>
          <w:sz w:val="22"/>
          <w:lang w:val="ru-RU"/>
        </w:rPr>
        <w:t xml:space="preserve">Добро пожаловать в наш </w:t>
      </w:r>
      <w:r w:rsidRPr="007B1D1A">
        <w:rPr>
          <w:rFonts w:asciiTheme="minorHAnsi" w:hAnsiTheme="minorHAnsi"/>
          <w:i/>
          <w:color w:val="646464"/>
          <w:sz w:val="22"/>
        </w:rPr>
        <w:t>SPA</w:t>
      </w:r>
      <w:r w:rsidRPr="007B1D1A">
        <w:rPr>
          <w:rFonts w:asciiTheme="minorHAnsi" w:hAnsiTheme="minorHAnsi"/>
          <w:i/>
          <w:color w:val="646464"/>
          <w:sz w:val="22"/>
          <w:lang w:val="ru-RU"/>
        </w:rPr>
        <w:t>-салон! Пожалуйста, заполните эту форму, чтобы мы сделали ваш отдых безопасным и максимально комфортным.</w:t>
      </w:r>
    </w:p>
    <w:p w:rsidR="00557D01" w:rsidRDefault="00557D01" w:rsidP="00557D01">
      <w:pPr>
        <w:spacing w:after="120"/>
        <w:rPr>
          <w:b/>
          <w:color w:val="4F6228" w:themeColor="accent3" w:themeShade="80"/>
          <w:sz w:val="24"/>
        </w:rPr>
      </w:pPr>
      <w:r w:rsidRPr="007B1D1A">
        <w:rPr>
          <w:rFonts w:asciiTheme="minorHAnsi" w:hAnsiTheme="minorHAnsi"/>
          <w:color w:val="4F6228" w:themeColor="accent3" w:themeShade="80"/>
        </w:rPr>
        <w:pict>
          <v:rect id="_x0000_i1037" style="width:540pt;height:3pt" o:hralign="center" o:hrstd="t" o:hrnoshade="t" o:hr="t" fillcolor="#4e6128 [1606]" stroked="f"/>
        </w:pict>
      </w:r>
    </w:p>
    <w:p w:rsidR="00557D01" w:rsidRPr="007B1D1A" w:rsidRDefault="00627FAD" w:rsidP="00557D01">
      <w:pPr>
        <w:spacing w:after="120"/>
        <w:rPr>
          <w:rFonts w:asciiTheme="minorHAnsi" w:hAnsiTheme="minorHAnsi"/>
          <w:b/>
          <w:color w:val="4F6228" w:themeColor="accent3" w:themeShade="80"/>
          <w:sz w:val="28"/>
          <w:szCs w:val="28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1.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Личные</w:t>
      </w:r>
      <w:proofErr w:type="spellEnd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данные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BE2869">
        <w:tc>
          <w:tcPr>
            <w:tcW w:w="5256" w:type="dxa"/>
          </w:tcPr>
          <w:p w:rsidR="00BE2869" w:rsidRPr="007B1D1A" w:rsidRDefault="00627FAD" w:rsidP="00557D01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</w:rPr>
            </w:pPr>
            <w:r w:rsidRPr="007B1D1A">
              <w:rPr>
                <w:rFonts w:asciiTheme="minorHAnsi" w:hAnsiTheme="minorHAnsi"/>
                <w:color w:val="4A442A" w:themeColor="background2" w:themeShade="40"/>
              </w:rPr>
              <w:t>ФИО: ___________________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____________________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__________________</w:t>
            </w:r>
          </w:p>
        </w:tc>
        <w:tc>
          <w:tcPr>
            <w:tcW w:w="5256" w:type="dxa"/>
          </w:tcPr>
          <w:p w:rsidR="00BE2869" w:rsidRPr="007B1D1A" w:rsidRDefault="00627FAD" w:rsidP="00557D01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</w:rPr>
            </w:pPr>
            <w:proofErr w:type="spellStart"/>
            <w:r w:rsidRPr="007B1D1A">
              <w:rPr>
                <w:rFonts w:asciiTheme="minorHAnsi" w:hAnsiTheme="minorHAnsi"/>
                <w:color w:val="4A442A" w:themeColor="background2" w:themeShade="40"/>
              </w:rPr>
              <w:t>Телефон</w:t>
            </w:r>
            <w:proofErr w:type="spellEnd"/>
            <w:r w:rsidRPr="007B1D1A">
              <w:rPr>
                <w:rFonts w:asciiTheme="minorHAnsi" w:hAnsiTheme="minorHAnsi"/>
                <w:color w:val="4A442A" w:themeColor="background2" w:themeShade="40"/>
              </w:rPr>
              <w:t>: ____________________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______________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_______</w:t>
            </w:r>
          </w:p>
        </w:tc>
      </w:tr>
      <w:tr w:rsidR="00BE2869">
        <w:tc>
          <w:tcPr>
            <w:tcW w:w="5256" w:type="dxa"/>
          </w:tcPr>
          <w:p w:rsidR="00BE2869" w:rsidRPr="007B1D1A" w:rsidRDefault="00627FAD" w:rsidP="00557D01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</w:rPr>
            </w:pPr>
            <w:proofErr w:type="spellStart"/>
            <w:r w:rsidRPr="007B1D1A">
              <w:rPr>
                <w:rFonts w:asciiTheme="minorHAnsi" w:hAnsiTheme="minorHAnsi"/>
                <w:color w:val="4A442A" w:themeColor="background2" w:themeShade="40"/>
              </w:rPr>
              <w:t>Дата</w:t>
            </w:r>
            <w:proofErr w:type="spellEnd"/>
            <w:r w:rsidRPr="007B1D1A">
              <w:rPr>
                <w:rFonts w:asciiTheme="minorHAnsi" w:hAnsiTheme="minorHAnsi"/>
                <w:color w:val="4A442A" w:themeColor="background2" w:themeShade="40"/>
              </w:rPr>
              <w:t xml:space="preserve"> </w:t>
            </w:r>
            <w:proofErr w:type="spellStart"/>
            <w:r w:rsidRPr="007B1D1A">
              <w:rPr>
                <w:rFonts w:asciiTheme="minorHAnsi" w:hAnsiTheme="minorHAnsi"/>
                <w:color w:val="4A442A" w:themeColor="background2" w:themeShade="40"/>
              </w:rPr>
              <w:t>рождения</w:t>
            </w:r>
            <w:proofErr w:type="spellEnd"/>
            <w:r w:rsidRPr="007B1D1A">
              <w:rPr>
                <w:rFonts w:asciiTheme="minorHAnsi" w:hAnsiTheme="minorHAnsi"/>
                <w:color w:val="4A442A" w:themeColor="background2" w:themeShade="40"/>
              </w:rPr>
              <w:t>: ______________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_________________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_____________</w:t>
            </w:r>
          </w:p>
        </w:tc>
        <w:tc>
          <w:tcPr>
            <w:tcW w:w="5256" w:type="dxa"/>
          </w:tcPr>
          <w:p w:rsidR="00BE2869" w:rsidRPr="007B1D1A" w:rsidRDefault="00627FAD" w:rsidP="00557D01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</w:rPr>
            </w:pPr>
            <w:r w:rsidRPr="007B1D1A">
              <w:rPr>
                <w:rFonts w:asciiTheme="minorHAnsi" w:hAnsiTheme="minorHAnsi"/>
                <w:color w:val="4A442A" w:themeColor="background2" w:themeShade="40"/>
              </w:rPr>
              <w:t>E-mail: ______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_________________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______________________</w:t>
            </w:r>
          </w:p>
        </w:tc>
      </w:tr>
      <w:tr w:rsidR="00BE2869">
        <w:tc>
          <w:tcPr>
            <w:tcW w:w="5256" w:type="dxa"/>
          </w:tcPr>
          <w:p w:rsidR="00BE2869" w:rsidRPr="007B1D1A" w:rsidRDefault="00627FAD" w:rsidP="007B1D1A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</w:rPr>
            </w:pPr>
            <w:proofErr w:type="spellStart"/>
            <w:r w:rsidRPr="007B1D1A">
              <w:rPr>
                <w:rFonts w:asciiTheme="minorHAnsi" w:hAnsiTheme="minorHAnsi"/>
                <w:color w:val="4A442A" w:themeColor="background2" w:themeShade="40"/>
              </w:rPr>
              <w:t>Дата</w:t>
            </w:r>
            <w:proofErr w:type="spellEnd"/>
            <w:r w:rsidRPr="007B1D1A">
              <w:rPr>
                <w:rFonts w:asciiTheme="minorHAnsi" w:hAnsiTheme="minorHAnsi"/>
                <w:color w:val="4A442A" w:themeColor="background2" w:themeShade="40"/>
              </w:rPr>
              <w:t xml:space="preserve"> </w:t>
            </w:r>
            <w:proofErr w:type="spellStart"/>
            <w:r w:rsidRPr="007B1D1A">
              <w:rPr>
                <w:rFonts w:asciiTheme="minorHAnsi" w:hAnsiTheme="minorHAnsi"/>
                <w:color w:val="4A442A" w:themeColor="background2" w:themeShade="40"/>
              </w:rPr>
              <w:t>заполнения</w:t>
            </w:r>
            <w:proofErr w:type="spellEnd"/>
            <w:r w:rsidRPr="007B1D1A">
              <w:rPr>
                <w:rFonts w:asciiTheme="minorHAnsi" w:hAnsiTheme="minorHAnsi"/>
                <w:color w:val="4A442A" w:themeColor="background2" w:themeShade="40"/>
              </w:rPr>
              <w:t>: «_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__» __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______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___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________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___ 20__</w:t>
            </w:r>
            <w:r w:rsidR="007B1D1A">
              <w:rPr>
                <w:rFonts w:asciiTheme="minorHAnsi" w:hAnsiTheme="minorHAnsi"/>
                <w:color w:val="4A442A" w:themeColor="background2" w:themeShade="40"/>
                <w:lang w:val="ru-RU"/>
              </w:rPr>
              <w:t>__</w:t>
            </w:r>
            <w:r w:rsidRPr="007B1D1A">
              <w:rPr>
                <w:rFonts w:asciiTheme="minorHAnsi" w:hAnsiTheme="minorHAnsi"/>
                <w:color w:val="4A442A" w:themeColor="background2" w:themeShade="40"/>
              </w:rPr>
              <w:t>_ г.</w:t>
            </w:r>
          </w:p>
        </w:tc>
        <w:tc>
          <w:tcPr>
            <w:tcW w:w="5256" w:type="dxa"/>
          </w:tcPr>
          <w:p w:rsidR="00BE2869" w:rsidRPr="007B1D1A" w:rsidRDefault="00BE2869" w:rsidP="00557D01">
            <w:pPr>
              <w:spacing w:after="120" w:line="480" w:lineRule="auto"/>
              <w:rPr>
                <w:rFonts w:asciiTheme="minorHAnsi" w:hAnsiTheme="minorHAnsi"/>
                <w:color w:val="4A442A" w:themeColor="background2" w:themeShade="40"/>
              </w:rPr>
            </w:pPr>
          </w:p>
        </w:tc>
      </w:tr>
    </w:tbl>
    <w:p w:rsidR="00557D01" w:rsidRDefault="00557D01" w:rsidP="00557D01">
      <w:pPr>
        <w:spacing w:before="240" w:after="120"/>
        <w:rPr>
          <w:b/>
          <w:color w:val="4F6228" w:themeColor="accent3" w:themeShade="80"/>
          <w:sz w:val="24"/>
        </w:rPr>
      </w:pPr>
      <w:r>
        <w:rPr>
          <w:color w:val="4F6228" w:themeColor="accent3" w:themeShade="80"/>
        </w:rPr>
        <w:pict>
          <v:rect id="_x0000_i1035" style="width:540pt;height:3pt" o:hralign="center" o:hrstd="t" o:hrnoshade="t" o:hr="t" fillcolor="#4e6128 [1606]" stroked="f"/>
        </w:pict>
      </w:r>
    </w:p>
    <w:p w:rsidR="00557D01" w:rsidRPr="007B1D1A" w:rsidRDefault="00627FAD" w:rsidP="00557D01">
      <w:pPr>
        <w:spacing w:before="240" w:after="120"/>
        <w:rPr>
          <w:rFonts w:asciiTheme="minorHAnsi" w:hAnsiTheme="minorHAnsi"/>
          <w:b/>
          <w:color w:val="4F6228" w:themeColor="accent3" w:themeShade="80"/>
          <w:sz w:val="28"/>
          <w:szCs w:val="28"/>
          <w:lang w:val="ru-RU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  <w:lang w:val="ru-RU"/>
        </w:rPr>
        <w:t>2. Ваши пожелания и предпочтения</w:t>
      </w:r>
    </w:p>
    <w:p w:rsidR="005A72DF" w:rsidRPr="007B1D1A" w:rsidRDefault="00627FAD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Цель визита и ожидаемый результат (отметьте нужное):</w:t>
      </w:r>
    </w:p>
    <w:p w:rsidR="00BE2869" w:rsidRPr="005A72DF" w:rsidRDefault="00C52D94" w:rsidP="005A72DF">
      <w:pPr>
        <w:spacing w:after="60" w:line="240" w:lineRule="exact"/>
        <w:outlineLvl w:val="8"/>
        <w:rPr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457940429"/>
          <w:lock w:val="contentLocked"/>
          <w:placeholder>
            <w:docPart w:val="DefaultPlaceholder_-1854013440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62981347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 w:rsidR="007B1D1A"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Глубокое расслабление и снятие стресса</w:t>
      </w:r>
    </w:p>
    <w:p w:rsidR="00BE2869" w:rsidRPr="00557D01" w:rsidRDefault="007B1D1A">
      <w:pPr>
        <w:spacing w:after="60"/>
        <w:rPr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663547330"/>
          <w:lock w:val="contentLocked"/>
          <w:placeholder>
            <w:docPart w:val="2F513C31757140029634AC7D0B93CC5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499624580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нятие мышечного напряжения / боли в спине или шее</w:t>
      </w:r>
    </w:p>
    <w:p w:rsidR="00BE2869" w:rsidRPr="00557D01" w:rsidRDefault="007B1D1A">
      <w:pPr>
        <w:spacing w:after="60"/>
        <w:rPr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542836630"/>
          <w:lock w:val="contentLocked"/>
          <w:placeholder>
            <w:docPart w:val="FFC03F4064AC42378216E38D2E38775B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993216657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Коррекция фигуры / антицеллюлитный эффект</w:t>
      </w:r>
    </w:p>
    <w:p w:rsidR="00BE2869" w:rsidRPr="00557D01" w:rsidRDefault="007B1D1A">
      <w:pPr>
        <w:spacing w:after="60"/>
        <w:rPr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322328124"/>
          <w:lock w:val="contentLocked"/>
          <w:placeholder>
            <w:docPart w:val="975BD1876A024A15A222C7528FC447B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895414773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Уход за лицом / телом</w:t>
      </w:r>
    </w:p>
    <w:p w:rsidR="00BE2869" w:rsidRPr="00FD631C" w:rsidRDefault="00627FAD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r w:rsidRPr="00557D01">
        <w:rPr>
          <w:lang w:val="ru-RU"/>
        </w:rPr>
        <w:br/>
      </w:r>
      <w:r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Желаемая интенсивность массажа:</w:t>
      </w:r>
    </w:p>
    <w:p w:rsidR="00BE2869" w:rsidRPr="007B1D1A" w:rsidRDefault="007B1D1A">
      <w:pPr>
        <w:spacing w:after="12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920175492"/>
          <w:lock w:val="contentLocked"/>
          <w:placeholder>
            <w:docPart w:val="ED02D545CB4C430080740D98291322BA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02578676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Мягкая, расслабляющая (</w:t>
      </w:r>
      <w:proofErr w:type="spellStart"/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релакс</w:t>
      </w:r>
      <w:proofErr w:type="spellEnd"/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)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br/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800831098"/>
          <w:lock w:val="contentLocked"/>
          <w:placeholder>
            <w:docPart w:val="BF4BD9DBF02049C99DC88E5241871A49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49833862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Средняя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br/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-597325506"/>
          <w:lock w:val="contentLocked"/>
          <w:placeholder>
            <w:docPart w:val="8D091E28F6784D26A7E47133E5A61A07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97687383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Сильная, глубокая проработка</w:t>
      </w:r>
    </w:p>
    <w:p w:rsidR="00557D01" w:rsidRDefault="00557D01" w:rsidP="00557D01">
      <w:pPr>
        <w:spacing w:before="240" w:after="120"/>
        <w:rPr>
          <w:b/>
          <w:color w:val="4F6228" w:themeColor="accent3" w:themeShade="80"/>
          <w:sz w:val="24"/>
        </w:rPr>
      </w:pPr>
      <w:r>
        <w:rPr>
          <w:color w:val="4F6228" w:themeColor="accent3" w:themeShade="80"/>
        </w:rPr>
        <w:pict>
          <v:rect id="_x0000_i1039" style="width:540pt;height:3pt" o:hralign="center" o:hrstd="t" o:hrnoshade="t" o:hr="t" fillcolor="#4e6128 [1606]" stroked="f"/>
        </w:pict>
      </w:r>
    </w:p>
    <w:p w:rsidR="00BE2869" w:rsidRPr="007B1D1A" w:rsidRDefault="00627FAD" w:rsidP="00557D01">
      <w:pPr>
        <w:spacing w:before="240" w:after="120"/>
        <w:rPr>
          <w:rFonts w:asciiTheme="minorHAnsi" w:hAnsiTheme="minorHAnsi"/>
          <w:b/>
          <w:color w:val="4F6228" w:themeColor="accent3" w:themeShade="80"/>
          <w:sz w:val="28"/>
          <w:szCs w:val="28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3.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Тип</w:t>
      </w:r>
      <w:proofErr w:type="spellEnd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 xml:space="preserve"> </w:t>
      </w:r>
      <w:proofErr w:type="spellStart"/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</w:rPr>
        <w:t>кожи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BE2869"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108240955"/>
                <w:lock w:val="contentLocked"/>
                <w:placeholder>
                  <w:docPart w:val="18FD2CE6D7E548FFB7AA0CD52F55E68D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-1025789812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Нормальная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390995741"/>
                <w:lock w:val="contentLocked"/>
                <w:placeholder>
                  <w:docPart w:val="6262A5E0123A4C8A8A1F6C21CB33393F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198188997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Сухая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618672278"/>
                <w:lock w:val="contentLocked"/>
                <w:placeholder>
                  <w:docPart w:val="6E04609C3DCC4D3F89B1437BA679E752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8311544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Жирная</w:t>
            </w:r>
            <w:proofErr w:type="spellEnd"/>
          </w:p>
        </w:tc>
      </w:tr>
      <w:tr w:rsidR="00BE2869"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719902217"/>
                <w:lock w:val="contentLocked"/>
                <w:placeholder>
                  <w:docPart w:val="D11B51A2B88D4415B95C318A8E97DD6C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92662447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Комбинированная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226502582"/>
                <w:lock w:val="contentLocked"/>
                <w:placeholder>
                  <w:docPart w:val="5FC9EBC74EEC4F5FA1A2860F2FD2AE3D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-1284651882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Чувствительная</w:t>
            </w:r>
            <w:proofErr w:type="spellEnd"/>
          </w:p>
        </w:tc>
        <w:tc>
          <w:tcPr>
            <w:tcW w:w="3504" w:type="dxa"/>
          </w:tcPr>
          <w:p w:rsidR="00BE2869" w:rsidRPr="007B1D1A" w:rsidRDefault="007B1D1A">
            <w:pPr>
              <w:spacing w:after="80"/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456072104"/>
                <w:lock w:val="contentLocked"/>
                <w:placeholder>
                  <w:docPart w:val="EC1CD7DBBFDB4D4CA398A4A13301B3CE"/>
                </w:placeholder>
                <w:group/>
              </w:sdtPr>
              <w:sdtContent>
                <w:sdt>
                  <w:sdtPr>
                    <w:rPr>
                      <w:rStyle w:val="affb"/>
                      <w:sz w:val="40"/>
                      <w:szCs w:val="40"/>
                      <w:lang w:val="ru-RU"/>
                    </w:rPr>
                    <w:id w:val="1054823739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Content>
                    <w:r>
                      <w:rPr>
                        <w:rStyle w:val="affb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Возрастная</w:t>
            </w:r>
            <w:proofErr w:type="spellEnd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 xml:space="preserve"> / </w:t>
            </w:r>
            <w:proofErr w:type="spellStart"/>
            <w:r w:rsidR="00627FAD" w:rsidRPr="007B1D1A">
              <w:rPr>
                <w:rFonts w:asciiTheme="minorHAnsi" w:hAnsiTheme="minorHAnsi"/>
                <w:color w:val="4A442A" w:themeColor="background2" w:themeShade="40"/>
                <w:sz w:val="26"/>
                <w:szCs w:val="26"/>
              </w:rPr>
              <w:t>зрелая</w:t>
            </w:r>
            <w:proofErr w:type="spellEnd"/>
          </w:p>
        </w:tc>
      </w:tr>
    </w:tbl>
    <w:p w:rsidR="00557D01" w:rsidRDefault="00557D01" w:rsidP="00557D01">
      <w:pPr>
        <w:spacing w:before="240" w:after="120"/>
        <w:rPr>
          <w:b/>
          <w:color w:val="4F6228" w:themeColor="accent3" w:themeShade="80"/>
          <w:sz w:val="24"/>
          <w:lang w:val="ru-RU"/>
        </w:rPr>
      </w:pPr>
      <w:r>
        <w:rPr>
          <w:color w:val="4F6228" w:themeColor="accent3" w:themeShade="80"/>
        </w:rPr>
        <w:lastRenderedPageBreak/>
        <w:pict>
          <v:rect id="_x0000_i1040" style="width:540pt;height:3pt" o:hralign="center" o:hrstd="t" o:hrnoshade="t" o:hr="t" fillcolor="#4e6128 [1606]" stroked="f"/>
        </w:pict>
      </w:r>
    </w:p>
    <w:p w:rsidR="00BE2869" w:rsidRPr="007B1D1A" w:rsidRDefault="00627FAD" w:rsidP="00557D01">
      <w:pPr>
        <w:spacing w:before="240" w:after="120"/>
        <w:rPr>
          <w:rFonts w:asciiTheme="minorHAnsi" w:hAnsiTheme="minorHAnsi"/>
          <w:color w:val="4F6228" w:themeColor="accent3" w:themeShade="80"/>
          <w:sz w:val="28"/>
          <w:szCs w:val="28"/>
          <w:lang w:val="ru-RU"/>
        </w:rPr>
      </w:pPr>
      <w:r w:rsidRPr="007B1D1A">
        <w:rPr>
          <w:rFonts w:asciiTheme="minorHAnsi" w:hAnsiTheme="minorHAnsi"/>
          <w:b/>
          <w:color w:val="4F6228" w:themeColor="accent3" w:themeShade="80"/>
          <w:sz w:val="28"/>
          <w:szCs w:val="28"/>
          <w:lang w:val="ru-RU"/>
        </w:rPr>
        <w:t>4. Состояние здоровья и противопоказания</w:t>
      </w:r>
    </w:p>
    <w:p w:rsidR="00BE2869" w:rsidRPr="007B1D1A" w:rsidRDefault="00627FAD">
      <w:pPr>
        <w:spacing w:after="12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Пожалуйста, внимательно ознакомьтесь со списком противопоказаний для </w:t>
      </w:r>
      <w:proofErr w:type="spellStart"/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спа</w:t>
      </w:r>
      <w:proofErr w:type="spellEnd"/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-процедур, массажей и обертываний. Отмет</w:t>
      </w:r>
      <w:r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ьте, если у вас имеются указанные состояния: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938978140"/>
          <w:lock w:val="contentLocked"/>
          <w:placeholder>
            <w:docPart w:val="F42D7C9C4B44461EA36BD62F2977E44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65980727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Повышенная температура, ОРВИ, грипп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659149028"/>
          <w:lock w:val="contentLocked"/>
          <w:placeholder>
            <w:docPart w:val="BE22E84C58714DA8AA7FB93B6B7D6202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759872518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Повышенное или пониженное артериальное давление (гипертония / гипотония)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703294665"/>
          <w:lock w:val="contentLocked"/>
          <w:placeholder>
            <w:docPart w:val="07929DDE1E164175B8F19DD1FDA823D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976141998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Заболевания сердечно-сосудистой системы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142937615"/>
          <w:lock w:val="contentLocked"/>
          <w:placeholder>
            <w:docPart w:val="0586F92067294D139ECE6A3860306F62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68789887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Варикозное расширение вен / тромбозы (в пл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анируемых зонах массажа)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894811886"/>
          <w:lock w:val="contentLocked"/>
          <w:placeholder>
            <w:docPart w:val="BDBCA72D494940B98F929C220C4AFCC3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310329575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Кожные заболевания, повреждения кожи, сыпь, экзема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852076352"/>
          <w:lock w:val="contentLocked"/>
          <w:placeholder>
            <w:docPart w:val="DFC82EC3187E48989F4B2F8A2069D6CC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1769846039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Онкологические заболевания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413705313"/>
          <w:lock w:val="contentLocked"/>
          <w:placeholder>
            <w:docPart w:val="10DC6DC0DCFB4F468BDF530793E7F957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283233472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Хронические заболевания (укажите): </w:t>
      </w:r>
      <w:r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_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___________________</w:t>
      </w:r>
      <w:r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______________________________________________________________________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______________________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1473172912"/>
          <w:lock w:val="contentLocked"/>
          <w:placeholder>
            <w:docPart w:val="18A2EFCDE7E6423F9B38FB2EC2915966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681475526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Наличие кардиостимулятора, металлических имплантатов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685577539"/>
          <w:lock w:val="contentLocked"/>
          <w:placeholder>
            <w:docPart w:val="7DAC8205F29344188C680FFE5B952B0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019898492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Недавние травмы, переломы, операции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1479571382"/>
          <w:lock w:val="contentLocked"/>
          <w:placeholder>
            <w:docPart w:val="63A4C33CD2754B90BAA28640DC21DD7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404608890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Беременность (укажите срок: ________ недель)</w:t>
      </w:r>
    </w:p>
    <w:p w:rsidR="00BE2869" w:rsidRPr="007B1D1A" w:rsidRDefault="007B1D1A">
      <w:pPr>
        <w:spacing w:after="8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675408591"/>
          <w:lock w:val="contentLocked"/>
          <w:placeholder>
            <w:docPart w:val="B70E9CF63BFB4B7E99DF9A259A70FE89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-52710923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Наличие аллергических реакций (косметика, масла, цитрусовые, йод и др.):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br/>
        <w:t xml:space="preserve">     </w:t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2069139492"/>
          <w:lock w:val="contentLocked"/>
          <w:placeholder>
            <w:docPart w:val="BF74FAA6BC1245858D1FBB84D01CAD5E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511420677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Нет   </w:t>
      </w:r>
      <w:sdt>
        <w:sdtPr>
          <w:rPr>
            <w:rStyle w:val="14"/>
            <w:color w:val="4F6228" w:themeColor="accent3" w:themeShade="80"/>
            <w:szCs w:val="28"/>
            <w:lang w:val="ru-RU"/>
          </w:rPr>
          <w:id w:val="1850756486"/>
          <w:lock w:val="contentLocked"/>
          <w:placeholder>
            <w:docPart w:val="3FA2A283D5F8475A8E64D9B76B9DCC20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1707760084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Есть (укажите на что): ________________</w:t>
      </w:r>
      <w:r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__________________________________________________________________________</w:t>
      </w:r>
      <w:r w:rsidR="00627FAD" w:rsidRPr="007B1D1A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______________________</w:t>
      </w:r>
    </w:p>
    <w:p w:rsidR="00C52D94" w:rsidRDefault="00C52D94" w:rsidP="00C52D94">
      <w:pPr>
        <w:spacing w:before="240" w:after="120"/>
        <w:rPr>
          <w:b/>
          <w:color w:val="8E44AD"/>
          <w:sz w:val="24"/>
          <w:lang w:val="ru-RU"/>
        </w:rPr>
      </w:pPr>
      <w:r>
        <w:rPr>
          <w:color w:val="4F6228" w:themeColor="accent3" w:themeShade="80"/>
        </w:rPr>
        <w:pict>
          <v:rect id="_x0000_i1041" style="width:540pt;height:3pt" o:hralign="center" o:hrstd="t" o:hrnoshade="t" o:hr="t" fillcolor="#4e6128 [1606]" stroked="f"/>
        </w:pict>
      </w:r>
    </w:p>
    <w:p w:rsidR="00BE2869" w:rsidRPr="00FD631C" w:rsidRDefault="00627FAD" w:rsidP="00C52D94">
      <w:pPr>
        <w:spacing w:before="240" w:after="120"/>
        <w:rPr>
          <w:rFonts w:asciiTheme="minorHAnsi" w:hAnsiTheme="minorHAnsi"/>
          <w:color w:val="4A442A" w:themeColor="background2" w:themeShade="40"/>
          <w:sz w:val="28"/>
          <w:szCs w:val="28"/>
          <w:lang w:val="ru-RU"/>
        </w:rPr>
      </w:pPr>
      <w:r w:rsidRPr="00FD631C">
        <w:rPr>
          <w:rFonts w:asciiTheme="minorHAnsi" w:hAnsiTheme="minorHAnsi"/>
          <w:b/>
          <w:color w:val="4A442A" w:themeColor="background2" w:themeShade="40"/>
          <w:sz w:val="28"/>
          <w:szCs w:val="28"/>
          <w:lang w:val="ru-RU"/>
        </w:rPr>
        <w:t xml:space="preserve">5. </w:t>
      </w:r>
      <w:r w:rsidRPr="00FD631C">
        <w:rPr>
          <w:rFonts w:asciiTheme="minorHAnsi" w:hAnsiTheme="minorHAnsi"/>
          <w:b/>
          <w:color w:val="4A442A" w:themeColor="background2" w:themeShade="40"/>
          <w:sz w:val="28"/>
          <w:szCs w:val="28"/>
          <w:lang w:val="ru-RU"/>
        </w:rPr>
        <w:t>Согласие на обработку персональных данных</w:t>
      </w:r>
    </w:p>
    <w:p w:rsidR="00BE2869" w:rsidRPr="00FD631C" w:rsidRDefault="00FD631C">
      <w:pPr>
        <w:spacing w:after="240"/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</w:pPr>
      <w:sdt>
        <w:sdtPr>
          <w:rPr>
            <w:rStyle w:val="14"/>
            <w:color w:val="4F6228" w:themeColor="accent3" w:themeShade="80"/>
            <w:szCs w:val="28"/>
            <w:lang w:val="ru-RU"/>
          </w:rPr>
          <w:id w:val="-1749801759"/>
          <w:lock w:val="contentLocked"/>
          <w:placeholder>
            <w:docPart w:val="CF1B18F2B5E54DC5940553F1E44F068B"/>
          </w:placeholder>
          <w:group/>
        </w:sdtPr>
        <w:sdtContent>
          <w:sdt>
            <w:sdtPr>
              <w:rPr>
                <w:rStyle w:val="affb"/>
                <w:sz w:val="40"/>
                <w:szCs w:val="40"/>
                <w:lang w:val="ru-RU"/>
              </w:rPr>
              <w:id w:val="521370302"/>
              <w15:color w:val="808000"/>
              <w15:appearance w15:val="hidden"/>
              <w14:checkbox>
                <w14:checked w14:val="0"/>
                <w14:checkedState w14:val="221A" w14:font="Times New Roman"/>
                <w14:uncheckedState w14:val="25A1" w14:font="Times New Roman"/>
              </w14:checkbox>
            </w:sdtPr>
            <w:sdtContent>
              <w:r>
                <w:rPr>
                  <w:rStyle w:val="affb"/>
                  <w:rFonts w:ascii="Times New Roman" w:hAnsi="Times New Roman" w:cs="Times New Roman"/>
                  <w:sz w:val="40"/>
                  <w:szCs w:val="40"/>
                  <w:lang w:val="ru-RU"/>
                </w:rPr>
                <w:t>□</w:t>
              </w:r>
            </w:sdtContent>
          </w:sdt>
        </w:sdtContent>
      </w:sdt>
      <w:r w:rsidRPr="00C52D94">
        <w:rPr>
          <w:color w:val="4F6228" w:themeColor="accent3" w:themeShade="80"/>
          <w:lang w:val="ru-RU"/>
        </w:rPr>
        <w:t xml:space="preserve">  </w:t>
      </w:r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Я даю согла</w:t>
      </w:r>
      <w:bookmarkStart w:id="0" w:name="_GoBack"/>
      <w:bookmarkEnd w:id="0"/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сие </w:t>
      </w:r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</w:rPr>
        <w:t>SPA</w:t>
      </w:r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 xml:space="preserve">-салону на обработку моих персональных данных (имя, телефон, </w:t>
      </w:r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</w:rPr>
        <w:t>e</w:t>
      </w:r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-</w:t>
      </w:r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</w:rPr>
        <w:t>mail</w:t>
      </w:r>
      <w:r w:rsidR="00627FAD" w:rsidRPr="00FD631C">
        <w:rPr>
          <w:rFonts w:asciiTheme="minorHAnsi" w:hAnsiTheme="minorHAnsi"/>
          <w:color w:val="4A442A" w:themeColor="background2" w:themeShade="40"/>
          <w:sz w:val="26"/>
          <w:szCs w:val="26"/>
          <w:lang w:val="ru-RU"/>
        </w:rPr>
        <w:t>) с целью записи на услуги, информирования об акциях и персональных предложениях.</w:t>
      </w:r>
    </w:p>
    <w:p w:rsidR="00BE2869" w:rsidRPr="00FD631C" w:rsidRDefault="00FD631C">
      <w:pPr>
        <w:spacing w:after="400"/>
        <w:rPr>
          <w:color w:val="4A442A" w:themeColor="background2" w:themeShade="40"/>
          <w:lang w:val="ru-RU"/>
        </w:rPr>
      </w:pPr>
      <w:r w:rsidRPr="00FD631C">
        <w:rPr>
          <w:color w:val="4A442A" w:themeColor="background2" w:themeShade="40"/>
          <w:sz w:val="15"/>
          <w:lang w:val="ru-RU"/>
        </w:rPr>
        <w:t>Это только в информационных целях. Для получения медицинской консультации или постановки диагноза обратитесь к профессионалу.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5256"/>
      </w:tblGrid>
      <w:tr w:rsidR="00BE2869">
        <w:tc>
          <w:tcPr>
            <w:tcW w:w="5256" w:type="dxa"/>
          </w:tcPr>
          <w:p w:rsidR="00BE2869" w:rsidRDefault="00627FAD">
            <w:proofErr w:type="spellStart"/>
            <w:r>
              <w:t>Подпись</w:t>
            </w:r>
            <w:proofErr w:type="spellEnd"/>
            <w:r>
              <w:t xml:space="preserve"> </w:t>
            </w:r>
            <w:proofErr w:type="spellStart"/>
            <w:r>
              <w:t>клиента</w:t>
            </w:r>
            <w:proofErr w:type="spellEnd"/>
            <w:r>
              <w:t>: _________________________</w:t>
            </w:r>
          </w:p>
        </w:tc>
        <w:tc>
          <w:tcPr>
            <w:tcW w:w="5256" w:type="dxa"/>
          </w:tcPr>
          <w:p w:rsidR="00BE2869" w:rsidRDefault="00627FAD">
            <w:proofErr w:type="spellStart"/>
            <w:r>
              <w:t>Дата</w:t>
            </w:r>
            <w:proofErr w:type="spellEnd"/>
            <w:r>
              <w:t>: «_</w:t>
            </w:r>
            <w:r w:rsidR="00FD631C">
              <w:rPr>
                <w:lang w:val="ru-RU"/>
              </w:rPr>
              <w:t>_</w:t>
            </w:r>
            <w:r>
              <w:t>__» ____</w:t>
            </w:r>
            <w:r w:rsidR="00FD631C">
              <w:rPr>
                <w:lang w:val="ru-RU"/>
              </w:rPr>
              <w:t>_________</w:t>
            </w:r>
            <w:r>
              <w:t>_____ 20</w:t>
            </w:r>
            <w:r>
              <w:t>___ г.</w:t>
            </w:r>
          </w:p>
        </w:tc>
      </w:tr>
    </w:tbl>
    <w:p w:rsidR="00627FAD" w:rsidRDefault="00627FAD"/>
    <w:sectPr w:rsidR="00627FAD" w:rsidSect="00557D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7D01"/>
    <w:rsid w:val="005A72DF"/>
    <w:rsid w:val="00627FAD"/>
    <w:rsid w:val="007B1D1A"/>
    <w:rsid w:val="00AA1D8D"/>
    <w:rsid w:val="00B47730"/>
    <w:rsid w:val="00BE2869"/>
    <w:rsid w:val="00C52D94"/>
    <w:rsid w:val="00CB0664"/>
    <w:rsid w:val="00FC693F"/>
    <w:rsid w:val="00FD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D83C8"/>
  <w14:defaultImageDpi w14:val="330"/>
  <w15:docId w15:val="{338449C0-3672-408A-9B9F-424FA082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color w:val="3333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4">
    <w:name w:val="Стиль1"/>
    <w:basedOn w:val="a2"/>
    <w:uiPriority w:val="1"/>
    <w:rsid w:val="00C52D94"/>
    <w:rPr>
      <w:sz w:val="28"/>
    </w:rPr>
  </w:style>
  <w:style w:type="character" w:styleId="aff8">
    <w:name w:val="Placeholder Text"/>
    <w:basedOn w:val="a2"/>
    <w:uiPriority w:val="99"/>
    <w:semiHidden/>
    <w:rsid w:val="00C52D94"/>
    <w:rPr>
      <w:color w:val="808080"/>
    </w:rPr>
  </w:style>
  <w:style w:type="paragraph" w:customStyle="1" w:styleId="aff9">
    <w:name w:val="Стиль чекбокс герболика"/>
    <w:basedOn w:val="a1"/>
    <w:link w:val="affa"/>
    <w:rsid w:val="005A72DF"/>
  </w:style>
  <w:style w:type="character" w:customStyle="1" w:styleId="affb">
    <w:name w:val="Стиль чекбокс Гер"/>
    <w:basedOn w:val="a2"/>
    <w:uiPriority w:val="1"/>
    <w:qFormat/>
    <w:rsid w:val="005A72DF"/>
    <w:rPr>
      <w:color w:val="4F6228" w:themeColor="accent3" w:themeShade="80"/>
      <w:sz w:val="28"/>
    </w:rPr>
  </w:style>
  <w:style w:type="character" w:customStyle="1" w:styleId="affa">
    <w:name w:val="Стиль чекбокс герболика Знак"/>
    <w:basedOn w:val="a2"/>
    <w:link w:val="aff9"/>
    <w:rsid w:val="005A72DF"/>
    <w:rPr>
      <w:rFonts w:ascii="Arial" w:hAnsi="Arial"/>
      <w:color w:val="33333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BDCD0D-B59E-41BE-96B7-A3E4987D1606}"/>
      </w:docPartPr>
      <w:docPartBody>
        <w:p w:rsidR="00000000" w:rsidRDefault="00265328"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513C31757140029634AC7D0B93CC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E8BCAC-47DE-4F5D-801B-4313D3FABFF8}"/>
      </w:docPartPr>
      <w:docPartBody>
        <w:p w:rsidR="00000000" w:rsidRDefault="00265328" w:rsidP="00265328">
          <w:pPr>
            <w:pStyle w:val="2F513C31757140029634AC7D0B93CC5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C03F4064AC42378216E38D2E3877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E08604-6C99-4FA3-BDB5-D5FB3282E4E3}"/>
      </w:docPartPr>
      <w:docPartBody>
        <w:p w:rsidR="00000000" w:rsidRDefault="00265328" w:rsidP="00265328">
          <w:pPr>
            <w:pStyle w:val="FFC03F4064AC42378216E38D2E38775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5BD1876A024A15A222C7528FC447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8772C1-C091-46EC-A3F6-56A867FBD21D}"/>
      </w:docPartPr>
      <w:docPartBody>
        <w:p w:rsidR="00000000" w:rsidRDefault="00265328" w:rsidP="00265328">
          <w:pPr>
            <w:pStyle w:val="975BD1876A024A15A222C7528FC447B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02D545CB4C430080740D98291322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DAC221-2EDB-4293-AE42-73F570334873}"/>
      </w:docPartPr>
      <w:docPartBody>
        <w:p w:rsidR="00000000" w:rsidRDefault="00265328" w:rsidP="00265328">
          <w:pPr>
            <w:pStyle w:val="ED02D545CB4C430080740D98291322BA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4BD9DBF02049C99DC88E5241871A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8B771-E7D3-4D99-9C32-1C417D501187}"/>
      </w:docPartPr>
      <w:docPartBody>
        <w:p w:rsidR="00000000" w:rsidRDefault="00265328" w:rsidP="00265328">
          <w:pPr>
            <w:pStyle w:val="BF4BD9DBF02049C99DC88E5241871A49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091E28F6784D26A7E47133E5A61A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952493-A155-41C9-8E20-2056E0023C11}"/>
      </w:docPartPr>
      <w:docPartBody>
        <w:p w:rsidR="00000000" w:rsidRDefault="00265328" w:rsidP="00265328">
          <w:pPr>
            <w:pStyle w:val="8D091E28F6784D26A7E47133E5A61A07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FD2CE6D7E548FFB7AA0CD52F55E6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FD96A-80E1-455C-9CA1-FE84725E56DD}"/>
      </w:docPartPr>
      <w:docPartBody>
        <w:p w:rsidR="00000000" w:rsidRDefault="00265328" w:rsidP="00265328">
          <w:pPr>
            <w:pStyle w:val="18FD2CE6D7E548FFB7AA0CD52F55E68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1B51A2B88D4415B95C318A8E97DD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D75BF2-C321-4510-AF3C-4FC82BC073CB}"/>
      </w:docPartPr>
      <w:docPartBody>
        <w:p w:rsidR="00000000" w:rsidRDefault="00265328" w:rsidP="00265328">
          <w:pPr>
            <w:pStyle w:val="D11B51A2B88D4415B95C318A8E97DD6C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62A5E0123A4C8A8A1F6C21CB3339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73CC8F-5429-4412-B676-0BB556047956}"/>
      </w:docPartPr>
      <w:docPartBody>
        <w:p w:rsidR="00000000" w:rsidRDefault="00265328" w:rsidP="00265328">
          <w:pPr>
            <w:pStyle w:val="6262A5E0123A4C8A8A1F6C21CB33393F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C9EBC74EEC4F5FA1A2860F2FD2A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74E76D-82F0-41B3-8265-9A7CBC5A86CC}"/>
      </w:docPartPr>
      <w:docPartBody>
        <w:p w:rsidR="00000000" w:rsidRDefault="00265328" w:rsidP="00265328">
          <w:pPr>
            <w:pStyle w:val="5FC9EBC74EEC4F5FA1A2860F2FD2AE3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04609C3DCC4D3F89B1437BA679E7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E4A622-8CC2-4039-A145-0F28F379F518}"/>
      </w:docPartPr>
      <w:docPartBody>
        <w:p w:rsidR="00000000" w:rsidRDefault="00265328" w:rsidP="00265328">
          <w:pPr>
            <w:pStyle w:val="6E04609C3DCC4D3F89B1437BA679E75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1CD7DBBFDB4D4CA398A4A13301B3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9D277-FD0C-4770-B5D0-056D0A8F8815}"/>
      </w:docPartPr>
      <w:docPartBody>
        <w:p w:rsidR="00000000" w:rsidRDefault="00265328" w:rsidP="00265328">
          <w:pPr>
            <w:pStyle w:val="EC1CD7DBBFDB4D4CA398A4A13301B3C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2D7C9C4B44461EA36BD62F2977E4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628498-7B39-40D4-8287-0B3B0C263142}"/>
      </w:docPartPr>
      <w:docPartBody>
        <w:p w:rsidR="00000000" w:rsidRDefault="00265328" w:rsidP="00265328">
          <w:pPr>
            <w:pStyle w:val="F42D7C9C4B44461EA36BD62F2977E44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929DDE1E164175B8F19DD1FDA82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FE09C0-5C01-4FB6-9A59-CBBCD772166D}"/>
      </w:docPartPr>
      <w:docPartBody>
        <w:p w:rsidR="00000000" w:rsidRDefault="00265328" w:rsidP="00265328">
          <w:pPr>
            <w:pStyle w:val="07929DDE1E164175B8F19DD1FDA823D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E22E84C58714DA8AA7FB93B6B7D62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6606A2-7A61-4D9F-B8F5-13DBFC38118C}"/>
      </w:docPartPr>
      <w:docPartBody>
        <w:p w:rsidR="00000000" w:rsidRDefault="00265328" w:rsidP="00265328">
          <w:pPr>
            <w:pStyle w:val="BE22E84C58714DA8AA7FB93B6B7D620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86F92067294D139ECE6A3860306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757BE0-F62B-4CD9-9431-72B0FD8F58AE}"/>
      </w:docPartPr>
      <w:docPartBody>
        <w:p w:rsidR="00000000" w:rsidRDefault="00265328" w:rsidP="00265328">
          <w:pPr>
            <w:pStyle w:val="0586F92067294D139ECE6A3860306F6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C82EC3187E48989F4B2F8A2069D6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B0F1CD-21E9-4DE7-B498-56013EC70033}"/>
      </w:docPartPr>
      <w:docPartBody>
        <w:p w:rsidR="00000000" w:rsidRDefault="00265328" w:rsidP="00265328">
          <w:pPr>
            <w:pStyle w:val="DFC82EC3187E48989F4B2F8A2069D6CC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DC6DC0DCFB4F468BDF530793E7F9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9630BB-8061-4335-8370-AE867D3FC2FA}"/>
      </w:docPartPr>
      <w:docPartBody>
        <w:p w:rsidR="00000000" w:rsidRDefault="00265328" w:rsidP="00265328">
          <w:pPr>
            <w:pStyle w:val="10DC6DC0DCFB4F468BDF530793E7F957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A2EFCDE7E6423F9B38FB2EC29159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CC270D-997F-42C6-9424-DD22796BF4AB}"/>
      </w:docPartPr>
      <w:docPartBody>
        <w:p w:rsidR="00000000" w:rsidRDefault="00265328" w:rsidP="00265328">
          <w:pPr>
            <w:pStyle w:val="18A2EFCDE7E6423F9B38FB2EC291596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AC8205F29344188C680FFE5B952B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1C7FD3-CB97-4945-A13C-60505C1C92C7}"/>
      </w:docPartPr>
      <w:docPartBody>
        <w:p w:rsidR="00000000" w:rsidRDefault="00265328" w:rsidP="00265328">
          <w:pPr>
            <w:pStyle w:val="7DAC8205F29344188C680FFE5B952B0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A4C33CD2754B90BAA28640DC21DD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3D4236-67F7-4B4A-96A2-44D655103156}"/>
      </w:docPartPr>
      <w:docPartBody>
        <w:p w:rsidR="00000000" w:rsidRDefault="00265328" w:rsidP="00265328">
          <w:pPr>
            <w:pStyle w:val="63A4C33CD2754B90BAA28640DC21DD7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BCA72D494940B98F929C220C4AFC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C28164-A315-4CEE-8392-C765978F9BC2}"/>
      </w:docPartPr>
      <w:docPartBody>
        <w:p w:rsidR="00000000" w:rsidRDefault="00265328" w:rsidP="00265328">
          <w:pPr>
            <w:pStyle w:val="BDBCA72D494940B98F929C220C4AFCC3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0E9CF63BFB4B7E99DF9A259A70F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36BDDC-A1EA-4DAD-9BC8-CC5708FF4404}"/>
      </w:docPartPr>
      <w:docPartBody>
        <w:p w:rsidR="00000000" w:rsidRDefault="00265328" w:rsidP="00265328">
          <w:pPr>
            <w:pStyle w:val="B70E9CF63BFB4B7E99DF9A259A70FE89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74FAA6BC1245858D1FBB84D01CAD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9EA936-B2B3-4243-9167-078161C9695F}"/>
      </w:docPartPr>
      <w:docPartBody>
        <w:p w:rsidR="00000000" w:rsidRDefault="00265328" w:rsidP="00265328">
          <w:pPr>
            <w:pStyle w:val="BF74FAA6BC1245858D1FBB84D01CAD5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A2A283D5F8475A8E64D9B76B9DCC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673121-7D94-464C-9A25-717C44107E2A}"/>
      </w:docPartPr>
      <w:docPartBody>
        <w:p w:rsidR="00000000" w:rsidRDefault="00265328" w:rsidP="00265328">
          <w:pPr>
            <w:pStyle w:val="3FA2A283D5F8475A8E64D9B76B9DCC20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1B18F2B5E54DC5940553F1E44F06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98E7B2-42ED-49EE-AF8F-C69535F836F0}"/>
      </w:docPartPr>
      <w:docPartBody>
        <w:p w:rsidR="00000000" w:rsidRDefault="00265328" w:rsidP="00265328">
          <w:pPr>
            <w:pStyle w:val="CF1B18F2B5E54DC5940553F1E44F068B"/>
          </w:pPr>
          <w:r w:rsidRPr="00AE0F9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328"/>
    <w:rsid w:val="00265328"/>
    <w:rsid w:val="007B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5328"/>
    <w:rPr>
      <w:color w:val="808080"/>
    </w:rPr>
  </w:style>
  <w:style w:type="paragraph" w:customStyle="1" w:styleId="2F513C31757140029634AC7D0B93CC56">
    <w:name w:val="2F513C31757140029634AC7D0B93CC56"/>
    <w:rsid w:val="00265328"/>
  </w:style>
  <w:style w:type="paragraph" w:customStyle="1" w:styleId="FFC03F4064AC42378216E38D2E38775B">
    <w:name w:val="FFC03F4064AC42378216E38D2E38775B"/>
    <w:rsid w:val="00265328"/>
  </w:style>
  <w:style w:type="paragraph" w:customStyle="1" w:styleId="975BD1876A024A15A222C7528FC447BE">
    <w:name w:val="975BD1876A024A15A222C7528FC447BE"/>
    <w:rsid w:val="00265328"/>
  </w:style>
  <w:style w:type="paragraph" w:customStyle="1" w:styleId="ED02D545CB4C430080740D98291322BA">
    <w:name w:val="ED02D545CB4C430080740D98291322BA"/>
    <w:rsid w:val="00265328"/>
  </w:style>
  <w:style w:type="paragraph" w:customStyle="1" w:styleId="BF4BD9DBF02049C99DC88E5241871A49">
    <w:name w:val="BF4BD9DBF02049C99DC88E5241871A49"/>
    <w:rsid w:val="00265328"/>
  </w:style>
  <w:style w:type="paragraph" w:customStyle="1" w:styleId="8D091E28F6784D26A7E47133E5A61A07">
    <w:name w:val="8D091E28F6784D26A7E47133E5A61A07"/>
    <w:rsid w:val="00265328"/>
  </w:style>
  <w:style w:type="paragraph" w:customStyle="1" w:styleId="18FD2CE6D7E548FFB7AA0CD52F55E68D">
    <w:name w:val="18FD2CE6D7E548FFB7AA0CD52F55E68D"/>
    <w:rsid w:val="00265328"/>
  </w:style>
  <w:style w:type="paragraph" w:customStyle="1" w:styleId="D11B51A2B88D4415B95C318A8E97DD6C">
    <w:name w:val="D11B51A2B88D4415B95C318A8E97DD6C"/>
    <w:rsid w:val="00265328"/>
  </w:style>
  <w:style w:type="paragraph" w:customStyle="1" w:styleId="6262A5E0123A4C8A8A1F6C21CB33393F">
    <w:name w:val="6262A5E0123A4C8A8A1F6C21CB33393F"/>
    <w:rsid w:val="00265328"/>
  </w:style>
  <w:style w:type="paragraph" w:customStyle="1" w:styleId="5FC9EBC74EEC4F5FA1A2860F2FD2AE3D">
    <w:name w:val="5FC9EBC74EEC4F5FA1A2860F2FD2AE3D"/>
    <w:rsid w:val="00265328"/>
  </w:style>
  <w:style w:type="paragraph" w:customStyle="1" w:styleId="6E04609C3DCC4D3F89B1437BA679E752">
    <w:name w:val="6E04609C3DCC4D3F89B1437BA679E752"/>
    <w:rsid w:val="00265328"/>
  </w:style>
  <w:style w:type="paragraph" w:customStyle="1" w:styleId="EC1CD7DBBFDB4D4CA398A4A13301B3CE">
    <w:name w:val="EC1CD7DBBFDB4D4CA398A4A13301B3CE"/>
    <w:rsid w:val="00265328"/>
  </w:style>
  <w:style w:type="paragraph" w:customStyle="1" w:styleId="F42D7C9C4B44461EA36BD62F2977E446">
    <w:name w:val="F42D7C9C4B44461EA36BD62F2977E446"/>
    <w:rsid w:val="00265328"/>
  </w:style>
  <w:style w:type="paragraph" w:customStyle="1" w:styleId="07929DDE1E164175B8F19DD1FDA823D6">
    <w:name w:val="07929DDE1E164175B8F19DD1FDA823D6"/>
    <w:rsid w:val="00265328"/>
  </w:style>
  <w:style w:type="paragraph" w:customStyle="1" w:styleId="BE22E84C58714DA8AA7FB93B6B7D6202">
    <w:name w:val="BE22E84C58714DA8AA7FB93B6B7D6202"/>
    <w:rsid w:val="00265328"/>
  </w:style>
  <w:style w:type="paragraph" w:customStyle="1" w:styleId="0586F92067294D139ECE6A3860306F62">
    <w:name w:val="0586F92067294D139ECE6A3860306F62"/>
    <w:rsid w:val="00265328"/>
  </w:style>
  <w:style w:type="paragraph" w:customStyle="1" w:styleId="DFC82EC3187E48989F4B2F8A2069D6CC">
    <w:name w:val="DFC82EC3187E48989F4B2F8A2069D6CC"/>
    <w:rsid w:val="00265328"/>
  </w:style>
  <w:style w:type="paragraph" w:customStyle="1" w:styleId="10DC6DC0DCFB4F468BDF530793E7F957">
    <w:name w:val="10DC6DC0DCFB4F468BDF530793E7F957"/>
    <w:rsid w:val="00265328"/>
  </w:style>
  <w:style w:type="paragraph" w:customStyle="1" w:styleId="18A2EFCDE7E6423F9B38FB2EC2915966">
    <w:name w:val="18A2EFCDE7E6423F9B38FB2EC2915966"/>
    <w:rsid w:val="00265328"/>
  </w:style>
  <w:style w:type="paragraph" w:customStyle="1" w:styleId="7DAC8205F29344188C680FFE5B952B0E">
    <w:name w:val="7DAC8205F29344188C680FFE5B952B0E"/>
    <w:rsid w:val="00265328"/>
  </w:style>
  <w:style w:type="paragraph" w:customStyle="1" w:styleId="63A4C33CD2754B90BAA28640DC21DD7E">
    <w:name w:val="63A4C33CD2754B90BAA28640DC21DD7E"/>
    <w:rsid w:val="00265328"/>
  </w:style>
  <w:style w:type="paragraph" w:customStyle="1" w:styleId="BDBCA72D494940B98F929C220C4AFCC3">
    <w:name w:val="BDBCA72D494940B98F929C220C4AFCC3"/>
    <w:rsid w:val="00265328"/>
  </w:style>
  <w:style w:type="paragraph" w:customStyle="1" w:styleId="B70E9CF63BFB4B7E99DF9A259A70FE89">
    <w:name w:val="B70E9CF63BFB4B7E99DF9A259A70FE89"/>
    <w:rsid w:val="00265328"/>
  </w:style>
  <w:style w:type="paragraph" w:customStyle="1" w:styleId="BF74FAA6BC1245858D1FBB84D01CAD5E">
    <w:name w:val="BF74FAA6BC1245858D1FBB84D01CAD5E"/>
    <w:rsid w:val="00265328"/>
  </w:style>
  <w:style w:type="paragraph" w:customStyle="1" w:styleId="3FA2A283D5F8475A8E64D9B76B9DCC20">
    <w:name w:val="3FA2A283D5F8475A8E64D9B76B9DCC20"/>
    <w:rsid w:val="00265328"/>
  </w:style>
  <w:style w:type="paragraph" w:customStyle="1" w:styleId="CF1B18F2B5E54DC5940553F1E44F068B">
    <w:name w:val="CF1B18F2B5E54DC5940553F1E44F068B"/>
    <w:rsid w:val="002653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900C37-33B6-42C3-AC51-C4951A0A2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2026-09-30T17:51:00Z</dcterms:created>
  <dcterms:modified xsi:type="dcterms:W3CDTF">2026-09-30T17:51:00Z</dcterms:modified>
  <cp:category/>
</cp:coreProperties>
</file>