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color w:val="4F6228" w:themeColor="accent3" w:themeShade="80"/>
          <w:sz w:val="36"/>
          <w:lang w:val="ru-RU"/>
        </w:rPr>
        <w:alias w:val="Вставьте логотип"/>
        <w:tag w:val="Вставьте свой логотип"/>
        <w:id w:val="-1395429369"/>
        <w:showingPlcHdr/>
        <w:picture/>
      </w:sdtPr>
      <w:sdtContent>
        <w:p w:rsidR="00557D01" w:rsidRDefault="00C90AA4" w:rsidP="00557D01">
          <w:pPr>
            <w:spacing w:after="0" w:line="240" w:lineRule="auto"/>
            <w:jc w:val="center"/>
            <w:rPr>
              <w:b/>
              <w:color w:val="4F6228" w:themeColor="accent3" w:themeShade="80"/>
              <w:sz w:val="36"/>
              <w:lang w:val="ru-RU"/>
            </w:rPr>
          </w:pPr>
          <w:r>
            <w:rPr>
              <w:b/>
              <w:noProof/>
              <w:color w:val="4F6228" w:themeColor="accent3" w:themeShade="80"/>
              <w:sz w:val="36"/>
              <w:lang w:val="ru-RU" w:eastAsia="ru-RU"/>
            </w:rPr>
            <w:drawing>
              <wp:inline distT="0" distB="0" distL="0" distR="0">
                <wp:extent cx="6377940" cy="1272540"/>
                <wp:effectExtent l="0" t="0" r="3810" b="3810"/>
                <wp:docPr id="1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77940" cy="12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557D01" w:rsidRPr="007B1D1A" w:rsidRDefault="00557D01" w:rsidP="00557D01">
      <w:pPr>
        <w:spacing w:after="0" w:line="240" w:lineRule="auto"/>
        <w:jc w:val="center"/>
        <w:rPr>
          <w:rFonts w:asciiTheme="minorHAnsi" w:hAnsiTheme="minorHAnsi"/>
          <w:b/>
          <w:color w:val="5B2C6F"/>
          <w:sz w:val="36"/>
          <w:lang w:val="ru-RU"/>
        </w:rPr>
      </w:pPr>
      <w:r w:rsidRPr="007B1D1A">
        <w:rPr>
          <w:rFonts w:asciiTheme="minorHAnsi" w:hAnsiTheme="minorHAnsi"/>
          <w:b/>
          <w:color w:val="4F6228" w:themeColor="accent3" w:themeShade="80"/>
          <w:sz w:val="36"/>
          <w:lang w:val="ru-RU"/>
        </w:rPr>
        <w:t xml:space="preserve">Персональная карта гостя и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36"/>
          <w:lang w:val="ru-RU"/>
        </w:rPr>
        <w:t>спа</w:t>
      </w:r>
      <w:proofErr w:type="spellEnd"/>
      <w:r w:rsidRPr="007B1D1A">
        <w:rPr>
          <w:rFonts w:asciiTheme="minorHAnsi" w:hAnsiTheme="minorHAnsi"/>
          <w:b/>
          <w:color w:val="4F6228" w:themeColor="accent3" w:themeShade="80"/>
          <w:sz w:val="36"/>
          <w:lang w:val="ru-RU"/>
        </w:rPr>
        <w:t>-предпочтения</w:t>
      </w:r>
    </w:p>
    <w:p w:rsidR="00BE2869" w:rsidRPr="007B1D1A" w:rsidRDefault="00CF6B14" w:rsidP="00557D01">
      <w:pPr>
        <w:spacing w:after="0" w:line="240" w:lineRule="auto"/>
        <w:jc w:val="center"/>
        <w:rPr>
          <w:rFonts w:asciiTheme="minorHAnsi" w:hAnsiTheme="minorHAnsi"/>
          <w:sz w:val="22"/>
          <w:lang w:val="ru-RU"/>
        </w:rPr>
      </w:pPr>
      <w:r w:rsidRPr="007B1D1A">
        <w:rPr>
          <w:rFonts w:asciiTheme="minorHAnsi" w:hAnsiTheme="minorHAnsi"/>
          <w:i/>
          <w:color w:val="646464"/>
          <w:sz w:val="22"/>
          <w:lang w:val="ru-RU"/>
        </w:rPr>
        <w:t xml:space="preserve">Добро пожаловать в наш </w:t>
      </w:r>
      <w:r w:rsidRPr="007B1D1A">
        <w:rPr>
          <w:rFonts w:asciiTheme="minorHAnsi" w:hAnsiTheme="minorHAnsi"/>
          <w:i/>
          <w:color w:val="646464"/>
          <w:sz w:val="22"/>
        </w:rPr>
        <w:t>SPA</w:t>
      </w:r>
      <w:r w:rsidRPr="007B1D1A">
        <w:rPr>
          <w:rFonts w:asciiTheme="minorHAnsi" w:hAnsiTheme="minorHAnsi"/>
          <w:i/>
          <w:color w:val="646464"/>
          <w:sz w:val="22"/>
          <w:lang w:val="ru-RU"/>
        </w:rPr>
        <w:t>-салон! Пожалуйста, заполните эту форму, чтобы мы сделали ваш отдых безопасным и максимально комфортным.</w:t>
      </w:r>
    </w:p>
    <w:p w:rsidR="00557D01" w:rsidRDefault="00557D01" w:rsidP="00557D01">
      <w:pPr>
        <w:spacing w:after="120"/>
        <w:rPr>
          <w:b/>
          <w:color w:val="4F6228" w:themeColor="accent3" w:themeShade="80"/>
          <w:sz w:val="24"/>
        </w:rPr>
      </w:pPr>
      <w:r w:rsidRPr="007B1D1A">
        <w:rPr>
          <w:rFonts w:asciiTheme="minorHAnsi" w:hAnsiTheme="minorHAnsi"/>
          <w:color w:val="4F6228" w:themeColor="accent3" w:themeShade="80"/>
        </w:rPr>
        <w:pict>
          <v:rect id="_x0000_i1037" style="width:540pt;height:3pt" o:hralign="center" o:hrstd="t" o:hrnoshade="t" o:hr="t" fillcolor="#4e6128 [1606]" stroked="f"/>
        </w:pict>
      </w:r>
    </w:p>
    <w:p w:rsidR="00557D01" w:rsidRPr="007B1D1A" w:rsidRDefault="00CF6B14" w:rsidP="00557D01">
      <w:pPr>
        <w:spacing w:after="120"/>
        <w:rPr>
          <w:rFonts w:asciiTheme="minorHAnsi" w:hAnsiTheme="minorHAnsi"/>
          <w:b/>
          <w:color w:val="4F6228" w:themeColor="accent3" w:themeShade="80"/>
          <w:sz w:val="28"/>
          <w:szCs w:val="28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1.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Личные</w:t>
      </w:r>
      <w:proofErr w:type="spellEnd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данные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BE2869" w:rsidRPr="008F026A">
        <w:tc>
          <w:tcPr>
            <w:tcW w:w="5256" w:type="dxa"/>
          </w:tcPr>
          <w:p w:rsidR="00BE2869" w:rsidRPr="00C90AA4" w:rsidRDefault="00CF6B14" w:rsidP="008F026A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  <w:lang w:val="ru-RU"/>
              </w:rPr>
            </w:pPr>
            <w:r w:rsidRPr="00C90AA4">
              <w:rPr>
                <w:rFonts w:asciiTheme="minorHAnsi" w:hAnsiTheme="minorHAnsi"/>
                <w:color w:val="4A442A" w:themeColor="background2" w:themeShade="40"/>
                <w:lang w:val="ru-RU"/>
              </w:rPr>
              <w:t xml:space="preserve">ФИО: </w:t>
            </w:r>
            <w:sdt>
              <w:sdtPr>
                <w:rPr>
                  <w:rStyle w:val="affd"/>
                </w:rPr>
                <w:alias w:val="22222"/>
                <w:tag w:val="1"/>
                <w:id w:val="-1751417432"/>
                <w:placeholder>
                  <w:docPart w:val="DefaultPlaceholder_-1854013440"/>
                </w:placeholder>
                <w:showingPlcHdr/>
                <w15:appearance w15:val="hidden"/>
              </w:sdtPr>
              <w:sdtEndPr>
                <w:rPr>
                  <w:rStyle w:val="a2"/>
                  <w:rFonts w:asciiTheme="minorHAnsi" w:hAnsiTheme="minorHAnsi"/>
                  <w:color w:val="4A442A" w:themeColor="background2" w:themeShade="40"/>
                  <w:sz w:val="21"/>
                </w:rPr>
              </w:sdtEndPr>
              <w:sdtContent>
                <w:r w:rsidR="008F026A" w:rsidRPr="008E41CF">
                  <w:rPr>
                    <w:rStyle w:val="aff8"/>
                    <w:i/>
                    <w:color w:val="C2D69B" w:themeColor="accent3" w:themeTint="99"/>
                    <w:lang w:val="ru-RU"/>
                  </w:rPr>
                  <w:t>Место для ввода текста.</w:t>
                </w:r>
              </w:sdtContent>
            </w:sdt>
          </w:p>
        </w:tc>
        <w:tc>
          <w:tcPr>
            <w:tcW w:w="5256" w:type="dxa"/>
          </w:tcPr>
          <w:p w:rsidR="00BE2869" w:rsidRPr="008F026A" w:rsidRDefault="00CF6B14" w:rsidP="008F026A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  <w:lang w:val="ru-RU"/>
              </w:rPr>
            </w:pPr>
            <w:r w:rsidRPr="008F026A">
              <w:rPr>
                <w:rFonts w:asciiTheme="minorHAnsi" w:hAnsiTheme="minorHAnsi"/>
                <w:color w:val="4A442A" w:themeColor="background2" w:themeShade="40"/>
                <w:lang w:val="ru-RU"/>
              </w:rPr>
              <w:t xml:space="preserve">Телефон: </w:t>
            </w:r>
            <w:sdt>
              <w:sdtPr>
                <w:rPr>
                  <w:rStyle w:val="affd"/>
                </w:rPr>
                <w:id w:val="268058990"/>
                <w:placeholder>
                  <w:docPart w:val="DefaultPlaceholder_-1854013440"/>
                </w:placeholder>
                <w:showingPlcHdr/>
                <w15:appearance w15:val="hidden"/>
                <w:text/>
              </w:sdtPr>
              <w:sdtEndPr>
                <w:rPr>
                  <w:rStyle w:val="a2"/>
                  <w:rFonts w:asciiTheme="minorHAnsi" w:hAnsiTheme="minorHAnsi"/>
                  <w:color w:val="4A442A" w:themeColor="background2" w:themeShade="40"/>
                  <w:sz w:val="21"/>
                </w:rPr>
              </w:sdtEndPr>
              <w:sdtContent>
                <w:r w:rsidR="008F026A" w:rsidRPr="008E41CF">
                  <w:rPr>
                    <w:rStyle w:val="aff8"/>
                    <w:i/>
                    <w:color w:val="C2D69B" w:themeColor="accent3" w:themeTint="99"/>
                    <w:lang w:val="ru-RU"/>
                  </w:rPr>
                  <w:t>Место для ввода текста.</w:t>
                </w:r>
              </w:sdtContent>
            </w:sdt>
          </w:p>
        </w:tc>
      </w:tr>
      <w:tr w:rsidR="00BE2869" w:rsidRPr="008F026A">
        <w:tc>
          <w:tcPr>
            <w:tcW w:w="5256" w:type="dxa"/>
          </w:tcPr>
          <w:p w:rsidR="00BE2869" w:rsidRPr="008F026A" w:rsidRDefault="00CF6B14" w:rsidP="008F026A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  <w:lang w:val="ru-RU"/>
              </w:rPr>
            </w:pPr>
            <w:r w:rsidRPr="008F026A">
              <w:rPr>
                <w:rFonts w:asciiTheme="minorHAnsi" w:hAnsiTheme="minorHAnsi"/>
                <w:color w:val="4A442A" w:themeColor="background2" w:themeShade="40"/>
                <w:lang w:val="ru-RU"/>
              </w:rPr>
              <w:t xml:space="preserve">Дата </w:t>
            </w:r>
            <w:r w:rsidRPr="008F026A">
              <w:rPr>
                <w:rFonts w:asciiTheme="minorHAnsi" w:hAnsiTheme="minorHAnsi"/>
                <w:color w:val="4A442A" w:themeColor="background2" w:themeShade="40"/>
                <w:lang w:val="ru-RU"/>
              </w:rPr>
              <w:t xml:space="preserve">рождения: </w:t>
            </w:r>
            <w:sdt>
              <w:sdtPr>
                <w:rPr>
                  <w:rStyle w:val="affd"/>
                </w:rPr>
                <w:id w:val="1316913762"/>
                <w:lock w:val="sdtLocked"/>
                <w:placeholder>
                  <w:docPart w:val="DefaultPlaceholder_-1854013440"/>
                </w:placeholder>
                <w:showingPlcHdr/>
                <w15:appearance w15:val="hidden"/>
              </w:sdtPr>
              <w:sdtEndPr>
                <w:rPr>
                  <w:rStyle w:val="a2"/>
                  <w:rFonts w:asciiTheme="minorHAnsi" w:hAnsiTheme="minorHAnsi"/>
                  <w:color w:val="4A442A" w:themeColor="background2" w:themeShade="40"/>
                  <w:sz w:val="21"/>
                </w:rPr>
              </w:sdtEndPr>
              <w:sdtContent>
                <w:r w:rsidR="008F026A" w:rsidRPr="008E41CF">
                  <w:rPr>
                    <w:rStyle w:val="aff8"/>
                    <w:i/>
                    <w:color w:val="C2D69B" w:themeColor="accent3" w:themeTint="99"/>
                    <w:lang w:val="ru-RU"/>
                  </w:rPr>
                  <w:t>Место для ввода текста.</w:t>
                </w:r>
              </w:sdtContent>
            </w:sdt>
          </w:p>
        </w:tc>
        <w:tc>
          <w:tcPr>
            <w:tcW w:w="5256" w:type="dxa"/>
          </w:tcPr>
          <w:p w:rsidR="00BE2869" w:rsidRPr="008F026A" w:rsidRDefault="00CF6B14" w:rsidP="008E41CF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  <w:lang w:val="ru-RU"/>
              </w:rPr>
            </w:pPr>
            <w:r w:rsidRPr="007B1D1A">
              <w:rPr>
                <w:rFonts w:asciiTheme="minorHAnsi" w:hAnsiTheme="minorHAnsi"/>
                <w:color w:val="4A442A" w:themeColor="background2" w:themeShade="40"/>
              </w:rPr>
              <w:t>E</w:t>
            </w:r>
            <w:r w:rsidRPr="008F026A">
              <w:rPr>
                <w:rFonts w:asciiTheme="minorHAnsi" w:hAnsiTheme="minorHAnsi"/>
                <w:color w:val="4A442A" w:themeColor="background2" w:themeShade="40"/>
                <w:lang w:val="ru-RU"/>
              </w:rPr>
              <w:t>-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mail</w:t>
            </w:r>
            <w:r w:rsidRPr="008F026A">
              <w:rPr>
                <w:rFonts w:asciiTheme="minorHAnsi" w:hAnsiTheme="minorHAnsi"/>
                <w:color w:val="4A442A" w:themeColor="background2" w:themeShade="40"/>
                <w:lang w:val="ru-RU"/>
              </w:rPr>
              <w:t xml:space="preserve">: </w:t>
            </w:r>
            <w:sdt>
              <w:sdtPr>
                <w:rPr>
                  <w:rStyle w:val="affd"/>
                </w:rPr>
                <w:id w:val="-1016537316"/>
                <w:placeholder>
                  <w:docPart w:val="DefaultPlaceholder_-1854013440"/>
                </w:placeholder>
                <w:showingPlcHdr/>
                <w15:appearance w15:val="hidden"/>
              </w:sdtPr>
              <w:sdtEndPr>
                <w:rPr>
                  <w:rStyle w:val="a2"/>
                  <w:rFonts w:asciiTheme="minorHAnsi" w:hAnsiTheme="minorHAnsi"/>
                  <w:color w:val="4A442A" w:themeColor="background2" w:themeShade="40"/>
                  <w:sz w:val="21"/>
                  <w:lang w:val="ru-RU"/>
                </w:rPr>
              </w:sdtEndPr>
              <w:sdtContent>
                <w:r w:rsidR="008E41CF" w:rsidRPr="008E41CF">
                  <w:rPr>
                    <w:rStyle w:val="aff8"/>
                    <w:i/>
                    <w:color w:val="C2D69B" w:themeColor="accent3" w:themeTint="99"/>
                    <w:lang w:val="ru-RU"/>
                  </w:rPr>
                  <w:t>Место для ввода текста.</w:t>
                </w:r>
              </w:sdtContent>
            </w:sdt>
          </w:p>
        </w:tc>
      </w:tr>
      <w:tr w:rsidR="00BE2869" w:rsidRPr="008E41CF">
        <w:tc>
          <w:tcPr>
            <w:tcW w:w="5256" w:type="dxa"/>
          </w:tcPr>
          <w:p w:rsidR="00BE2869" w:rsidRPr="008E41CF" w:rsidRDefault="00CF6B14" w:rsidP="008E41CF">
            <w:pPr>
              <w:spacing w:after="120" w:line="240" w:lineRule="auto"/>
              <w:rPr>
                <w:rFonts w:asciiTheme="minorHAnsi" w:hAnsiTheme="minorHAnsi"/>
                <w:color w:val="4A442A" w:themeColor="background2" w:themeShade="40"/>
                <w:lang w:val="ru-RU"/>
              </w:rPr>
            </w:pPr>
            <w:r w:rsidRPr="008E41CF">
              <w:rPr>
                <w:rFonts w:asciiTheme="minorHAnsi" w:hAnsiTheme="minorHAnsi"/>
                <w:color w:val="4A442A" w:themeColor="background2" w:themeShade="40"/>
                <w:lang w:val="ru-RU"/>
              </w:rPr>
              <w:t xml:space="preserve">Дата заполнения: </w:t>
            </w:r>
            <w:sdt>
              <w:sdtPr>
                <w:rPr>
                  <w:rStyle w:val="affd"/>
                </w:rPr>
                <w:id w:val="1542239429"/>
                <w:placeholder>
                  <w:docPart w:val="DefaultPlaceholder_-1854013440"/>
                </w:placeholder>
                <w:showingPlcHdr/>
                <w15:appearance w15:val="hidden"/>
              </w:sdtPr>
              <w:sdtEndPr>
                <w:rPr>
                  <w:rStyle w:val="a2"/>
                  <w:rFonts w:asciiTheme="minorHAnsi" w:hAnsiTheme="minorHAnsi"/>
                  <w:color w:val="4A442A" w:themeColor="background2" w:themeShade="40"/>
                  <w:sz w:val="21"/>
                </w:rPr>
              </w:sdtEndPr>
              <w:sdtContent>
                <w:r w:rsidR="008E41CF" w:rsidRPr="008E41CF">
                  <w:rPr>
                    <w:rStyle w:val="aff8"/>
                    <w:i/>
                    <w:color w:val="C2D69B" w:themeColor="accent3" w:themeTint="99"/>
                    <w:lang w:val="ru-RU"/>
                  </w:rPr>
                  <w:t>Место для ввода текста.</w:t>
                </w:r>
              </w:sdtContent>
            </w:sdt>
          </w:p>
        </w:tc>
        <w:tc>
          <w:tcPr>
            <w:tcW w:w="5256" w:type="dxa"/>
          </w:tcPr>
          <w:p w:rsidR="00BE2869" w:rsidRPr="008E41CF" w:rsidRDefault="00BE2869" w:rsidP="008E41CF">
            <w:pPr>
              <w:spacing w:after="120" w:line="240" w:lineRule="auto"/>
              <w:rPr>
                <w:rFonts w:asciiTheme="minorHAnsi" w:hAnsiTheme="minorHAnsi"/>
                <w:color w:val="4A442A" w:themeColor="background2" w:themeShade="40"/>
                <w:lang w:val="ru-RU"/>
              </w:rPr>
            </w:pPr>
          </w:p>
        </w:tc>
      </w:tr>
    </w:tbl>
    <w:p w:rsidR="00557D01" w:rsidRDefault="00557D01" w:rsidP="008E41CF">
      <w:pPr>
        <w:spacing w:before="240" w:after="120" w:line="240" w:lineRule="auto"/>
        <w:rPr>
          <w:b/>
          <w:color w:val="4F6228" w:themeColor="accent3" w:themeShade="80"/>
          <w:sz w:val="24"/>
        </w:rPr>
      </w:pPr>
      <w:r>
        <w:rPr>
          <w:color w:val="4F6228" w:themeColor="accent3" w:themeShade="80"/>
        </w:rPr>
        <w:pict>
          <v:rect id="_x0000_i1035" style="width:540pt;height:3pt" o:hralign="center" o:hrstd="t" o:hrnoshade="t" o:hr="t" fillcolor="#4e6128 [1606]" stroked="f"/>
        </w:pict>
      </w:r>
    </w:p>
    <w:p w:rsidR="00557D01" w:rsidRPr="007B1D1A" w:rsidRDefault="00CF6B14" w:rsidP="00557D01">
      <w:pPr>
        <w:spacing w:before="240" w:after="120"/>
        <w:rPr>
          <w:rFonts w:asciiTheme="minorHAnsi" w:hAnsiTheme="minorHAnsi"/>
          <w:b/>
          <w:color w:val="4F6228" w:themeColor="accent3" w:themeShade="80"/>
          <w:sz w:val="28"/>
          <w:szCs w:val="28"/>
          <w:lang w:val="ru-RU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  <w:lang w:val="ru-RU"/>
        </w:rPr>
        <w:t>2. Ваши пожелания и предпочтения</w:t>
      </w:r>
    </w:p>
    <w:p w:rsidR="005A72DF" w:rsidRPr="007B1D1A" w:rsidRDefault="00CF6B14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Цель визита и ожидаемый результат (отметьте нужное):</w:t>
      </w:r>
    </w:p>
    <w:p w:rsidR="00BE2869" w:rsidRPr="005A72DF" w:rsidRDefault="00C52D94" w:rsidP="005A72DF">
      <w:pPr>
        <w:spacing w:after="60" w:line="240" w:lineRule="exact"/>
        <w:outlineLvl w:val="8"/>
        <w:rPr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457940429"/>
          <w:lock w:val="contentLocked"/>
          <w:placeholder>
            <w:docPart w:val="DefaultPlaceholder_-1854013440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62981347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 w:rsidR="008E41CF"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Глубокое расслабление и снятие стресса</w:t>
      </w:r>
    </w:p>
    <w:p w:rsidR="00BE2869" w:rsidRPr="00557D01" w:rsidRDefault="007B1D1A">
      <w:pPr>
        <w:spacing w:after="60"/>
        <w:rPr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663547330"/>
          <w:lock w:val="contentLocked"/>
          <w:placeholder>
            <w:docPart w:val="2F513C31757140029634AC7D0B93CC5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499624580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нятие мышечного напряжения / боли в спине или шее</w:t>
      </w:r>
    </w:p>
    <w:p w:rsidR="00BE2869" w:rsidRPr="00557D01" w:rsidRDefault="007B1D1A">
      <w:pPr>
        <w:spacing w:after="60"/>
        <w:rPr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542836630"/>
          <w:lock w:val="contentLocked"/>
          <w:placeholder>
            <w:docPart w:val="FFC03F4064AC42378216E38D2E38775B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993216657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Коррекция фигуры / антицеллюлитный эффект</w:t>
      </w:r>
    </w:p>
    <w:p w:rsidR="00BE2869" w:rsidRPr="00557D01" w:rsidRDefault="007B1D1A">
      <w:pPr>
        <w:spacing w:after="60"/>
        <w:rPr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322328124"/>
          <w:lock w:val="contentLocked"/>
          <w:placeholder>
            <w:docPart w:val="975BD1876A024A15A222C7528FC447B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895414773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Уход за лицом / телом</w:t>
      </w:r>
    </w:p>
    <w:p w:rsidR="00BE2869" w:rsidRPr="00FD631C" w:rsidRDefault="00CF6B14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r w:rsidRPr="00557D01">
        <w:rPr>
          <w:lang w:val="ru-RU"/>
        </w:rPr>
        <w:br/>
      </w:r>
      <w:r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Желаемая интенсивность массажа:</w:t>
      </w:r>
    </w:p>
    <w:p w:rsidR="00BE2869" w:rsidRPr="007B1D1A" w:rsidRDefault="007B1D1A">
      <w:pPr>
        <w:spacing w:after="12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920175492"/>
          <w:lock w:val="contentLocked"/>
          <w:placeholder>
            <w:docPart w:val="ED02D545CB4C430080740D98291322BA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02578676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Мягкая, расслабляющая (</w:t>
      </w:r>
      <w:proofErr w:type="spellStart"/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релакс</w:t>
      </w:r>
      <w:proofErr w:type="spellEnd"/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)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br/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800831098"/>
          <w:lock w:val="contentLocked"/>
          <w:placeholder>
            <w:docPart w:val="BF4BD9DBF02049C99DC88E5241871A49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49833862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Средняя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br/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-597325506"/>
          <w:lock w:val="contentLocked"/>
          <w:placeholder>
            <w:docPart w:val="8D091E28F6784D26A7E47133E5A61A07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97687383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Сильная, глубокая проработка</w:t>
      </w:r>
    </w:p>
    <w:p w:rsidR="00557D01" w:rsidRDefault="00557D01" w:rsidP="00557D01">
      <w:pPr>
        <w:spacing w:before="240" w:after="120"/>
        <w:rPr>
          <w:b/>
          <w:color w:val="4F6228" w:themeColor="accent3" w:themeShade="80"/>
          <w:sz w:val="24"/>
        </w:rPr>
      </w:pPr>
      <w:r>
        <w:rPr>
          <w:color w:val="4F6228" w:themeColor="accent3" w:themeShade="80"/>
        </w:rPr>
        <w:pict>
          <v:rect id="_x0000_i1039" style="width:540pt;height:3pt" o:hralign="center" o:hrstd="t" o:hrnoshade="t" o:hr="t" fillcolor="#4e6128 [1606]" stroked="f"/>
        </w:pict>
      </w:r>
    </w:p>
    <w:p w:rsidR="00BE2869" w:rsidRPr="007B1D1A" w:rsidRDefault="00CF6B14" w:rsidP="00557D01">
      <w:pPr>
        <w:spacing w:before="240" w:after="120"/>
        <w:rPr>
          <w:rFonts w:asciiTheme="minorHAnsi" w:hAnsiTheme="minorHAnsi"/>
          <w:b/>
          <w:color w:val="4F6228" w:themeColor="accent3" w:themeShade="80"/>
          <w:sz w:val="28"/>
          <w:szCs w:val="28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3.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Тип</w:t>
      </w:r>
      <w:proofErr w:type="spellEnd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кожи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BE2869"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108240955"/>
                <w:lock w:val="contentLocked"/>
                <w:placeholder>
                  <w:docPart w:val="18FD2CE6D7E548FFB7AA0CD52F55E68D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-1025789812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Нормальная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390995741"/>
                <w:lock w:val="contentLocked"/>
                <w:placeholder>
                  <w:docPart w:val="6262A5E0123A4C8A8A1F6C21CB33393F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198188997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Сухая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618672278"/>
                <w:lock w:val="contentLocked"/>
                <w:placeholder>
                  <w:docPart w:val="6E04609C3DCC4D3F89B1437BA679E752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8311544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Жирная</w:t>
            </w:r>
            <w:proofErr w:type="spellEnd"/>
          </w:p>
        </w:tc>
      </w:tr>
      <w:tr w:rsidR="00BE2869"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719902217"/>
                <w:lock w:val="contentLocked"/>
                <w:placeholder>
                  <w:docPart w:val="D11B51A2B88D4415B95C318A8E97DD6C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92662447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Комбинированная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226502582"/>
                <w:lock w:val="contentLocked"/>
                <w:placeholder>
                  <w:docPart w:val="5FC9EBC74EEC4F5FA1A2860F2FD2AE3D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-1284651882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Чувствительная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456072104"/>
                <w:lock w:val="contentLocked"/>
                <w:placeholder>
                  <w:docPart w:val="EC1CD7DBBFDB4D4CA398A4A13301B3CE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105482373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Возрастная</w:t>
            </w:r>
            <w:proofErr w:type="spellEnd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 xml:space="preserve"> / </w:t>
            </w:r>
            <w:proofErr w:type="spellStart"/>
            <w:r w:rsidR="00CF6B14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зрелая</w:t>
            </w:r>
            <w:proofErr w:type="spellEnd"/>
          </w:p>
        </w:tc>
      </w:tr>
    </w:tbl>
    <w:p w:rsidR="00557D01" w:rsidRDefault="00557D01" w:rsidP="00557D01">
      <w:pPr>
        <w:spacing w:before="240" w:after="120"/>
        <w:rPr>
          <w:b/>
          <w:color w:val="4F6228" w:themeColor="accent3" w:themeShade="80"/>
          <w:sz w:val="24"/>
          <w:lang w:val="ru-RU"/>
        </w:rPr>
      </w:pPr>
      <w:r>
        <w:rPr>
          <w:color w:val="4F6228" w:themeColor="accent3" w:themeShade="80"/>
        </w:rPr>
        <w:lastRenderedPageBreak/>
        <w:pict>
          <v:rect id="_x0000_i1040" style="width:540pt;height:3pt" o:hralign="center" o:hrstd="t" o:hrnoshade="t" o:hr="t" fillcolor="#4e6128 [1606]" stroked="f"/>
        </w:pict>
      </w:r>
    </w:p>
    <w:p w:rsidR="00BE2869" w:rsidRPr="007B1D1A" w:rsidRDefault="00CF6B14" w:rsidP="00557D01">
      <w:pPr>
        <w:spacing w:before="240" w:after="120"/>
        <w:rPr>
          <w:rFonts w:asciiTheme="minorHAnsi" w:hAnsiTheme="minorHAnsi"/>
          <w:color w:val="4F6228" w:themeColor="accent3" w:themeShade="80"/>
          <w:sz w:val="28"/>
          <w:szCs w:val="28"/>
          <w:lang w:val="ru-RU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  <w:lang w:val="ru-RU"/>
        </w:rPr>
        <w:t>4. Состояние здоровья и противопоказания</w:t>
      </w:r>
    </w:p>
    <w:p w:rsidR="00BE2869" w:rsidRPr="007B1D1A" w:rsidRDefault="00CF6B14">
      <w:pPr>
        <w:spacing w:after="12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Пожалуйста, внимательно ознакомьтесь со списком противопоказаний для </w:t>
      </w:r>
      <w:proofErr w:type="spellStart"/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спа</w:t>
      </w:r>
      <w:proofErr w:type="spellEnd"/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-процедур, массажей и обертываний. Отмет</w:t>
      </w:r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ьте, если у вас имеются указанные состояния: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938978140"/>
          <w:lock w:val="contentLocked"/>
          <w:placeholder>
            <w:docPart w:val="F42D7C9C4B44461EA36BD62F2977E44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65980727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Повышенная температура, ОРВИ, грипп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659149028"/>
          <w:lock w:val="contentLocked"/>
          <w:placeholder>
            <w:docPart w:val="BE22E84C58714DA8AA7FB93B6B7D6202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759872518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Повышенное или пониженное артериальное давление (гипертония / гипотония)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703294665"/>
          <w:lock w:val="contentLocked"/>
          <w:placeholder>
            <w:docPart w:val="07929DDE1E164175B8F19DD1FDA823D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976141998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Заболевания сердечно-сосудистой системы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142937615"/>
          <w:lock w:val="contentLocked"/>
          <w:placeholder>
            <w:docPart w:val="0586F92067294D139ECE6A3860306F62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68789887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Варикозное расширение вен / тромбозы (в пл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анируемых зонах массажа)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894811886"/>
          <w:lock w:val="contentLocked"/>
          <w:placeholder>
            <w:docPart w:val="BDBCA72D494940B98F929C220C4AFCC3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31032957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Кожные заболевания, повреждения кожи, сыпь, экзема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852076352"/>
          <w:lock w:val="contentLocked"/>
          <w:placeholder>
            <w:docPart w:val="DFC82EC3187E48989F4B2F8A2069D6CC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769846039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Онкологические заболевания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413705313"/>
          <w:lock w:val="contentLocked"/>
          <w:placeholder>
            <w:docPart w:val="10DC6DC0DCFB4F468BDF530793E7F957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283233472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Хронические заболевания (укажите): </w:t>
      </w:r>
      <w:sdt>
        <w:sdtPr>
          <w:rPr>
            <w:rStyle w:val="affd"/>
          </w:rPr>
          <w:id w:val="1134285868"/>
          <w:placeholder>
            <w:docPart w:val="DefaultPlaceholder_-1854013440"/>
          </w:placeholder>
          <w:showingPlcHdr/>
          <w15:appearance w15:val="hidden"/>
        </w:sdtPr>
        <w:sdtEndPr>
          <w:rPr>
            <w:rStyle w:val="a2"/>
            <w:rFonts w:asciiTheme="minorHAnsi" w:hAnsiTheme="minorHAnsi"/>
            <w:color w:val="4A442A" w:themeColor="background2" w:themeShade="40"/>
            <w:szCs w:val="26"/>
            <w:lang w:val="ru-RU"/>
          </w:rPr>
        </w:sdtEndPr>
        <w:sdtContent>
          <w:r w:rsidR="008E41CF" w:rsidRPr="008E41CF">
            <w:rPr>
              <w:rStyle w:val="aff8"/>
              <w:i/>
              <w:color w:val="C2D69B" w:themeColor="accent3" w:themeTint="99"/>
              <w:lang w:val="ru-RU"/>
            </w:rPr>
            <w:t>Место для ввода текста.</w:t>
          </w:r>
        </w:sdtContent>
      </w:sdt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1473172912"/>
          <w:lock w:val="contentLocked"/>
          <w:placeholder>
            <w:docPart w:val="18A2EFCDE7E6423F9B38FB2EC291596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681475526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Наличие кардиостимулятора, металлических имплантатов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685577539"/>
          <w:lock w:val="contentLocked"/>
          <w:placeholder>
            <w:docPart w:val="7DAC8205F29344188C680FFE5B952B0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019898492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 w:rsidR="008E41CF"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Недавние травмы, переломы, операции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1479571382"/>
          <w:lock w:val="contentLocked"/>
          <w:placeholder>
            <w:docPart w:val="63A4C33CD2754B90BAA28640DC21DD7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404608890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Беременность (укажите срок: </w:t>
      </w:r>
      <w:sdt>
        <w:sdtPr>
          <w:rPr>
            <w:rStyle w:val="affd"/>
          </w:rPr>
          <w:id w:val="-156617640"/>
          <w:placeholder>
            <w:docPart w:val="DefaultPlaceholder_-1854013440"/>
          </w:placeholder>
          <w:showingPlcHdr/>
          <w15:appearance w15:val="hidden"/>
        </w:sdtPr>
        <w:sdtEndPr>
          <w:rPr>
            <w:rStyle w:val="a2"/>
            <w:rFonts w:asciiTheme="minorHAnsi" w:hAnsiTheme="minorHAnsi"/>
            <w:color w:val="4A442A" w:themeColor="background2" w:themeShade="40"/>
            <w:szCs w:val="26"/>
            <w:lang w:val="ru-RU"/>
          </w:rPr>
        </w:sdtEndPr>
        <w:sdtContent>
          <w:r w:rsidR="008E41CF" w:rsidRPr="008E41CF">
            <w:rPr>
              <w:rStyle w:val="aff8"/>
              <w:i/>
              <w:color w:val="C2D69B" w:themeColor="accent3" w:themeTint="99"/>
              <w:lang w:val="ru-RU"/>
            </w:rPr>
            <w:t>Место для ввода текста.</w:t>
          </w:r>
        </w:sdtContent>
      </w:sdt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недель)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675408591"/>
          <w:lock w:val="contentLocked"/>
          <w:placeholder>
            <w:docPart w:val="B70E9CF63BFB4B7E99DF9A259A70FE89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52710923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Наличие аллергических реакций (косметика, масла, цитрусовые, йод и др.):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br/>
        <w:t xml:space="preserve">     </w:t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2069139492"/>
          <w:lock w:val="contentLocked"/>
          <w:placeholder>
            <w:docPart w:val="BF74FAA6BC1245858D1FBB84D01CAD5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511420677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Нет   </w:t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1850756486"/>
          <w:lock w:val="contentLocked"/>
          <w:placeholder>
            <w:docPart w:val="3FA2A283D5F8475A8E64D9B76B9DCC20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70776008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Есть (укажите на что): </w:t>
      </w:r>
      <w:sdt>
        <w:sdtPr>
          <w:rPr>
            <w:rStyle w:val="affd"/>
          </w:rPr>
          <w:id w:val="1740834160"/>
          <w:placeholder>
            <w:docPart w:val="DefaultPlaceholder_-1854013440"/>
          </w:placeholder>
          <w:showingPlcHdr/>
          <w15:appearance w15:val="hidden"/>
        </w:sdtPr>
        <w:sdtEndPr>
          <w:rPr>
            <w:rStyle w:val="a2"/>
            <w:rFonts w:asciiTheme="minorHAnsi" w:hAnsiTheme="minorHAnsi"/>
            <w:color w:val="4A442A" w:themeColor="background2" w:themeShade="40"/>
            <w:szCs w:val="26"/>
            <w:lang w:val="ru-RU"/>
          </w:rPr>
        </w:sdtEndPr>
        <w:sdtContent>
          <w:r w:rsidR="008E41CF" w:rsidRPr="008E41CF">
            <w:rPr>
              <w:rStyle w:val="aff8"/>
              <w:i/>
              <w:color w:val="C2D69B" w:themeColor="accent3" w:themeTint="99"/>
              <w:lang w:val="ru-RU"/>
            </w:rPr>
            <w:t>Место для ввода текста.</w:t>
          </w:r>
        </w:sdtContent>
      </w:sdt>
    </w:p>
    <w:p w:rsidR="00C52D94" w:rsidRDefault="00C52D94" w:rsidP="00C52D94">
      <w:pPr>
        <w:spacing w:before="240" w:after="120"/>
        <w:rPr>
          <w:b/>
          <w:color w:val="8E44AD"/>
          <w:sz w:val="24"/>
          <w:lang w:val="ru-RU"/>
        </w:rPr>
      </w:pPr>
      <w:r>
        <w:rPr>
          <w:color w:val="4F6228" w:themeColor="accent3" w:themeShade="80"/>
        </w:rPr>
        <w:pict>
          <v:rect id="_x0000_i1041" style="width:540pt;height:3pt" o:hralign="center" o:hrstd="t" o:hrnoshade="t" o:hr="t" fillcolor="#4e6128 [1606]" stroked="f"/>
        </w:pict>
      </w:r>
    </w:p>
    <w:p w:rsidR="00BE2869" w:rsidRPr="00FD631C" w:rsidRDefault="00CF6B14" w:rsidP="00C52D94">
      <w:pPr>
        <w:spacing w:before="240" w:after="120"/>
        <w:rPr>
          <w:rFonts w:asciiTheme="minorHAnsi" w:hAnsiTheme="minorHAnsi"/>
          <w:color w:val="4A442A" w:themeColor="background2" w:themeShade="40"/>
          <w:sz w:val="28"/>
          <w:szCs w:val="28"/>
          <w:lang w:val="ru-RU"/>
        </w:rPr>
      </w:pPr>
      <w:r w:rsidRPr="00FD631C">
        <w:rPr>
          <w:rFonts w:asciiTheme="minorHAnsi" w:hAnsiTheme="minorHAnsi"/>
          <w:b/>
          <w:color w:val="4A442A" w:themeColor="background2" w:themeShade="40"/>
          <w:sz w:val="28"/>
          <w:szCs w:val="28"/>
          <w:lang w:val="ru-RU"/>
        </w:rPr>
        <w:t xml:space="preserve">5. </w:t>
      </w:r>
      <w:r w:rsidRPr="00FD631C">
        <w:rPr>
          <w:rFonts w:asciiTheme="minorHAnsi" w:hAnsiTheme="minorHAnsi"/>
          <w:b/>
          <w:color w:val="4A442A" w:themeColor="background2" w:themeShade="40"/>
          <w:sz w:val="28"/>
          <w:szCs w:val="28"/>
          <w:lang w:val="ru-RU"/>
        </w:rPr>
        <w:t>Согласие на обработку персональных данных</w:t>
      </w:r>
    </w:p>
    <w:p w:rsidR="00BE2869" w:rsidRPr="00FD631C" w:rsidRDefault="00FD631C">
      <w:pPr>
        <w:spacing w:after="24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749801759"/>
          <w:lock w:val="contentLocked"/>
          <w:placeholder>
            <w:docPart w:val="CF1B18F2B5E54DC5940553F1E44F068B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521370302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 w:rsidR="008E41CF"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Я даю согласие 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</w:rPr>
        <w:t>SPA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-салону на обработку моих персональных данных (имя, телефон, 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</w:rPr>
        <w:t>e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-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</w:rPr>
        <w:t>mail</w:t>
      </w:r>
      <w:r w:rsidR="00CF6B14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) с целью записи на услуги, информирования об акциях и персональных предложениях.</w:t>
      </w:r>
    </w:p>
    <w:p w:rsidR="00BE2869" w:rsidRPr="00FD631C" w:rsidRDefault="00FD631C">
      <w:pPr>
        <w:spacing w:after="400"/>
        <w:rPr>
          <w:color w:val="4A442A" w:themeColor="background2" w:themeShade="40"/>
          <w:lang w:val="ru-RU"/>
        </w:rPr>
      </w:pPr>
      <w:r w:rsidRPr="00FD631C">
        <w:rPr>
          <w:color w:val="4A442A" w:themeColor="background2" w:themeShade="40"/>
          <w:sz w:val="15"/>
          <w:lang w:val="ru-RU"/>
        </w:rPr>
        <w:t>Это только в информационных целях. Для получения медицинской консультации или постановки диагноза обратитесь к профессионалу.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BE2869" w:rsidRPr="008E41CF">
        <w:tc>
          <w:tcPr>
            <w:tcW w:w="5256" w:type="dxa"/>
          </w:tcPr>
          <w:p w:rsidR="00BE2869" w:rsidRDefault="00CF6B14">
            <w:proofErr w:type="spellStart"/>
            <w:r>
              <w:t>Подпись</w:t>
            </w:r>
            <w:proofErr w:type="spellEnd"/>
            <w:r>
              <w:t xml:space="preserve"> </w:t>
            </w:r>
            <w:proofErr w:type="spellStart"/>
            <w:r>
              <w:t>клиента</w:t>
            </w:r>
            <w:proofErr w:type="spellEnd"/>
            <w:r>
              <w:t>: _________________________</w:t>
            </w:r>
          </w:p>
        </w:tc>
        <w:tc>
          <w:tcPr>
            <w:tcW w:w="5256" w:type="dxa"/>
          </w:tcPr>
          <w:p w:rsidR="00BE2869" w:rsidRPr="008E41CF" w:rsidRDefault="00CF6B14" w:rsidP="008E41CF">
            <w:pPr>
              <w:rPr>
                <w:lang w:val="ru-RU"/>
              </w:rPr>
            </w:pPr>
            <w:r w:rsidRPr="008E41CF">
              <w:rPr>
                <w:lang w:val="ru-RU"/>
              </w:rPr>
              <w:t xml:space="preserve">Дата: </w:t>
            </w:r>
            <w:sdt>
              <w:sdtPr>
                <w:rPr>
                  <w:rStyle w:val="affd"/>
                </w:rPr>
                <w:id w:val="1402567589"/>
                <w:placeholder>
                  <w:docPart w:val="DefaultPlaceholder_-1854013440"/>
                </w:placeholder>
                <w:showingPlcHdr/>
                <w15:appearance w15:val="hidden"/>
              </w:sdtPr>
              <w:sdtEndPr>
                <w:rPr>
                  <w:rStyle w:val="a2"/>
                  <w:color w:val="333333"/>
                  <w:sz w:val="21"/>
                </w:rPr>
              </w:sdtEndPr>
              <w:sdtContent>
                <w:r w:rsidR="008E41CF" w:rsidRPr="008E41CF">
                  <w:rPr>
                    <w:rStyle w:val="aff8"/>
                    <w:lang w:val="ru-RU"/>
                  </w:rPr>
                  <w:t>Место для ввода текста.</w:t>
                </w:r>
              </w:sdtContent>
            </w:sdt>
          </w:p>
        </w:tc>
      </w:tr>
    </w:tbl>
    <w:p w:rsidR="00CF6B14" w:rsidRPr="008E41CF" w:rsidRDefault="00CF6B14">
      <w:pPr>
        <w:rPr>
          <w:lang w:val="ru-RU"/>
        </w:rPr>
      </w:pPr>
    </w:p>
    <w:sectPr w:rsidR="00CF6B14" w:rsidRPr="008E41CF" w:rsidSect="00557D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7D01"/>
    <w:rsid w:val="005A72DF"/>
    <w:rsid w:val="007B1D1A"/>
    <w:rsid w:val="008E41CF"/>
    <w:rsid w:val="008F026A"/>
    <w:rsid w:val="00AA1D8D"/>
    <w:rsid w:val="00B47730"/>
    <w:rsid w:val="00BE2869"/>
    <w:rsid w:val="00C52D94"/>
    <w:rsid w:val="00C90AA4"/>
    <w:rsid w:val="00CB0664"/>
    <w:rsid w:val="00CF6B14"/>
    <w:rsid w:val="00FC693F"/>
    <w:rsid w:val="00FD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D83C8"/>
  <w14:defaultImageDpi w14:val="330"/>
  <w15:docId w15:val="{338449C0-3672-408A-9B9F-424FA082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4">
    <w:name w:val="Стиль1"/>
    <w:basedOn w:val="a2"/>
    <w:uiPriority w:val="1"/>
    <w:rsid w:val="00C52D94"/>
    <w:rPr>
      <w:sz w:val="28"/>
    </w:rPr>
  </w:style>
  <w:style w:type="character" w:styleId="aff8">
    <w:name w:val="Placeholder Text"/>
    <w:basedOn w:val="a2"/>
    <w:uiPriority w:val="99"/>
    <w:semiHidden/>
    <w:rsid w:val="00C52D94"/>
    <w:rPr>
      <w:color w:val="808080"/>
    </w:rPr>
  </w:style>
  <w:style w:type="paragraph" w:customStyle="1" w:styleId="aff9">
    <w:name w:val="Стиль чекбокс герболика"/>
    <w:basedOn w:val="a1"/>
    <w:link w:val="affa"/>
    <w:rsid w:val="005A72DF"/>
  </w:style>
  <w:style w:type="character" w:customStyle="1" w:styleId="affb">
    <w:name w:val="Стиль чекбокс Гер"/>
    <w:basedOn w:val="a2"/>
    <w:uiPriority w:val="1"/>
    <w:qFormat/>
    <w:rsid w:val="005A72DF"/>
    <w:rPr>
      <w:color w:val="4F6228" w:themeColor="accent3" w:themeShade="80"/>
      <w:sz w:val="28"/>
    </w:rPr>
  </w:style>
  <w:style w:type="character" w:customStyle="1" w:styleId="affa">
    <w:name w:val="Стиль чекбокс герболика Знак"/>
    <w:basedOn w:val="a2"/>
    <w:link w:val="aff9"/>
    <w:rsid w:val="005A72DF"/>
    <w:rPr>
      <w:rFonts w:ascii="Arial" w:hAnsi="Arial"/>
      <w:color w:val="333333"/>
      <w:sz w:val="21"/>
    </w:rPr>
  </w:style>
  <w:style w:type="paragraph" w:customStyle="1" w:styleId="affc">
    <w:name w:val="Стиль текста Герболика"/>
    <w:basedOn w:val="a1"/>
    <w:link w:val="affd"/>
    <w:qFormat/>
    <w:rsid w:val="00C90AA4"/>
    <w:rPr>
      <w:rFonts w:asciiTheme="minorHAnsi" w:hAnsiTheme="minorHAnsi"/>
      <w:color w:val="4F6228" w:themeColor="accent3" w:themeShade="80"/>
      <w:sz w:val="26"/>
    </w:rPr>
  </w:style>
  <w:style w:type="character" w:customStyle="1" w:styleId="affd">
    <w:name w:val="Стиль текста Герболика Знак"/>
    <w:basedOn w:val="a2"/>
    <w:link w:val="affc"/>
    <w:rsid w:val="00C90AA4"/>
    <w:rPr>
      <w:color w:val="4F6228" w:themeColor="accent3" w:themeShade="8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BDCD0D-B59E-41BE-96B7-A3E4987D1606}"/>
      </w:docPartPr>
      <w:docPartBody>
        <w:p w:rsidR="00000000" w:rsidRDefault="00265328"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513C31757140029634AC7D0B93CC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E8BCAC-47DE-4F5D-801B-4313D3FABFF8}"/>
      </w:docPartPr>
      <w:docPartBody>
        <w:p w:rsidR="00000000" w:rsidRDefault="00265328" w:rsidP="00265328">
          <w:pPr>
            <w:pStyle w:val="2F513C31757140029634AC7D0B93CC5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C03F4064AC42378216E38D2E3877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E08604-6C99-4FA3-BDB5-D5FB3282E4E3}"/>
      </w:docPartPr>
      <w:docPartBody>
        <w:p w:rsidR="00000000" w:rsidRDefault="00265328" w:rsidP="00265328">
          <w:pPr>
            <w:pStyle w:val="FFC03F4064AC42378216E38D2E38775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5BD1876A024A15A222C7528FC447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8772C1-C091-46EC-A3F6-56A867FBD21D}"/>
      </w:docPartPr>
      <w:docPartBody>
        <w:p w:rsidR="00000000" w:rsidRDefault="00265328" w:rsidP="00265328">
          <w:pPr>
            <w:pStyle w:val="975BD1876A024A15A222C7528FC447B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02D545CB4C430080740D98291322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DAC221-2EDB-4293-AE42-73F570334873}"/>
      </w:docPartPr>
      <w:docPartBody>
        <w:p w:rsidR="00000000" w:rsidRDefault="00265328" w:rsidP="00265328">
          <w:pPr>
            <w:pStyle w:val="ED02D545CB4C430080740D98291322B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4BD9DBF02049C99DC88E5241871A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8B771-E7D3-4D99-9C32-1C417D501187}"/>
      </w:docPartPr>
      <w:docPartBody>
        <w:p w:rsidR="00000000" w:rsidRDefault="00265328" w:rsidP="00265328">
          <w:pPr>
            <w:pStyle w:val="BF4BD9DBF02049C99DC88E5241871A49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091E28F6784D26A7E47133E5A61A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952493-A155-41C9-8E20-2056E0023C11}"/>
      </w:docPartPr>
      <w:docPartBody>
        <w:p w:rsidR="00000000" w:rsidRDefault="00265328" w:rsidP="00265328">
          <w:pPr>
            <w:pStyle w:val="8D091E28F6784D26A7E47133E5A61A07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FD2CE6D7E548FFB7AA0CD52F55E6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FD96A-80E1-455C-9CA1-FE84725E56DD}"/>
      </w:docPartPr>
      <w:docPartBody>
        <w:p w:rsidR="00000000" w:rsidRDefault="00265328" w:rsidP="00265328">
          <w:pPr>
            <w:pStyle w:val="18FD2CE6D7E548FFB7AA0CD52F55E68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1B51A2B88D4415B95C318A8E97DD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D75BF2-C321-4510-AF3C-4FC82BC073CB}"/>
      </w:docPartPr>
      <w:docPartBody>
        <w:p w:rsidR="00000000" w:rsidRDefault="00265328" w:rsidP="00265328">
          <w:pPr>
            <w:pStyle w:val="D11B51A2B88D4415B95C318A8E97DD6C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62A5E0123A4C8A8A1F6C21CB3339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73CC8F-5429-4412-B676-0BB556047956}"/>
      </w:docPartPr>
      <w:docPartBody>
        <w:p w:rsidR="00000000" w:rsidRDefault="00265328" w:rsidP="00265328">
          <w:pPr>
            <w:pStyle w:val="6262A5E0123A4C8A8A1F6C21CB33393F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C9EBC74EEC4F5FA1A2860F2FD2A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74E76D-82F0-41B3-8265-9A7CBC5A86CC}"/>
      </w:docPartPr>
      <w:docPartBody>
        <w:p w:rsidR="00000000" w:rsidRDefault="00265328" w:rsidP="00265328">
          <w:pPr>
            <w:pStyle w:val="5FC9EBC74EEC4F5FA1A2860F2FD2AE3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04609C3DCC4D3F89B1437BA679E7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E4A622-8CC2-4039-A145-0F28F379F518}"/>
      </w:docPartPr>
      <w:docPartBody>
        <w:p w:rsidR="00000000" w:rsidRDefault="00265328" w:rsidP="00265328">
          <w:pPr>
            <w:pStyle w:val="6E04609C3DCC4D3F89B1437BA679E75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1CD7DBBFDB4D4CA398A4A13301B3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9D277-FD0C-4770-B5D0-056D0A8F8815}"/>
      </w:docPartPr>
      <w:docPartBody>
        <w:p w:rsidR="00000000" w:rsidRDefault="00265328" w:rsidP="00265328">
          <w:pPr>
            <w:pStyle w:val="EC1CD7DBBFDB4D4CA398A4A13301B3C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2D7C9C4B44461EA36BD62F2977E4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628498-7B39-40D4-8287-0B3B0C263142}"/>
      </w:docPartPr>
      <w:docPartBody>
        <w:p w:rsidR="00000000" w:rsidRDefault="00265328" w:rsidP="00265328">
          <w:pPr>
            <w:pStyle w:val="F42D7C9C4B44461EA36BD62F2977E44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929DDE1E164175B8F19DD1FDA82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FE09C0-5C01-4FB6-9A59-CBBCD772166D}"/>
      </w:docPartPr>
      <w:docPartBody>
        <w:p w:rsidR="00000000" w:rsidRDefault="00265328" w:rsidP="00265328">
          <w:pPr>
            <w:pStyle w:val="07929DDE1E164175B8F19DD1FDA823D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22E84C58714DA8AA7FB93B6B7D62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6606A2-7A61-4D9F-B8F5-13DBFC38118C}"/>
      </w:docPartPr>
      <w:docPartBody>
        <w:p w:rsidR="00000000" w:rsidRDefault="00265328" w:rsidP="00265328">
          <w:pPr>
            <w:pStyle w:val="BE22E84C58714DA8AA7FB93B6B7D620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86F92067294D139ECE6A3860306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757BE0-F62B-4CD9-9431-72B0FD8F58AE}"/>
      </w:docPartPr>
      <w:docPartBody>
        <w:p w:rsidR="00000000" w:rsidRDefault="00265328" w:rsidP="00265328">
          <w:pPr>
            <w:pStyle w:val="0586F92067294D139ECE6A3860306F6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C82EC3187E48989F4B2F8A2069D6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B0F1CD-21E9-4DE7-B498-56013EC70033}"/>
      </w:docPartPr>
      <w:docPartBody>
        <w:p w:rsidR="00000000" w:rsidRDefault="00265328" w:rsidP="00265328">
          <w:pPr>
            <w:pStyle w:val="DFC82EC3187E48989F4B2F8A2069D6CC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DC6DC0DCFB4F468BDF530793E7F9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630BB-8061-4335-8370-AE867D3FC2FA}"/>
      </w:docPartPr>
      <w:docPartBody>
        <w:p w:rsidR="00000000" w:rsidRDefault="00265328" w:rsidP="00265328">
          <w:pPr>
            <w:pStyle w:val="10DC6DC0DCFB4F468BDF530793E7F957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A2EFCDE7E6423F9B38FB2EC29159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CC270D-997F-42C6-9424-DD22796BF4AB}"/>
      </w:docPartPr>
      <w:docPartBody>
        <w:p w:rsidR="00000000" w:rsidRDefault="00265328" w:rsidP="00265328">
          <w:pPr>
            <w:pStyle w:val="18A2EFCDE7E6423F9B38FB2EC291596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AC8205F29344188C680FFE5B952B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1C7FD3-CB97-4945-A13C-60505C1C92C7}"/>
      </w:docPartPr>
      <w:docPartBody>
        <w:p w:rsidR="00000000" w:rsidRDefault="00265328" w:rsidP="00265328">
          <w:pPr>
            <w:pStyle w:val="7DAC8205F29344188C680FFE5B952B0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A4C33CD2754B90BAA28640DC21DD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3D4236-67F7-4B4A-96A2-44D655103156}"/>
      </w:docPartPr>
      <w:docPartBody>
        <w:p w:rsidR="00000000" w:rsidRDefault="00265328" w:rsidP="00265328">
          <w:pPr>
            <w:pStyle w:val="63A4C33CD2754B90BAA28640DC21DD7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BCA72D494940B98F929C220C4AFC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C28164-A315-4CEE-8392-C765978F9BC2}"/>
      </w:docPartPr>
      <w:docPartBody>
        <w:p w:rsidR="00000000" w:rsidRDefault="00265328" w:rsidP="00265328">
          <w:pPr>
            <w:pStyle w:val="BDBCA72D494940B98F929C220C4AFCC3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0E9CF63BFB4B7E99DF9A259A70F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6BDDC-A1EA-4DAD-9BC8-CC5708FF4404}"/>
      </w:docPartPr>
      <w:docPartBody>
        <w:p w:rsidR="00000000" w:rsidRDefault="00265328" w:rsidP="00265328">
          <w:pPr>
            <w:pStyle w:val="B70E9CF63BFB4B7E99DF9A259A70FE89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74FAA6BC1245858D1FBB84D01CAD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9EA936-B2B3-4243-9167-078161C9695F}"/>
      </w:docPartPr>
      <w:docPartBody>
        <w:p w:rsidR="00000000" w:rsidRDefault="00265328" w:rsidP="00265328">
          <w:pPr>
            <w:pStyle w:val="BF74FAA6BC1245858D1FBB84D01CAD5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A2A283D5F8475A8E64D9B76B9DCC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673121-7D94-464C-9A25-717C44107E2A}"/>
      </w:docPartPr>
      <w:docPartBody>
        <w:p w:rsidR="00000000" w:rsidRDefault="00265328" w:rsidP="00265328">
          <w:pPr>
            <w:pStyle w:val="3FA2A283D5F8475A8E64D9B76B9DCC20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1B18F2B5E54DC5940553F1E44F06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98E7B2-42ED-49EE-AF8F-C69535F836F0}"/>
      </w:docPartPr>
      <w:docPartBody>
        <w:p w:rsidR="00000000" w:rsidRDefault="00265328" w:rsidP="00265328">
          <w:pPr>
            <w:pStyle w:val="CF1B18F2B5E54DC5940553F1E44F068B"/>
          </w:pPr>
          <w:r w:rsidRPr="00AE0F9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28"/>
    <w:rsid w:val="00265328"/>
    <w:rsid w:val="0060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5328"/>
    <w:rPr>
      <w:color w:val="808080"/>
    </w:rPr>
  </w:style>
  <w:style w:type="paragraph" w:customStyle="1" w:styleId="2F513C31757140029634AC7D0B93CC56">
    <w:name w:val="2F513C31757140029634AC7D0B93CC56"/>
    <w:rsid w:val="00265328"/>
  </w:style>
  <w:style w:type="paragraph" w:customStyle="1" w:styleId="FFC03F4064AC42378216E38D2E38775B">
    <w:name w:val="FFC03F4064AC42378216E38D2E38775B"/>
    <w:rsid w:val="00265328"/>
  </w:style>
  <w:style w:type="paragraph" w:customStyle="1" w:styleId="975BD1876A024A15A222C7528FC447BE">
    <w:name w:val="975BD1876A024A15A222C7528FC447BE"/>
    <w:rsid w:val="00265328"/>
  </w:style>
  <w:style w:type="paragraph" w:customStyle="1" w:styleId="ED02D545CB4C430080740D98291322BA">
    <w:name w:val="ED02D545CB4C430080740D98291322BA"/>
    <w:rsid w:val="00265328"/>
  </w:style>
  <w:style w:type="paragraph" w:customStyle="1" w:styleId="BF4BD9DBF02049C99DC88E5241871A49">
    <w:name w:val="BF4BD9DBF02049C99DC88E5241871A49"/>
    <w:rsid w:val="00265328"/>
  </w:style>
  <w:style w:type="paragraph" w:customStyle="1" w:styleId="8D091E28F6784D26A7E47133E5A61A07">
    <w:name w:val="8D091E28F6784D26A7E47133E5A61A07"/>
    <w:rsid w:val="00265328"/>
  </w:style>
  <w:style w:type="paragraph" w:customStyle="1" w:styleId="18FD2CE6D7E548FFB7AA0CD52F55E68D">
    <w:name w:val="18FD2CE6D7E548FFB7AA0CD52F55E68D"/>
    <w:rsid w:val="00265328"/>
  </w:style>
  <w:style w:type="paragraph" w:customStyle="1" w:styleId="D11B51A2B88D4415B95C318A8E97DD6C">
    <w:name w:val="D11B51A2B88D4415B95C318A8E97DD6C"/>
    <w:rsid w:val="00265328"/>
  </w:style>
  <w:style w:type="paragraph" w:customStyle="1" w:styleId="6262A5E0123A4C8A8A1F6C21CB33393F">
    <w:name w:val="6262A5E0123A4C8A8A1F6C21CB33393F"/>
    <w:rsid w:val="00265328"/>
  </w:style>
  <w:style w:type="paragraph" w:customStyle="1" w:styleId="5FC9EBC74EEC4F5FA1A2860F2FD2AE3D">
    <w:name w:val="5FC9EBC74EEC4F5FA1A2860F2FD2AE3D"/>
    <w:rsid w:val="00265328"/>
  </w:style>
  <w:style w:type="paragraph" w:customStyle="1" w:styleId="6E04609C3DCC4D3F89B1437BA679E752">
    <w:name w:val="6E04609C3DCC4D3F89B1437BA679E752"/>
    <w:rsid w:val="00265328"/>
  </w:style>
  <w:style w:type="paragraph" w:customStyle="1" w:styleId="EC1CD7DBBFDB4D4CA398A4A13301B3CE">
    <w:name w:val="EC1CD7DBBFDB4D4CA398A4A13301B3CE"/>
    <w:rsid w:val="00265328"/>
  </w:style>
  <w:style w:type="paragraph" w:customStyle="1" w:styleId="F42D7C9C4B44461EA36BD62F2977E446">
    <w:name w:val="F42D7C9C4B44461EA36BD62F2977E446"/>
    <w:rsid w:val="00265328"/>
  </w:style>
  <w:style w:type="paragraph" w:customStyle="1" w:styleId="07929DDE1E164175B8F19DD1FDA823D6">
    <w:name w:val="07929DDE1E164175B8F19DD1FDA823D6"/>
    <w:rsid w:val="00265328"/>
  </w:style>
  <w:style w:type="paragraph" w:customStyle="1" w:styleId="BE22E84C58714DA8AA7FB93B6B7D6202">
    <w:name w:val="BE22E84C58714DA8AA7FB93B6B7D6202"/>
    <w:rsid w:val="00265328"/>
  </w:style>
  <w:style w:type="paragraph" w:customStyle="1" w:styleId="0586F92067294D139ECE6A3860306F62">
    <w:name w:val="0586F92067294D139ECE6A3860306F62"/>
    <w:rsid w:val="00265328"/>
  </w:style>
  <w:style w:type="paragraph" w:customStyle="1" w:styleId="DFC82EC3187E48989F4B2F8A2069D6CC">
    <w:name w:val="DFC82EC3187E48989F4B2F8A2069D6CC"/>
    <w:rsid w:val="00265328"/>
  </w:style>
  <w:style w:type="paragraph" w:customStyle="1" w:styleId="10DC6DC0DCFB4F468BDF530793E7F957">
    <w:name w:val="10DC6DC0DCFB4F468BDF530793E7F957"/>
    <w:rsid w:val="00265328"/>
  </w:style>
  <w:style w:type="paragraph" w:customStyle="1" w:styleId="18A2EFCDE7E6423F9B38FB2EC2915966">
    <w:name w:val="18A2EFCDE7E6423F9B38FB2EC2915966"/>
    <w:rsid w:val="00265328"/>
  </w:style>
  <w:style w:type="paragraph" w:customStyle="1" w:styleId="7DAC8205F29344188C680FFE5B952B0E">
    <w:name w:val="7DAC8205F29344188C680FFE5B952B0E"/>
    <w:rsid w:val="00265328"/>
  </w:style>
  <w:style w:type="paragraph" w:customStyle="1" w:styleId="63A4C33CD2754B90BAA28640DC21DD7E">
    <w:name w:val="63A4C33CD2754B90BAA28640DC21DD7E"/>
    <w:rsid w:val="00265328"/>
  </w:style>
  <w:style w:type="paragraph" w:customStyle="1" w:styleId="BDBCA72D494940B98F929C220C4AFCC3">
    <w:name w:val="BDBCA72D494940B98F929C220C4AFCC3"/>
    <w:rsid w:val="00265328"/>
  </w:style>
  <w:style w:type="paragraph" w:customStyle="1" w:styleId="B70E9CF63BFB4B7E99DF9A259A70FE89">
    <w:name w:val="B70E9CF63BFB4B7E99DF9A259A70FE89"/>
    <w:rsid w:val="00265328"/>
  </w:style>
  <w:style w:type="paragraph" w:customStyle="1" w:styleId="BF74FAA6BC1245858D1FBB84D01CAD5E">
    <w:name w:val="BF74FAA6BC1245858D1FBB84D01CAD5E"/>
    <w:rsid w:val="00265328"/>
  </w:style>
  <w:style w:type="paragraph" w:customStyle="1" w:styleId="3FA2A283D5F8475A8E64D9B76B9DCC20">
    <w:name w:val="3FA2A283D5F8475A8E64D9B76B9DCC20"/>
    <w:rsid w:val="00265328"/>
  </w:style>
  <w:style w:type="paragraph" w:customStyle="1" w:styleId="CF1B18F2B5E54DC5940553F1E44F068B">
    <w:name w:val="CF1B18F2B5E54DC5940553F1E44F068B"/>
    <w:rsid w:val="002653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8858EE-34B1-4508-8A2B-4332438F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2026-09-30T18:13:00Z</dcterms:created>
  <dcterms:modified xsi:type="dcterms:W3CDTF">2026-09-30T18:13:00Z</dcterms:modified>
  <cp:category/>
</cp:coreProperties>
</file>