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73EE78C" w14:textId="40D682A8" w:rsidR="00EF7F2A" w:rsidRPr="0077324A" w:rsidRDefault="005C51D4">
      <w:pPr>
        <w:spacing w:after="40"/>
        <w:jc w:val="center"/>
        <w:rPr>
          <w:lang w:val="ru-RU"/>
        </w:rPr>
      </w:pPr>
      <w:r>
        <w:rPr>
          <w:rFonts w:ascii="Georgia" w:hAnsi="Georgia"/>
          <w:b/>
          <w:color w:val="0B5345"/>
        </w:rPr>
        <w:t>SPA</w:t>
      </w:r>
      <w:r w:rsidRPr="0077324A">
        <w:rPr>
          <w:rFonts w:ascii="Georgia" w:hAnsi="Georgia"/>
          <w:b/>
          <w:color w:val="0B5345"/>
          <w:lang w:val="ru-RU"/>
        </w:rPr>
        <w:t xml:space="preserve"> &amp; </w:t>
      </w:r>
      <w:r>
        <w:rPr>
          <w:rFonts w:ascii="Georgia" w:hAnsi="Georgia"/>
          <w:b/>
          <w:color w:val="0B5345"/>
        </w:rPr>
        <w:t>WELLNESS</w:t>
      </w:r>
    </w:p>
    <w:p w14:paraId="0345B2D1" w14:textId="77777777" w:rsidR="00EF7F2A" w:rsidRPr="0077324A" w:rsidRDefault="005C51D4">
      <w:pPr>
        <w:spacing w:after="280"/>
        <w:jc w:val="center"/>
        <w:rPr>
          <w:lang w:val="ru-RU"/>
        </w:rPr>
      </w:pPr>
      <w:r w:rsidRPr="0077324A">
        <w:rPr>
          <w:rFonts w:ascii="Georgia" w:hAnsi="Georgia"/>
          <w:b/>
          <w:color w:val="0B5345"/>
          <w:sz w:val="28"/>
          <w:lang w:val="ru-RU"/>
        </w:rPr>
        <w:t>ИНТЕГРИРОВАННАЯ ДИАГНОСТИЧЕСКАЯ КАРТА КУРСА ПРОЦЕДУР</w:t>
      </w:r>
      <w:r w:rsidRPr="0077324A">
        <w:rPr>
          <w:rFonts w:ascii="Georgia" w:hAnsi="Georgia"/>
          <w:b/>
          <w:color w:val="0B5345"/>
          <w:sz w:val="28"/>
          <w:lang w:val="ru-RU"/>
        </w:rPr>
        <w:br/>
        <w:t>(Комбинированные ручные, спа и аппаратные методики)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288"/>
      </w:tblGrid>
      <w:tr w:rsidR="00EF7F2A" w:rsidRPr="00A465FE" w14:paraId="27F64469" w14:textId="77777777" w:rsidTr="00FD0C14">
        <w:trPr>
          <w:jc w:val="center"/>
        </w:trPr>
        <w:tc>
          <w:tcPr>
            <w:tcW w:w="10288" w:type="dxa"/>
            <w:tcBorders>
              <w:left w:val="single" w:sz="24" w:space="0" w:color="16A085"/>
            </w:tcBorders>
            <w:shd w:val="clear" w:color="auto" w:fill="F2F9F6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23E99DF2" w14:textId="77777777" w:rsidR="00EF7F2A" w:rsidRPr="00C2428B" w:rsidRDefault="005C51D4" w:rsidP="00C2428B">
            <w:pPr>
              <w:spacing w:before="240" w:after="120"/>
              <w:jc w:val="center"/>
              <w:rPr>
                <w:sz w:val="24"/>
                <w:szCs w:val="24"/>
                <w:lang w:val="ru-RU"/>
              </w:rPr>
            </w:pPr>
            <w:r w:rsidRPr="00C2428B">
              <w:rPr>
                <w:rFonts w:ascii="Georgia" w:hAnsi="Georgia"/>
                <w:b/>
                <w:color w:val="0B5345"/>
                <w:sz w:val="24"/>
                <w:szCs w:val="24"/>
                <w:lang w:val="ru-RU"/>
              </w:rPr>
              <w:t>1. ОБЩИЕ СВЕДЕНИЯ И ПАСПОРТНАЯ ЧАСТЬ</w:t>
            </w:r>
          </w:p>
          <w:p w14:paraId="545D1239" w14:textId="63B3731B" w:rsidR="00EF7F2A" w:rsidRPr="0077324A" w:rsidRDefault="005C51D4" w:rsidP="00543DE2">
            <w:pPr>
              <w:spacing w:before="240" w:after="80"/>
              <w:rPr>
                <w:lang w:val="ru-RU"/>
              </w:rPr>
            </w:pPr>
            <w:r w:rsidRPr="0077324A">
              <w:rPr>
                <w:rFonts w:ascii="Arial" w:hAnsi="Arial"/>
                <w:color w:val="2C3E50"/>
                <w:sz w:val="20"/>
                <w:lang w:val="ru-RU"/>
              </w:rPr>
              <w:t xml:space="preserve">ФИО Гостя: </w:t>
            </w:r>
            <w:sdt>
              <w:sdtPr>
                <w:rPr>
                  <w:rStyle w:val="aff8"/>
                </w:rPr>
                <w:id w:val="2119868674"/>
                <w:placeholder>
                  <w:docPart w:val="AB0844D2DE3D4AAEAD4C0D7393E14310"/>
                </w:placeholder>
                <w:showingPlcHdr/>
                <w:text/>
              </w:sdtPr>
              <w:sdtEndPr>
                <w:rPr>
                  <w:rStyle w:val="aff8"/>
                </w:rPr>
              </w:sdtEndPr>
              <w:sdtContent>
                <w:r w:rsidR="002A3B47" w:rsidRPr="002A3B47">
                  <w:rPr>
                    <w:rStyle w:val="aff9"/>
                    <w:lang w:val="ru-RU"/>
                  </w:rPr>
                  <w:t>Место для ввода текста.</w:t>
                </w:r>
              </w:sdtContent>
            </w:sdt>
            <w:r w:rsidR="00DC3A23" w:rsidRPr="0077324A">
              <w:rPr>
                <w:rFonts w:ascii="Arial" w:hAnsi="Arial"/>
                <w:color w:val="2C3E50"/>
                <w:sz w:val="20"/>
                <w:lang w:val="ru-RU"/>
              </w:rPr>
              <w:t xml:space="preserve"> </w:t>
            </w:r>
            <w:r w:rsidR="002A3B47">
              <w:rPr>
                <w:rFonts w:ascii="Arial" w:hAnsi="Arial"/>
                <w:color w:val="2C3E50"/>
                <w:sz w:val="20"/>
                <w:lang w:val="ru-RU"/>
              </w:rPr>
              <w:t xml:space="preserve">                              </w:t>
            </w:r>
            <w:r w:rsidR="00DC3A23" w:rsidRPr="0077324A">
              <w:rPr>
                <w:rFonts w:ascii="Arial" w:hAnsi="Arial"/>
                <w:color w:val="2C3E50"/>
                <w:sz w:val="20"/>
                <w:lang w:val="ru-RU"/>
              </w:rPr>
              <w:t>Дата</w:t>
            </w:r>
            <w:r w:rsidRPr="0077324A">
              <w:rPr>
                <w:rFonts w:ascii="Arial" w:hAnsi="Arial"/>
                <w:color w:val="2C3E50"/>
                <w:sz w:val="20"/>
                <w:lang w:val="ru-RU"/>
              </w:rPr>
              <w:t xml:space="preserve"> рождения: </w:t>
            </w:r>
            <w:sdt>
              <w:sdtPr>
                <w:rPr>
                  <w:rStyle w:val="aff8"/>
                </w:rPr>
                <w:id w:val="1280922320"/>
                <w:placeholder>
                  <w:docPart w:val="1343B7BD9AEE43F1956B3C813DE537C9"/>
                </w:placeholder>
                <w:showingPlcHdr/>
                <w:text/>
              </w:sdtPr>
              <w:sdtEndPr>
                <w:rPr>
                  <w:rStyle w:val="aff8"/>
                </w:rPr>
              </w:sdtEndPr>
              <w:sdtContent>
                <w:r w:rsidR="002A3B47" w:rsidRPr="002A3B47">
                  <w:rPr>
                    <w:rStyle w:val="aff9"/>
                    <w:lang w:val="ru-RU"/>
                  </w:rPr>
                  <w:t>Место для ввода текста.</w:t>
                </w:r>
              </w:sdtContent>
            </w:sdt>
          </w:p>
          <w:p w14:paraId="1191063A" w14:textId="2319CC33" w:rsidR="00EF7F2A" w:rsidRPr="0077324A" w:rsidRDefault="005C51D4" w:rsidP="00543DE2">
            <w:pPr>
              <w:spacing w:before="240" w:after="80"/>
              <w:rPr>
                <w:lang w:val="ru-RU"/>
              </w:rPr>
            </w:pPr>
            <w:r w:rsidRPr="0077324A">
              <w:rPr>
                <w:rFonts w:ascii="Arial" w:hAnsi="Arial"/>
                <w:color w:val="2C3E50"/>
                <w:sz w:val="20"/>
                <w:lang w:val="ru-RU"/>
              </w:rPr>
              <w:t xml:space="preserve">Телефон: </w:t>
            </w:r>
            <w:sdt>
              <w:sdtPr>
                <w:rPr>
                  <w:rFonts w:ascii="Arial" w:hAnsi="Arial"/>
                  <w:color w:val="2C3E50"/>
                  <w:sz w:val="20"/>
                  <w:lang w:val="ru-RU"/>
                </w:rPr>
                <w:id w:val="-1927715233"/>
                <w:placeholder>
                  <w:docPart w:val="A88276CAC6C040619629A331288F35C2"/>
                </w:placeholder>
                <w:showingPlcHdr/>
                <w:text/>
              </w:sdtPr>
              <w:sdtEndPr/>
              <w:sdtContent>
                <w:r w:rsidR="009E2A80" w:rsidRPr="009E2A80">
                  <w:rPr>
                    <w:rStyle w:val="aff9"/>
                    <w:lang w:val="ru-RU"/>
                  </w:rPr>
                  <w:t>Место для ввода текста.</w:t>
                </w:r>
              </w:sdtContent>
            </w:sdt>
            <w:r w:rsidR="00DC3A23" w:rsidRPr="0077324A">
              <w:rPr>
                <w:rFonts w:ascii="Arial" w:hAnsi="Arial"/>
                <w:color w:val="2C3E50"/>
                <w:sz w:val="20"/>
                <w:lang w:val="ru-RU"/>
              </w:rPr>
              <w:t xml:space="preserve"> Куратор</w:t>
            </w:r>
            <w:r w:rsidRPr="0077324A">
              <w:rPr>
                <w:rFonts w:ascii="Arial" w:hAnsi="Arial"/>
                <w:color w:val="2C3E50"/>
                <w:sz w:val="20"/>
                <w:lang w:val="ru-RU"/>
              </w:rPr>
              <w:t xml:space="preserve"> (</w:t>
            </w:r>
            <w:proofErr w:type="spellStart"/>
            <w:r w:rsidRPr="0077324A">
              <w:rPr>
                <w:rFonts w:ascii="Arial" w:hAnsi="Arial"/>
                <w:color w:val="2C3E50"/>
                <w:sz w:val="20"/>
                <w:lang w:val="ru-RU"/>
              </w:rPr>
              <w:t>Спа</w:t>
            </w:r>
            <w:proofErr w:type="spellEnd"/>
            <w:r w:rsidRPr="0077324A">
              <w:rPr>
                <w:rFonts w:ascii="Arial" w:hAnsi="Arial"/>
                <w:color w:val="2C3E50"/>
                <w:sz w:val="20"/>
                <w:lang w:val="ru-RU"/>
              </w:rPr>
              <w:t xml:space="preserve">-терапевт/Врач): </w:t>
            </w:r>
            <w:sdt>
              <w:sdtPr>
                <w:rPr>
                  <w:rFonts w:ascii="Arial" w:hAnsi="Arial"/>
                  <w:color w:val="2C3E50"/>
                  <w:sz w:val="20"/>
                  <w:lang w:val="ru-RU"/>
                </w:rPr>
                <w:id w:val="-286589304"/>
                <w:placeholder>
                  <w:docPart w:val="A259D279C8184149808815677B70A531"/>
                </w:placeholder>
                <w:showingPlcHdr/>
                <w:text/>
              </w:sdtPr>
              <w:sdtEndPr/>
              <w:sdtContent>
                <w:r w:rsidR="009E2A80" w:rsidRPr="009E2A80">
                  <w:rPr>
                    <w:rStyle w:val="aff9"/>
                    <w:lang w:val="ru-RU"/>
                  </w:rPr>
                  <w:t>Место для ввода текста.</w:t>
                </w:r>
              </w:sdtContent>
            </w:sdt>
          </w:p>
          <w:p w14:paraId="649498C9" w14:textId="00244929" w:rsidR="009E2A80" w:rsidRDefault="009E2A80" w:rsidP="00543DE2">
            <w:pPr>
              <w:spacing w:before="240" w:after="80"/>
              <w:rPr>
                <w:rFonts w:ascii="Arial" w:hAnsi="Arial"/>
                <w:color w:val="2C3E50"/>
                <w:sz w:val="20"/>
                <w:lang w:val="ru-RU"/>
              </w:rPr>
            </w:pPr>
            <w:r>
              <w:rPr>
                <w:rFonts w:ascii="Arial" w:hAnsi="Arial"/>
                <w:color w:val="2C3E50"/>
                <w:sz w:val="20"/>
                <w:lang w:val="ru-RU"/>
              </w:rPr>
              <w:t xml:space="preserve">Номер карты/комнаты: </w:t>
            </w:r>
            <w:sdt>
              <w:sdtPr>
                <w:rPr>
                  <w:rStyle w:val="aff8"/>
                </w:rPr>
                <w:id w:val="-987159108"/>
                <w:placeholder>
                  <w:docPart w:val="DE03F30C0060401BA1657AB208EE4858"/>
                </w:placeholder>
                <w:showingPlcHdr/>
                <w:text/>
              </w:sdtPr>
              <w:sdtEndPr>
                <w:rPr>
                  <w:rStyle w:val="a2"/>
                  <w:rFonts w:ascii="Arial" w:hAnsi="Arial"/>
                  <w:color w:val="2C3E50"/>
                  <w:sz w:val="20"/>
                  <w:lang w:val="ru-RU"/>
                </w:rPr>
              </w:sdtEndPr>
              <w:sdtContent>
                <w:r w:rsidRPr="009E2A80">
                  <w:rPr>
                    <w:rStyle w:val="aff9"/>
                    <w:lang w:val="ru-RU"/>
                  </w:rPr>
                  <w:t>Место для ввода текста.</w:t>
                </w:r>
              </w:sdtContent>
            </w:sdt>
            <w:r w:rsidR="00DC3A23" w:rsidRPr="0077324A">
              <w:rPr>
                <w:rFonts w:ascii="Arial" w:hAnsi="Arial"/>
                <w:color w:val="2C3E50"/>
                <w:sz w:val="20"/>
                <w:lang w:val="ru-RU"/>
              </w:rPr>
              <w:t xml:space="preserve"> Дата</w:t>
            </w:r>
            <w:r w:rsidR="005C51D4" w:rsidRPr="0077324A">
              <w:rPr>
                <w:rFonts w:ascii="Arial" w:hAnsi="Arial"/>
                <w:color w:val="2C3E50"/>
                <w:sz w:val="20"/>
                <w:lang w:val="ru-RU"/>
              </w:rPr>
              <w:t xml:space="preserve"> начала курса: </w:t>
            </w:r>
            <w:sdt>
              <w:sdtPr>
                <w:rPr>
                  <w:rStyle w:val="aff8"/>
                </w:rPr>
                <w:id w:val="92059620"/>
                <w:placeholder>
                  <w:docPart w:val="7468D1A470F9484183B1652394B92783"/>
                </w:placeholder>
                <w:showingPlcHdr/>
                <w:text/>
              </w:sdtPr>
              <w:sdtEndPr>
                <w:rPr>
                  <w:rStyle w:val="a2"/>
                  <w:rFonts w:ascii="Arial" w:hAnsi="Arial"/>
                  <w:color w:val="2C3E50"/>
                  <w:sz w:val="20"/>
                  <w:lang w:val="ru-RU"/>
                </w:rPr>
              </w:sdtEndPr>
              <w:sdtContent>
                <w:r w:rsidRPr="009E2A80">
                  <w:rPr>
                    <w:rStyle w:val="aff9"/>
                    <w:lang w:val="ru-RU"/>
                  </w:rPr>
                  <w:t>Место для ввода текста.</w:t>
                </w:r>
              </w:sdtContent>
            </w:sdt>
          </w:p>
          <w:p w14:paraId="03A899AB" w14:textId="7EAD975C" w:rsidR="00EF7F2A" w:rsidRPr="0077324A" w:rsidRDefault="00DC3A23" w:rsidP="00543DE2">
            <w:pPr>
              <w:spacing w:before="240" w:after="80"/>
              <w:rPr>
                <w:lang w:val="ru-RU"/>
              </w:rPr>
            </w:pPr>
            <w:r w:rsidRPr="0077324A">
              <w:rPr>
                <w:rFonts w:ascii="Arial" w:hAnsi="Arial"/>
                <w:color w:val="2C3E50"/>
                <w:sz w:val="20"/>
                <w:lang w:val="ru-RU"/>
              </w:rPr>
              <w:t>Дата</w:t>
            </w:r>
            <w:r w:rsidR="005C51D4" w:rsidRPr="0077324A">
              <w:rPr>
                <w:rFonts w:ascii="Arial" w:hAnsi="Arial"/>
                <w:color w:val="2C3E50"/>
                <w:sz w:val="20"/>
                <w:lang w:val="ru-RU"/>
              </w:rPr>
              <w:t xml:space="preserve"> окончания: </w:t>
            </w:r>
            <w:sdt>
              <w:sdtPr>
                <w:rPr>
                  <w:rStyle w:val="aff8"/>
                </w:rPr>
                <w:id w:val="-1992249622"/>
                <w:placeholder>
                  <w:docPart w:val="00FC780691054766A74816B3FF49FD25"/>
                </w:placeholder>
                <w:showingPlcHdr/>
                <w:text/>
              </w:sdtPr>
              <w:sdtEndPr>
                <w:rPr>
                  <w:rStyle w:val="aff8"/>
                </w:rPr>
              </w:sdtEndPr>
              <w:sdtContent>
                <w:r w:rsidR="009E2A80" w:rsidRPr="009E2A80">
                  <w:rPr>
                    <w:rStyle w:val="aff9"/>
                    <w:lang w:val="ru-RU"/>
                  </w:rPr>
                  <w:t>Место для ввода текста.</w:t>
                </w:r>
              </w:sdtContent>
            </w:sdt>
          </w:p>
          <w:p w14:paraId="761BEA3E" w14:textId="41CBC1CC" w:rsidR="00EF7F2A" w:rsidRPr="0077324A" w:rsidRDefault="005C51D4" w:rsidP="00543DE2">
            <w:pPr>
              <w:spacing w:before="240" w:after="80"/>
              <w:rPr>
                <w:lang w:val="ru-RU"/>
              </w:rPr>
            </w:pPr>
            <w:r w:rsidRPr="0077324A">
              <w:rPr>
                <w:rFonts w:ascii="Arial" w:hAnsi="Arial"/>
                <w:color w:val="2C3E50"/>
                <w:sz w:val="20"/>
                <w:lang w:val="ru-RU"/>
              </w:rPr>
              <w:t xml:space="preserve">Цель курса:  </w:t>
            </w:r>
            <w:sdt>
              <w:sdtPr>
                <w:rPr>
                  <w:rStyle w:val="14"/>
                  <w:color w:val="4F6228" w:themeColor="accent3" w:themeShade="80"/>
                  <w:szCs w:val="28"/>
                  <w:lang w:val="ru-RU"/>
                </w:rPr>
                <w:id w:val="1753548225"/>
                <w:lock w:val="contentLocked"/>
                <w:placeholder>
                  <w:docPart w:val="3A2DC2EB88894C8E8D738D074E0FCAF6"/>
                </w:placeholder>
                <w:group/>
              </w:sdtPr>
              <w:sdtEndPr>
                <w:rPr>
                  <w:rStyle w:val="14"/>
                </w:rPr>
              </w:sdtEndPr>
              <w:sdtContent>
                <w:sdt>
                  <w:sdtPr>
                    <w:rPr>
                      <w:rStyle w:val="aff8"/>
                      <w:sz w:val="40"/>
                      <w:szCs w:val="40"/>
                      <w:lang w:val="ru-RU"/>
                    </w:rPr>
                    <w:id w:val="223572545"/>
                    <w15:color w:val="808000"/>
                    <w15:appearance w15:val="hidden"/>
                    <w14:checkbox>
                      <w14:checked w14:val="0"/>
                      <w14:checkedState w14:val="221A" w14:font="Times New Roman"/>
                      <w14:uncheckedState w14:val="25A1" w14:font="Times New Roman"/>
                    </w14:checkbox>
                  </w:sdtPr>
                  <w:sdtEndPr>
                    <w:rPr>
                      <w:rStyle w:val="aff8"/>
                    </w:rPr>
                  </w:sdtEndPr>
                  <w:sdtContent>
                    <w:r w:rsidR="00AA5CA6">
                      <w:rPr>
                        <w:rStyle w:val="aff8"/>
                        <w:rFonts w:ascii="Times New Roman" w:hAnsi="Times New Roman" w:cs="Times New Roman"/>
                        <w:sz w:val="40"/>
                        <w:szCs w:val="40"/>
                        <w:lang w:val="ru-RU"/>
                      </w:rPr>
                      <w:t>□</w:t>
                    </w:r>
                  </w:sdtContent>
                </w:sdt>
              </w:sdtContent>
            </w:sdt>
            <w:r w:rsidR="00AA5CA6" w:rsidRPr="00C52D94">
              <w:rPr>
                <w:color w:val="4F6228" w:themeColor="accent3" w:themeShade="80"/>
                <w:lang w:val="ru-RU"/>
              </w:rPr>
              <w:t xml:space="preserve">  </w:t>
            </w:r>
            <w:r w:rsidRPr="0077324A">
              <w:rPr>
                <w:rFonts w:ascii="Arial" w:hAnsi="Arial"/>
                <w:color w:val="2C3E50"/>
                <w:sz w:val="20"/>
                <w:lang w:val="ru-RU"/>
              </w:rPr>
              <w:t xml:space="preserve">Коррекция объемов/моделирование  </w:t>
            </w:r>
            <w:sdt>
              <w:sdtPr>
                <w:rPr>
                  <w:rStyle w:val="14"/>
                  <w:color w:val="4F6228" w:themeColor="accent3" w:themeShade="80"/>
                  <w:szCs w:val="28"/>
                  <w:lang w:val="ru-RU"/>
                </w:rPr>
                <w:id w:val="-104266087"/>
                <w:lock w:val="contentLocked"/>
                <w:placeholder>
                  <w:docPart w:val="13FBB924B5194FF8B0D2D0CD21DDE248"/>
                </w:placeholder>
                <w:group/>
              </w:sdtPr>
              <w:sdtEndPr>
                <w:rPr>
                  <w:rStyle w:val="14"/>
                </w:rPr>
              </w:sdtEndPr>
              <w:sdtContent>
                <w:sdt>
                  <w:sdtPr>
                    <w:rPr>
                      <w:rStyle w:val="aff8"/>
                      <w:sz w:val="40"/>
                      <w:szCs w:val="40"/>
                      <w:lang w:val="ru-RU"/>
                    </w:rPr>
                    <w:id w:val="1625264568"/>
                    <w15:color w:val="808000"/>
                    <w15:appearance w15:val="hidden"/>
                    <w14:checkbox>
                      <w14:checked w14:val="0"/>
                      <w14:checkedState w14:val="221A" w14:font="Times New Roman"/>
                      <w14:uncheckedState w14:val="25A1" w14:font="Times New Roman"/>
                    </w14:checkbox>
                  </w:sdtPr>
                  <w:sdtEndPr>
                    <w:rPr>
                      <w:rStyle w:val="aff8"/>
                    </w:rPr>
                  </w:sdtEndPr>
                  <w:sdtContent>
                    <w:r w:rsidR="00A465FE">
                      <w:rPr>
                        <w:rStyle w:val="aff8"/>
                        <w:rFonts w:ascii="Times New Roman" w:hAnsi="Times New Roman" w:cs="Times New Roman"/>
                        <w:sz w:val="40"/>
                        <w:szCs w:val="40"/>
                        <w:lang w:val="ru-RU"/>
                      </w:rPr>
                      <w:t>□</w:t>
                    </w:r>
                  </w:sdtContent>
                </w:sdt>
              </w:sdtContent>
            </w:sdt>
            <w:r w:rsidR="00AA5CA6" w:rsidRPr="00C52D94">
              <w:rPr>
                <w:color w:val="4F6228" w:themeColor="accent3" w:themeShade="80"/>
                <w:lang w:val="ru-RU"/>
              </w:rPr>
              <w:t xml:space="preserve">  </w:t>
            </w:r>
            <w:proofErr w:type="spellStart"/>
            <w:r w:rsidRPr="0077324A">
              <w:rPr>
                <w:rFonts w:ascii="Arial" w:hAnsi="Arial"/>
                <w:color w:val="2C3E50"/>
                <w:sz w:val="20"/>
                <w:lang w:val="ru-RU"/>
              </w:rPr>
              <w:t>Детокс</w:t>
            </w:r>
            <w:proofErr w:type="spellEnd"/>
            <w:r w:rsidRPr="0077324A">
              <w:rPr>
                <w:rFonts w:ascii="Arial" w:hAnsi="Arial"/>
                <w:color w:val="2C3E50"/>
                <w:sz w:val="20"/>
                <w:lang w:val="ru-RU"/>
              </w:rPr>
              <w:t xml:space="preserve"> и дренаж  </w:t>
            </w:r>
            <w:sdt>
              <w:sdtPr>
                <w:rPr>
                  <w:rStyle w:val="14"/>
                  <w:color w:val="4F6228" w:themeColor="accent3" w:themeShade="80"/>
                  <w:szCs w:val="28"/>
                  <w:lang w:val="ru-RU"/>
                </w:rPr>
                <w:id w:val="-1835139299"/>
                <w:lock w:val="contentLocked"/>
                <w:placeholder>
                  <w:docPart w:val="538C7EF7EFA24F0FAC7A176148275015"/>
                </w:placeholder>
                <w:group/>
              </w:sdtPr>
              <w:sdtEndPr>
                <w:rPr>
                  <w:rStyle w:val="14"/>
                </w:rPr>
              </w:sdtEndPr>
              <w:sdtContent>
                <w:sdt>
                  <w:sdtPr>
                    <w:rPr>
                      <w:rStyle w:val="aff8"/>
                      <w:sz w:val="40"/>
                      <w:szCs w:val="40"/>
                      <w:lang w:val="ru-RU"/>
                    </w:rPr>
                    <w:id w:val="1942790620"/>
                    <w15:color w:val="808000"/>
                    <w15:appearance w15:val="hidden"/>
                    <w14:checkbox>
                      <w14:checked w14:val="0"/>
                      <w14:checkedState w14:val="221A" w14:font="Times New Roman"/>
                      <w14:uncheckedState w14:val="25A1" w14:font="Times New Roman"/>
                    </w14:checkbox>
                  </w:sdtPr>
                  <w:sdtEndPr>
                    <w:rPr>
                      <w:rStyle w:val="aff8"/>
                    </w:rPr>
                  </w:sdtEndPr>
                  <w:sdtContent>
                    <w:r w:rsidR="009E2A80">
                      <w:rPr>
                        <w:rStyle w:val="aff8"/>
                        <w:rFonts w:ascii="Times New Roman" w:hAnsi="Times New Roman" w:cs="Times New Roman"/>
                        <w:sz w:val="40"/>
                        <w:szCs w:val="40"/>
                        <w:lang w:val="ru-RU"/>
                      </w:rPr>
                      <w:t>□</w:t>
                    </w:r>
                  </w:sdtContent>
                </w:sdt>
              </w:sdtContent>
            </w:sdt>
            <w:r w:rsidR="00AA5CA6" w:rsidRPr="00C52D94">
              <w:rPr>
                <w:color w:val="4F6228" w:themeColor="accent3" w:themeShade="80"/>
                <w:lang w:val="ru-RU"/>
              </w:rPr>
              <w:t xml:space="preserve">  </w:t>
            </w:r>
            <w:r w:rsidRPr="0077324A">
              <w:rPr>
                <w:rFonts w:ascii="Arial" w:hAnsi="Arial"/>
                <w:color w:val="2C3E50"/>
                <w:sz w:val="20"/>
                <w:lang w:val="ru-RU"/>
              </w:rPr>
              <w:t>Тонус кожи/омоложение</w:t>
            </w:r>
            <w:r w:rsidRPr="0077324A">
              <w:rPr>
                <w:rFonts w:ascii="Arial" w:hAnsi="Arial"/>
                <w:color w:val="2C3E50"/>
                <w:sz w:val="20"/>
                <w:lang w:val="ru-RU"/>
              </w:rPr>
              <w:br/>
              <w:t xml:space="preserve">                   </w:t>
            </w:r>
            <w:sdt>
              <w:sdtPr>
                <w:rPr>
                  <w:rStyle w:val="14"/>
                  <w:color w:val="4F6228" w:themeColor="accent3" w:themeShade="80"/>
                  <w:szCs w:val="28"/>
                  <w:lang w:val="ru-RU"/>
                </w:rPr>
                <w:id w:val="-474452696"/>
                <w:lock w:val="contentLocked"/>
                <w:placeholder>
                  <w:docPart w:val="CE20EC0ED2C04C838D9D88D11E0C6010"/>
                </w:placeholder>
                <w:group/>
              </w:sdtPr>
              <w:sdtEndPr>
                <w:rPr>
                  <w:rStyle w:val="14"/>
                </w:rPr>
              </w:sdtEndPr>
              <w:sdtContent>
                <w:sdt>
                  <w:sdtPr>
                    <w:rPr>
                      <w:rStyle w:val="aff8"/>
                      <w:sz w:val="40"/>
                      <w:szCs w:val="40"/>
                      <w:lang w:val="ru-RU"/>
                    </w:rPr>
                    <w:id w:val="-560795958"/>
                    <w15:color w:val="808000"/>
                    <w15:appearance w15:val="hidden"/>
                    <w14:checkbox>
                      <w14:checked w14:val="0"/>
                      <w14:checkedState w14:val="221A" w14:font="Times New Roman"/>
                      <w14:uncheckedState w14:val="25A1" w14:font="Times New Roman"/>
                    </w14:checkbox>
                  </w:sdtPr>
                  <w:sdtEndPr>
                    <w:rPr>
                      <w:rStyle w:val="aff8"/>
                    </w:rPr>
                  </w:sdtEndPr>
                  <w:sdtContent>
                    <w:r w:rsidR="00AA5CA6">
                      <w:rPr>
                        <w:rStyle w:val="aff8"/>
                        <w:rFonts w:ascii="Times New Roman" w:hAnsi="Times New Roman" w:cs="Times New Roman"/>
                        <w:sz w:val="40"/>
                        <w:szCs w:val="40"/>
                        <w:lang w:val="ru-RU"/>
                      </w:rPr>
                      <w:t>□</w:t>
                    </w:r>
                  </w:sdtContent>
                </w:sdt>
              </w:sdtContent>
            </w:sdt>
            <w:r w:rsidR="00AA5CA6" w:rsidRPr="00C52D94">
              <w:rPr>
                <w:color w:val="4F6228" w:themeColor="accent3" w:themeShade="80"/>
                <w:lang w:val="ru-RU"/>
              </w:rPr>
              <w:t xml:space="preserve">  </w:t>
            </w:r>
            <w:r w:rsidRPr="0077324A">
              <w:rPr>
                <w:rFonts w:ascii="Arial" w:hAnsi="Arial"/>
                <w:color w:val="2C3E50"/>
                <w:sz w:val="20"/>
                <w:lang w:val="ru-RU"/>
              </w:rPr>
              <w:t>Снятие мышечного напряжения/</w:t>
            </w:r>
            <w:proofErr w:type="spellStart"/>
            <w:r w:rsidRPr="0077324A">
              <w:rPr>
                <w:rFonts w:ascii="Arial" w:hAnsi="Arial"/>
                <w:color w:val="2C3E50"/>
                <w:sz w:val="20"/>
                <w:lang w:val="ru-RU"/>
              </w:rPr>
              <w:t>Антистресс</w:t>
            </w:r>
            <w:proofErr w:type="spellEnd"/>
            <w:r w:rsidRPr="0077324A">
              <w:rPr>
                <w:rFonts w:ascii="Arial" w:hAnsi="Arial"/>
                <w:color w:val="2C3E50"/>
                <w:sz w:val="20"/>
                <w:lang w:val="ru-RU"/>
              </w:rPr>
              <w:t xml:space="preserve">  </w:t>
            </w:r>
            <w:sdt>
              <w:sdtPr>
                <w:rPr>
                  <w:rStyle w:val="14"/>
                  <w:color w:val="4F6228" w:themeColor="accent3" w:themeShade="80"/>
                  <w:szCs w:val="28"/>
                  <w:lang w:val="ru-RU"/>
                </w:rPr>
                <w:id w:val="-77366132"/>
                <w:lock w:val="contentLocked"/>
                <w:placeholder>
                  <w:docPart w:val="8535ABBF24D54F219A1620D533B46DD5"/>
                </w:placeholder>
                <w:group/>
              </w:sdtPr>
              <w:sdtEndPr>
                <w:rPr>
                  <w:rStyle w:val="14"/>
                </w:rPr>
              </w:sdtEndPr>
              <w:sdtContent>
                <w:sdt>
                  <w:sdtPr>
                    <w:rPr>
                      <w:rStyle w:val="aff8"/>
                      <w:sz w:val="40"/>
                      <w:szCs w:val="40"/>
                      <w:lang w:val="ru-RU"/>
                    </w:rPr>
                    <w:id w:val="1667354323"/>
                    <w15:color w:val="808000"/>
                    <w15:appearance w15:val="hidden"/>
                    <w14:checkbox>
                      <w14:checked w14:val="0"/>
                      <w14:checkedState w14:val="221A" w14:font="Times New Roman"/>
                      <w14:uncheckedState w14:val="25A1" w14:font="Times New Roman"/>
                    </w14:checkbox>
                  </w:sdtPr>
                  <w:sdtEndPr>
                    <w:rPr>
                      <w:rStyle w:val="aff8"/>
                    </w:rPr>
                  </w:sdtEndPr>
                  <w:sdtContent>
                    <w:r w:rsidR="009E2A80">
                      <w:rPr>
                        <w:rStyle w:val="aff8"/>
                        <w:rFonts w:ascii="Times New Roman" w:hAnsi="Times New Roman" w:cs="Times New Roman"/>
                        <w:sz w:val="40"/>
                        <w:szCs w:val="40"/>
                        <w:lang w:val="ru-RU"/>
                      </w:rPr>
                      <w:t>□</w:t>
                    </w:r>
                  </w:sdtContent>
                </w:sdt>
              </w:sdtContent>
            </w:sdt>
            <w:r w:rsidR="00AA5CA6" w:rsidRPr="00C52D94">
              <w:rPr>
                <w:color w:val="4F6228" w:themeColor="accent3" w:themeShade="80"/>
                <w:lang w:val="ru-RU"/>
              </w:rPr>
              <w:t xml:space="preserve">  </w:t>
            </w:r>
            <w:r w:rsidRPr="0077324A">
              <w:rPr>
                <w:rFonts w:ascii="Arial" w:hAnsi="Arial"/>
                <w:color w:val="2C3E50"/>
                <w:sz w:val="20"/>
                <w:lang w:val="ru-RU"/>
              </w:rPr>
              <w:t>Оздоровление/</w:t>
            </w:r>
            <w:proofErr w:type="spellStart"/>
            <w:r w:rsidRPr="0077324A">
              <w:rPr>
                <w:rFonts w:ascii="Arial" w:hAnsi="Arial"/>
                <w:color w:val="2C3E50"/>
                <w:sz w:val="20"/>
                <w:lang w:val="ru-RU"/>
              </w:rPr>
              <w:t>Бальнеолечение</w:t>
            </w:r>
            <w:proofErr w:type="spellEnd"/>
          </w:p>
        </w:tc>
      </w:tr>
    </w:tbl>
    <w:p w14:paraId="2DAB3B99" w14:textId="77777777" w:rsidR="00EF7F2A" w:rsidRPr="0077324A" w:rsidRDefault="00EF7F2A">
      <w:pPr>
        <w:spacing w:after="80"/>
        <w:rPr>
          <w:lang w:val="ru-RU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258"/>
      </w:tblGrid>
      <w:tr w:rsidR="00EF7F2A" w:rsidRPr="00A465FE" w14:paraId="4D7E661E" w14:textId="77777777" w:rsidTr="00FD0C14">
        <w:trPr>
          <w:jc w:val="center"/>
        </w:trPr>
        <w:tc>
          <w:tcPr>
            <w:tcW w:w="10258" w:type="dxa"/>
            <w:tcBorders>
              <w:left w:val="single" w:sz="24" w:space="0" w:color="16A085"/>
            </w:tcBorders>
            <w:shd w:val="clear" w:color="auto" w:fill="F2F9F6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1D1A330D" w14:textId="77777777" w:rsidR="00EF7F2A" w:rsidRPr="00C2428B" w:rsidRDefault="005C51D4" w:rsidP="00543DE2">
            <w:pPr>
              <w:spacing w:after="120" w:line="360" w:lineRule="auto"/>
              <w:rPr>
                <w:sz w:val="24"/>
                <w:szCs w:val="24"/>
                <w:lang w:val="ru-RU"/>
              </w:rPr>
            </w:pPr>
            <w:r w:rsidRPr="00C2428B">
              <w:rPr>
                <w:rFonts w:ascii="Georgia" w:hAnsi="Georgia"/>
                <w:b/>
                <w:color w:val="0B5345"/>
                <w:sz w:val="24"/>
                <w:szCs w:val="24"/>
                <w:lang w:val="ru-RU"/>
              </w:rPr>
              <w:t>2. ПЕРВИЧНЫЙ СПА-АНАМНЕЗ И ТЕХНОЛОГИЧЕСКИЙ СКРИНИНГ</w:t>
            </w:r>
          </w:p>
          <w:p w14:paraId="112544BB" w14:textId="0BC67C30" w:rsidR="00EF7F2A" w:rsidRPr="0077324A" w:rsidRDefault="005C51D4" w:rsidP="00543DE2">
            <w:pPr>
              <w:spacing w:after="80" w:line="360" w:lineRule="auto"/>
              <w:rPr>
                <w:lang w:val="ru-RU"/>
              </w:rPr>
            </w:pPr>
            <w:r w:rsidRPr="0077324A">
              <w:rPr>
                <w:rFonts w:ascii="Arial" w:hAnsi="Arial"/>
                <w:color w:val="2C3E50"/>
                <w:sz w:val="20"/>
                <w:lang w:val="ru-RU"/>
              </w:rPr>
              <w:t xml:space="preserve">Тип телосложения / </w:t>
            </w:r>
            <w:proofErr w:type="spellStart"/>
            <w:r w:rsidR="00AA5CA6" w:rsidRPr="0077324A">
              <w:rPr>
                <w:rFonts w:ascii="Arial" w:hAnsi="Arial"/>
                <w:color w:val="2C3E50"/>
                <w:sz w:val="20"/>
                <w:lang w:val="ru-RU"/>
              </w:rPr>
              <w:t>Морфотип</w:t>
            </w:r>
            <w:proofErr w:type="spellEnd"/>
            <w:r w:rsidR="00AA5CA6" w:rsidRPr="0077324A">
              <w:rPr>
                <w:rFonts w:ascii="Arial" w:hAnsi="Arial"/>
                <w:color w:val="2C3E50"/>
                <w:sz w:val="20"/>
                <w:lang w:val="ru-RU"/>
              </w:rPr>
              <w:t>:</w:t>
            </w:r>
            <w:r w:rsidR="00AA5CA6">
              <w:rPr>
                <w:rFonts w:ascii="Arial" w:hAnsi="Arial"/>
                <w:color w:val="2C3E50"/>
                <w:sz w:val="20"/>
                <w:lang w:val="ru-RU"/>
              </w:rPr>
              <w:t xml:space="preserve">     </w:t>
            </w:r>
            <w:r w:rsidR="00AA5CA6" w:rsidRPr="0077324A">
              <w:rPr>
                <w:rFonts w:ascii="Arial" w:hAnsi="Arial"/>
                <w:color w:val="2C3E50"/>
                <w:sz w:val="20"/>
                <w:lang w:val="ru-RU"/>
              </w:rPr>
              <w:t xml:space="preserve"> </w:t>
            </w:r>
            <w:sdt>
              <w:sdtPr>
                <w:rPr>
                  <w:rStyle w:val="14"/>
                  <w:color w:val="4F6228" w:themeColor="accent3" w:themeShade="80"/>
                  <w:szCs w:val="28"/>
                  <w:lang w:val="ru-RU"/>
                </w:rPr>
                <w:id w:val="-920175492"/>
                <w:lock w:val="contentLocked"/>
                <w:placeholder>
                  <w:docPart w:val="5C81F17981D3453AB229CC5DC02A9EFD"/>
                </w:placeholder>
                <w:group/>
              </w:sdtPr>
              <w:sdtEndPr>
                <w:rPr>
                  <w:rStyle w:val="14"/>
                </w:rPr>
              </w:sdtEndPr>
              <w:sdtContent>
                <w:sdt>
                  <w:sdtPr>
                    <w:rPr>
                      <w:rStyle w:val="aff8"/>
                      <w:sz w:val="40"/>
                      <w:szCs w:val="40"/>
                      <w:lang w:val="ru-RU"/>
                    </w:rPr>
                    <w:id w:val="-1025786765"/>
                    <w15:color w:val="808000"/>
                    <w15:appearance w15:val="hidden"/>
                    <w14:checkbox>
                      <w14:checked w14:val="0"/>
                      <w14:checkedState w14:val="221A" w14:font="Times New Roman"/>
                      <w14:uncheckedState w14:val="25A1" w14:font="Times New Roman"/>
                    </w14:checkbox>
                  </w:sdtPr>
                  <w:sdtEndPr>
                    <w:rPr>
                      <w:rStyle w:val="aff8"/>
                    </w:rPr>
                  </w:sdtEndPr>
                  <w:sdtContent>
                    <w:r w:rsidR="00AA5CA6">
                      <w:rPr>
                        <w:rStyle w:val="aff8"/>
                        <w:rFonts w:ascii="Times New Roman" w:hAnsi="Times New Roman" w:cs="Times New Roman"/>
                        <w:sz w:val="40"/>
                        <w:szCs w:val="40"/>
                        <w:lang w:val="ru-RU"/>
                      </w:rPr>
                      <w:t>□</w:t>
                    </w:r>
                  </w:sdtContent>
                </w:sdt>
              </w:sdtContent>
            </w:sdt>
            <w:r w:rsidR="00AA5CA6">
              <w:rPr>
                <w:color w:val="4F6228" w:themeColor="accent3" w:themeShade="80"/>
                <w:lang w:val="ru-RU"/>
              </w:rPr>
              <w:t xml:space="preserve"> </w:t>
            </w:r>
            <w:proofErr w:type="spellStart"/>
            <w:r w:rsidRPr="0077324A">
              <w:rPr>
                <w:rFonts w:ascii="Arial" w:hAnsi="Arial"/>
                <w:color w:val="2C3E50"/>
                <w:sz w:val="20"/>
                <w:lang w:val="ru-RU"/>
              </w:rPr>
              <w:t>Нормостеник</w:t>
            </w:r>
            <w:proofErr w:type="spellEnd"/>
            <w:r w:rsidRPr="0077324A">
              <w:rPr>
                <w:rFonts w:ascii="Arial" w:hAnsi="Arial"/>
                <w:color w:val="2C3E50"/>
                <w:sz w:val="20"/>
                <w:lang w:val="ru-RU"/>
              </w:rPr>
              <w:t xml:space="preserve"> </w:t>
            </w:r>
            <w:r w:rsidR="00AA5CA6">
              <w:rPr>
                <w:rFonts w:ascii="Arial" w:hAnsi="Arial"/>
                <w:color w:val="2C3E50"/>
                <w:sz w:val="20"/>
                <w:lang w:val="ru-RU"/>
              </w:rPr>
              <w:t xml:space="preserve">    </w:t>
            </w:r>
            <w:r w:rsidRPr="0077324A">
              <w:rPr>
                <w:rFonts w:ascii="Arial" w:hAnsi="Arial"/>
                <w:color w:val="2C3E50"/>
                <w:sz w:val="20"/>
                <w:lang w:val="ru-RU"/>
              </w:rPr>
              <w:t xml:space="preserve"> </w:t>
            </w:r>
            <w:sdt>
              <w:sdtPr>
                <w:rPr>
                  <w:rStyle w:val="14"/>
                  <w:color w:val="4F6228" w:themeColor="accent3" w:themeShade="80"/>
                  <w:szCs w:val="28"/>
                  <w:lang w:val="ru-RU"/>
                </w:rPr>
                <w:id w:val="907961105"/>
                <w:lock w:val="contentLocked"/>
                <w:placeholder>
                  <w:docPart w:val="94587E1637544439AA3139102FB43D16"/>
                </w:placeholder>
                <w:group/>
              </w:sdtPr>
              <w:sdtEndPr>
                <w:rPr>
                  <w:rStyle w:val="14"/>
                </w:rPr>
              </w:sdtEndPr>
              <w:sdtContent>
                <w:sdt>
                  <w:sdtPr>
                    <w:rPr>
                      <w:rStyle w:val="aff8"/>
                      <w:sz w:val="40"/>
                      <w:szCs w:val="40"/>
                      <w:lang w:val="ru-RU"/>
                    </w:rPr>
                    <w:id w:val="-766079808"/>
                    <w15:color w:val="808000"/>
                    <w15:appearance w15:val="hidden"/>
                    <w14:checkbox>
                      <w14:checked w14:val="0"/>
                      <w14:checkedState w14:val="221A" w14:font="Times New Roman"/>
                      <w14:uncheckedState w14:val="25A1" w14:font="Times New Roman"/>
                    </w14:checkbox>
                  </w:sdtPr>
                  <w:sdtEndPr>
                    <w:rPr>
                      <w:rStyle w:val="aff8"/>
                    </w:rPr>
                  </w:sdtEndPr>
                  <w:sdtContent>
                    <w:r w:rsidR="00AA5CA6">
                      <w:rPr>
                        <w:rStyle w:val="aff8"/>
                        <w:rFonts w:ascii="Times New Roman" w:hAnsi="Times New Roman" w:cs="Times New Roman"/>
                        <w:sz w:val="40"/>
                        <w:szCs w:val="40"/>
                        <w:lang w:val="ru-RU"/>
                      </w:rPr>
                      <w:t>□</w:t>
                    </w:r>
                  </w:sdtContent>
                </w:sdt>
              </w:sdtContent>
            </w:sdt>
            <w:r w:rsidR="00AA5CA6">
              <w:rPr>
                <w:color w:val="4F6228" w:themeColor="accent3" w:themeShade="80"/>
                <w:lang w:val="ru-RU"/>
              </w:rPr>
              <w:t xml:space="preserve"> </w:t>
            </w:r>
            <w:r w:rsidRPr="0077324A">
              <w:rPr>
                <w:rFonts w:ascii="Arial" w:hAnsi="Arial"/>
                <w:color w:val="2C3E50"/>
                <w:sz w:val="20"/>
                <w:lang w:val="ru-RU"/>
              </w:rPr>
              <w:t>Астеник</w:t>
            </w:r>
            <w:r w:rsidR="00AA5CA6">
              <w:rPr>
                <w:rFonts w:ascii="Arial" w:hAnsi="Arial"/>
                <w:color w:val="2C3E50"/>
                <w:sz w:val="20"/>
                <w:lang w:val="ru-RU"/>
              </w:rPr>
              <w:t xml:space="preserve">   </w:t>
            </w:r>
            <w:r w:rsidRPr="0077324A">
              <w:rPr>
                <w:rFonts w:ascii="Arial" w:hAnsi="Arial"/>
                <w:color w:val="2C3E50"/>
                <w:sz w:val="20"/>
                <w:lang w:val="ru-RU"/>
              </w:rPr>
              <w:t xml:space="preserve">  </w:t>
            </w:r>
            <w:sdt>
              <w:sdtPr>
                <w:rPr>
                  <w:rStyle w:val="14"/>
                  <w:color w:val="4F6228" w:themeColor="accent3" w:themeShade="80"/>
                  <w:szCs w:val="28"/>
                  <w:lang w:val="ru-RU"/>
                </w:rPr>
                <w:id w:val="-1828201172"/>
                <w:lock w:val="contentLocked"/>
                <w:placeholder>
                  <w:docPart w:val="CA0EA9CDE06D49619DCEA5533357D3E1"/>
                </w:placeholder>
                <w:group/>
              </w:sdtPr>
              <w:sdtEndPr>
                <w:rPr>
                  <w:rStyle w:val="14"/>
                </w:rPr>
              </w:sdtEndPr>
              <w:sdtContent>
                <w:sdt>
                  <w:sdtPr>
                    <w:rPr>
                      <w:rStyle w:val="aff8"/>
                      <w:sz w:val="40"/>
                      <w:szCs w:val="40"/>
                      <w:lang w:val="ru-RU"/>
                    </w:rPr>
                    <w:id w:val="1046648327"/>
                    <w15:color w:val="808000"/>
                    <w15:appearance w15:val="hidden"/>
                    <w14:checkbox>
                      <w14:checked w14:val="0"/>
                      <w14:checkedState w14:val="221A" w14:font="Times New Roman"/>
                      <w14:uncheckedState w14:val="25A1" w14:font="Times New Roman"/>
                    </w14:checkbox>
                  </w:sdtPr>
                  <w:sdtEndPr>
                    <w:rPr>
                      <w:rStyle w:val="aff8"/>
                    </w:rPr>
                  </w:sdtEndPr>
                  <w:sdtContent>
                    <w:r w:rsidR="00AA5CA6">
                      <w:rPr>
                        <w:rStyle w:val="aff8"/>
                        <w:rFonts w:ascii="Times New Roman" w:hAnsi="Times New Roman" w:cs="Times New Roman"/>
                        <w:sz w:val="40"/>
                        <w:szCs w:val="40"/>
                        <w:lang w:val="ru-RU"/>
                      </w:rPr>
                      <w:t>□</w:t>
                    </w:r>
                  </w:sdtContent>
                </w:sdt>
              </w:sdtContent>
            </w:sdt>
            <w:r w:rsidR="00AA5CA6">
              <w:rPr>
                <w:color w:val="4F6228" w:themeColor="accent3" w:themeShade="80"/>
                <w:lang w:val="ru-RU"/>
              </w:rPr>
              <w:t xml:space="preserve"> </w:t>
            </w:r>
            <w:r w:rsidRPr="0077324A">
              <w:rPr>
                <w:rFonts w:ascii="Arial" w:hAnsi="Arial"/>
                <w:color w:val="2C3E50"/>
                <w:sz w:val="20"/>
                <w:lang w:val="ru-RU"/>
              </w:rPr>
              <w:t>Гиперстеник</w:t>
            </w:r>
          </w:p>
          <w:p w14:paraId="7D26D9D6" w14:textId="27C884A9" w:rsidR="00AA5CA6" w:rsidRDefault="005C51D4" w:rsidP="00543DE2">
            <w:pPr>
              <w:spacing w:after="80" w:line="360" w:lineRule="auto"/>
              <w:rPr>
                <w:rFonts w:ascii="Arial" w:hAnsi="Arial"/>
                <w:color w:val="2C3E50"/>
                <w:sz w:val="20"/>
                <w:lang w:val="ru-RU"/>
              </w:rPr>
            </w:pPr>
            <w:r w:rsidRPr="0077324A">
              <w:rPr>
                <w:rFonts w:ascii="Arial" w:hAnsi="Arial"/>
                <w:color w:val="2C3E50"/>
                <w:sz w:val="20"/>
                <w:lang w:val="ru-RU"/>
              </w:rPr>
              <w:t xml:space="preserve">Состояние кожи тела/лица:      </w:t>
            </w:r>
            <w:sdt>
              <w:sdtPr>
                <w:rPr>
                  <w:rStyle w:val="14"/>
                  <w:color w:val="4F6228" w:themeColor="accent3" w:themeShade="80"/>
                  <w:szCs w:val="28"/>
                  <w:lang w:val="ru-RU"/>
                </w:rPr>
                <w:id w:val="-614824465"/>
                <w:lock w:val="contentLocked"/>
                <w:placeholder>
                  <w:docPart w:val="E87D85C1304445F5807E8C823B0B16BE"/>
                </w:placeholder>
                <w:group/>
              </w:sdtPr>
              <w:sdtEndPr>
                <w:rPr>
                  <w:rStyle w:val="14"/>
                </w:rPr>
              </w:sdtEndPr>
              <w:sdtContent>
                <w:sdt>
                  <w:sdtPr>
                    <w:rPr>
                      <w:rStyle w:val="aff8"/>
                      <w:sz w:val="40"/>
                      <w:szCs w:val="40"/>
                      <w:lang w:val="ru-RU"/>
                    </w:rPr>
                    <w:id w:val="1997539421"/>
                    <w15:color w:val="808000"/>
                    <w15:appearance w15:val="hidden"/>
                    <w14:checkbox>
                      <w14:checked w14:val="0"/>
                      <w14:checkedState w14:val="221A" w14:font="Times New Roman"/>
                      <w14:uncheckedState w14:val="25A1" w14:font="Times New Roman"/>
                    </w14:checkbox>
                  </w:sdtPr>
                  <w:sdtEndPr>
                    <w:rPr>
                      <w:rStyle w:val="aff8"/>
                    </w:rPr>
                  </w:sdtEndPr>
                  <w:sdtContent>
                    <w:r w:rsidR="00AA5CA6">
                      <w:rPr>
                        <w:rStyle w:val="aff8"/>
                        <w:rFonts w:ascii="Times New Roman" w:hAnsi="Times New Roman" w:cs="Times New Roman"/>
                        <w:sz w:val="40"/>
                        <w:szCs w:val="40"/>
                        <w:lang w:val="ru-RU"/>
                      </w:rPr>
                      <w:t>□</w:t>
                    </w:r>
                  </w:sdtContent>
                </w:sdt>
              </w:sdtContent>
            </w:sdt>
            <w:r w:rsidR="00AA5CA6">
              <w:rPr>
                <w:color w:val="4F6228" w:themeColor="accent3" w:themeShade="80"/>
                <w:lang w:val="ru-RU"/>
              </w:rPr>
              <w:t xml:space="preserve"> </w:t>
            </w:r>
            <w:r w:rsidRPr="0077324A">
              <w:rPr>
                <w:rFonts w:ascii="Arial" w:hAnsi="Arial"/>
                <w:color w:val="2C3E50"/>
                <w:sz w:val="20"/>
                <w:lang w:val="ru-RU"/>
              </w:rPr>
              <w:t xml:space="preserve">Норма  </w:t>
            </w:r>
            <w:sdt>
              <w:sdtPr>
                <w:rPr>
                  <w:rStyle w:val="14"/>
                  <w:color w:val="4F6228" w:themeColor="accent3" w:themeShade="80"/>
                  <w:szCs w:val="28"/>
                  <w:lang w:val="ru-RU"/>
                </w:rPr>
                <w:id w:val="731736174"/>
                <w:lock w:val="contentLocked"/>
                <w:placeholder>
                  <w:docPart w:val="09BC2B36D1144ED5BEE439FACD7481C2"/>
                </w:placeholder>
                <w:group/>
              </w:sdtPr>
              <w:sdtEndPr>
                <w:rPr>
                  <w:rStyle w:val="14"/>
                </w:rPr>
              </w:sdtEndPr>
              <w:sdtContent>
                <w:sdt>
                  <w:sdtPr>
                    <w:rPr>
                      <w:rStyle w:val="aff8"/>
                      <w:sz w:val="40"/>
                      <w:szCs w:val="40"/>
                      <w:lang w:val="ru-RU"/>
                    </w:rPr>
                    <w:id w:val="-1529404781"/>
                    <w15:color w:val="808000"/>
                    <w15:appearance w15:val="hidden"/>
                    <w14:checkbox>
                      <w14:checked w14:val="0"/>
                      <w14:checkedState w14:val="221A" w14:font="Times New Roman"/>
                      <w14:uncheckedState w14:val="25A1" w14:font="Times New Roman"/>
                    </w14:checkbox>
                  </w:sdtPr>
                  <w:sdtEndPr>
                    <w:rPr>
                      <w:rStyle w:val="aff8"/>
                    </w:rPr>
                  </w:sdtEndPr>
                  <w:sdtContent>
                    <w:r w:rsidR="00AA5CA6">
                      <w:rPr>
                        <w:rStyle w:val="aff8"/>
                        <w:rFonts w:ascii="Times New Roman" w:hAnsi="Times New Roman" w:cs="Times New Roman"/>
                        <w:sz w:val="40"/>
                        <w:szCs w:val="40"/>
                        <w:lang w:val="ru-RU"/>
                      </w:rPr>
                      <w:t>□</w:t>
                    </w:r>
                  </w:sdtContent>
                </w:sdt>
              </w:sdtContent>
            </w:sdt>
            <w:r w:rsidR="00AA5CA6">
              <w:rPr>
                <w:color w:val="4F6228" w:themeColor="accent3" w:themeShade="80"/>
                <w:lang w:val="ru-RU"/>
              </w:rPr>
              <w:t xml:space="preserve"> </w:t>
            </w:r>
            <w:r w:rsidRPr="0077324A">
              <w:rPr>
                <w:rFonts w:ascii="Arial" w:hAnsi="Arial"/>
                <w:color w:val="2C3E50"/>
                <w:sz w:val="20"/>
                <w:lang w:val="ru-RU"/>
              </w:rPr>
              <w:t xml:space="preserve">Снижен тургор/дряблость </w:t>
            </w:r>
            <w:sdt>
              <w:sdtPr>
                <w:rPr>
                  <w:rStyle w:val="14"/>
                  <w:color w:val="4F6228" w:themeColor="accent3" w:themeShade="80"/>
                  <w:szCs w:val="28"/>
                  <w:lang w:val="ru-RU"/>
                </w:rPr>
                <w:id w:val="2059504423"/>
                <w:lock w:val="contentLocked"/>
                <w:placeholder>
                  <w:docPart w:val="F9F5E5C01BAF4A5FBED0CE627E6EB4B5"/>
                </w:placeholder>
                <w:group/>
              </w:sdtPr>
              <w:sdtEndPr>
                <w:rPr>
                  <w:rStyle w:val="14"/>
                </w:rPr>
              </w:sdtEndPr>
              <w:sdtContent>
                <w:sdt>
                  <w:sdtPr>
                    <w:rPr>
                      <w:rStyle w:val="aff8"/>
                      <w:sz w:val="40"/>
                      <w:szCs w:val="40"/>
                      <w:lang w:val="ru-RU"/>
                    </w:rPr>
                    <w:id w:val="-1046224905"/>
                    <w15:color w:val="808000"/>
                    <w15:appearance w15:val="hidden"/>
                    <w14:checkbox>
                      <w14:checked w14:val="0"/>
                      <w14:checkedState w14:val="221A" w14:font="Times New Roman"/>
                      <w14:uncheckedState w14:val="25A1" w14:font="Times New Roman"/>
                    </w14:checkbox>
                  </w:sdtPr>
                  <w:sdtEndPr>
                    <w:rPr>
                      <w:rStyle w:val="aff8"/>
                    </w:rPr>
                  </w:sdtEndPr>
                  <w:sdtContent>
                    <w:r w:rsidR="00AA5CA6">
                      <w:rPr>
                        <w:rStyle w:val="aff8"/>
                        <w:rFonts w:ascii="Times New Roman" w:hAnsi="Times New Roman" w:cs="Times New Roman"/>
                        <w:sz w:val="40"/>
                        <w:szCs w:val="40"/>
                        <w:lang w:val="ru-RU"/>
                      </w:rPr>
                      <w:t>□</w:t>
                    </w:r>
                  </w:sdtContent>
                </w:sdt>
              </w:sdtContent>
            </w:sdt>
            <w:r w:rsidR="00AA5CA6">
              <w:rPr>
                <w:color w:val="4F6228" w:themeColor="accent3" w:themeShade="80"/>
                <w:lang w:val="ru-RU"/>
              </w:rPr>
              <w:t xml:space="preserve"> </w:t>
            </w:r>
            <w:r w:rsidRPr="0077324A">
              <w:rPr>
                <w:rFonts w:ascii="Arial" w:hAnsi="Arial"/>
                <w:color w:val="2C3E50"/>
                <w:sz w:val="20"/>
                <w:lang w:val="ru-RU"/>
              </w:rPr>
              <w:t xml:space="preserve">Сухость/шелушение  </w:t>
            </w:r>
          </w:p>
          <w:p w14:paraId="5DCA6697" w14:textId="1C772A98" w:rsidR="00EF7F2A" w:rsidRPr="0077324A" w:rsidRDefault="00A465FE" w:rsidP="00543DE2">
            <w:pPr>
              <w:spacing w:after="80" w:line="360" w:lineRule="auto"/>
              <w:rPr>
                <w:lang w:val="ru-RU"/>
              </w:rPr>
            </w:pPr>
            <w:sdt>
              <w:sdtPr>
                <w:rPr>
                  <w:rStyle w:val="14"/>
                  <w:color w:val="4F6228" w:themeColor="accent3" w:themeShade="80"/>
                  <w:szCs w:val="28"/>
                  <w:lang w:val="ru-RU"/>
                </w:rPr>
                <w:id w:val="198365779"/>
                <w:lock w:val="contentLocked"/>
                <w:placeholder>
                  <w:docPart w:val="71DD0237581F4D3EAD4EDF5AAB32F6F5"/>
                </w:placeholder>
                <w:group/>
              </w:sdtPr>
              <w:sdtEndPr>
                <w:rPr>
                  <w:rStyle w:val="14"/>
                </w:rPr>
              </w:sdtEndPr>
              <w:sdtContent>
                <w:sdt>
                  <w:sdtPr>
                    <w:rPr>
                      <w:rStyle w:val="aff8"/>
                      <w:sz w:val="40"/>
                      <w:szCs w:val="40"/>
                      <w:lang w:val="ru-RU"/>
                    </w:rPr>
                    <w:id w:val="315145727"/>
                    <w15:color w:val="808000"/>
                    <w15:appearance w15:val="hidden"/>
                    <w14:checkbox>
                      <w14:checked w14:val="0"/>
                      <w14:checkedState w14:val="221A" w14:font="Times New Roman"/>
                      <w14:uncheckedState w14:val="25A1" w14:font="Times New Roman"/>
                    </w14:checkbox>
                  </w:sdtPr>
                  <w:sdtEndPr>
                    <w:rPr>
                      <w:rStyle w:val="aff8"/>
                    </w:rPr>
                  </w:sdtEndPr>
                  <w:sdtContent>
                    <w:r w:rsidR="00AA5CA6">
                      <w:rPr>
                        <w:rStyle w:val="aff8"/>
                        <w:rFonts w:ascii="Times New Roman" w:hAnsi="Times New Roman" w:cs="Times New Roman"/>
                        <w:sz w:val="40"/>
                        <w:szCs w:val="40"/>
                        <w:lang w:val="ru-RU"/>
                      </w:rPr>
                      <w:t>□</w:t>
                    </w:r>
                  </w:sdtContent>
                </w:sdt>
              </w:sdtContent>
            </w:sdt>
            <w:r w:rsidR="00AA5CA6" w:rsidRPr="00C52D94">
              <w:rPr>
                <w:color w:val="4F6228" w:themeColor="accent3" w:themeShade="80"/>
                <w:lang w:val="ru-RU"/>
              </w:rPr>
              <w:t xml:space="preserve">  </w:t>
            </w:r>
            <w:r w:rsidR="005C51D4" w:rsidRPr="0077324A">
              <w:rPr>
                <w:rFonts w:ascii="Arial" w:hAnsi="Arial"/>
                <w:color w:val="2C3E50"/>
                <w:sz w:val="20"/>
                <w:lang w:val="ru-RU"/>
              </w:rPr>
              <w:t>Растяжки</w:t>
            </w:r>
          </w:p>
          <w:p w14:paraId="38CE9296" w14:textId="5E825912" w:rsidR="00EF7F2A" w:rsidRPr="0077324A" w:rsidRDefault="005C51D4" w:rsidP="00543DE2">
            <w:pPr>
              <w:spacing w:after="80" w:line="360" w:lineRule="auto"/>
              <w:rPr>
                <w:lang w:val="ru-RU"/>
              </w:rPr>
            </w:pPr>
            <w:r w:rsidRPr="0077324A">
              <w:rPr>
                <w:rFonts w:ascii="Arial" w:hAnsi="Arial"/>
                <w:color w:val="2C3E50"/>
                <w:sz w:val="20"/>
                <w:lang w:val="ru-RU"/>
              </w:rPr>
              <w:t xml:space="preserve">Стадия </w:t>
            </w:r>
            <w:proofErr w:type="spellStart"/>
            <w:r w:rsidRPr="0077324A">
              <w:rPr>
                <w:rFonts w:ascii="Arial" w:hAnsi="Arial"/>
                <w:color w:val="2C3E50"/>
                <w:sz w:val="20"/>
                <w:lang w:val="ru-RU"/>
              </w:rPr>
              <w:t>гидролиподистрофии</w:t>
            </w:r>
            <w:proofErr w:type="spellEnd"/>
            <w:r w:rsidRPr="0077324A">
              <w:rPr>
                <w:rFonts w:ascii="Arial" w:hAnsi="Arial"/>
                <w:color w:val="2C3E50"/>
                <w:sz w:val="20"/>
                <w:lang w:val="ru-RU"/>
              </w:rPr>
              <w:t xml:space="preserve">:    </w:t>
            </w:r>
            <w:sdt>
              <w:sdtPr>
                <w:rPr>
                  <w:rStyle w:val="14"/>
                  <w:color w:val="4F6228" w:themeColor="accent3" w:themeShade="80"/>
                  <w:szCs w:val="28"/>
                  <w:lang w:val="ru-RU"/>
                </w:rPr>
                <w:id w:val="-2117746432"/>
                <w:lock w:val="contentLocked"/>
                <w:placeholder>
                  <w:docPart w:val="F7B8B98F55FD4531970DA0F9FF82FA1B"/>
                </w:placeholder>
                <w:group/>
              </w:sdtPr>
              <w:sdtEndPr>
                <w:rPr>
                  <w:rStyle w:val="14"/>
                </w:rPr>
              </w:sdtEndPr>
              <w:sdtContent>
                <w:sdt>
                  <w:sdtPr>
                    <w:rPr>
                      <w:rStyle w:val="aff8"/>
                      <w:sz w:val="40"/>
                      <w:szCs w:val="40"/>
                      <w:lang w:val="ru-RU"/>
                    </w:rPr>
                    <w:id w:val="-1982522698"/>
                    <w15:color w:val="808000"/>
                    <w15:appearance w15:val="hidden"/>
                    <w14:checkbox>
                      <w14:checked w14:val="0"/>
                      <w14:checkedState w14:val="221A" w14:font="Times New Roman"/>
                      <w14:uncheckedState w14:val="25A1" w14:font="Times New Roman"/>
                    </w14:checkbox>
                  </w:sdtPr>
                  <w:sdtEndPr>
                    <w:rPr>
                      <w:rStyle w:val="aff8"/>
                    </w:rPr>
                  </w:sdtEndPr>
                  <w:sdtContent>
                    <w:r w:rsidR="00AA5CA6">
                      <w:rPr>
                        <w:rStyle w:val="aff8"/>
                        <w:rFonts w:ascii="Times New Roman" w:hAnsi="Times New Roman" w:cs="Times New Roman"/>
                        <w:sz w:val="40"/>
                        <w:szCs w:val="40"/>
                        <w:lang w:val="ru-RU"/>
                      </w:rPr>
                      <w:t>□</w:t>
                    </w:r>
                  </w:sdtContent>
                </w:sdt>
              </w:sdtContent>
            </w:sdt>
            <w:r w:rsidR="00AA5CA6">
              <w:rPr>
                <w:color w:val="4F6228" w:themeColor="accent3" w:themeShade="80"/>
                <w:lang w:val="ru-RU"/>
              </w:rPr>
              <w:t xml:space="preserve"> </w:t>
            </w:r>
            <w:r w:rsidRPr="0077324A">
              <w:rPr>
                <w:rFonts w:ascii="Arial" w:hAnsi="Arial"/>
                <w:color w:val="2C3E50"/>
                <w:sz w:val="20"/>
                <w:lang w:val="ru-RU"/>
              </w:rPr>
              <w:t xml:space="preserve">Нет  </w:t>
            </w:r>
            <w:sdt>
              <w:sdtPr>
                <w:rPr>
                  <w:rStyle w:val="14"/>
                  <w:color w:val="4F6228" w:themeColor="accent3" w:themeShade="80"/>
                  <w:szCs w:val="28"/>
                  <w:lang w:val="ru-RU"/>
                </w:rPr>
                <w:id w:val="-384874087"/>
                <w:lock w:val="contentLocked"/>
                <w:placeholder>
                  <w:docPart w:val="518AFB7F4EC04C618CAACB342A3F074E"/>
                </w:placeholder>
                <w:group/>
              </w:sdtPr>
              <w:sdtEndPr>
                <w:rPr>
                  <w:rStyle w:val="14"/>
                </w:rPr>
              </w:sdtEndPr>
              <w:sdtContent>
                <w:sdt>
                  <w:sdtPr>
                    <w:rPr>
                      <w:rStyle w:val="aff8"/>
                      <w:sz w:val="40"/>
                      <w:szCs w:val="40"/>
                      <w:lang w:val="ru-RU"/>
                    </w:rPr>
                    <w:id w:val="-981843699"/>
                    <w15:color w:val="808000"/>
                    <w15:appearance w15:val="hidden"/>
                    <w14:checkbox>
                      <w14:checked w14:val="0"/>
                      <w14:checkedState w14:val="221A" w14:font="Times New Roman"/>
                      <w14:uncheckedState w14:val="25A1" w14:font="Times New Roman"/>
                    </w14:checkbox>
                  </w:sdtPr>
                  <w:sdtEndPr>
                    <w:rPr>
                      <w:rStyle w:val="aff8"/>
                    </w:rPr>
                  </w:sdtEndPr>
                  <w:sdtContent>
                    <w:r w:rsidR="00AA5CA6">
                      <w:rPr>
                        <w:rStyle w:val="aff8"/>
                        <w:rFonts w:ascii="Times New Roman" w:hAnsi="Times New Roman" w:cs="Times New Roman"/>
                        <w:sz w:val="40"/>
                        <w:szCs w:val="40"/>
                        <w:lang w:val="ru-RU"/>
                      </w:rPr>
                      <w:t>□</w:t>
                    </w:r>
                  </w:sdtContent>
                </w:sdt>
              </w:sdtContent>
            </w:sdt>
            <w:r w:rsidR="00AA5CA6">
              <w:rPr>
                <w:color w:val="4F6228" w:themeColor="accent3" w:themeShade="80"/>
                <w:lang w:val="ru-RU"/>
              </w:rPr>
              <w:t xml:space="preserve"> </w:t>
            </w:r>
            <w:r w:rsidRPr="0077324A">
              <w:rPr>
                <w:rFonts w:ascii="Arial" w:hAnsi="Arial"/>
                <w:color w:val="2C3E50"/>
                <w:sz w:val="20"/>
                <w:lang w:val="ru-RU"/>
              </w:rPr>
              <w:t xml:space="preserve">1 стадия (отечная)  </w:t>
            </w:r>
            <w:sdt>
              <w:sdtPr>
                <w:rPr>
                  <w:rStyle w:val="14"/>
                  <w:color w:val="4F6228" w:themeColor="accent3" w:themeShade="80"/>
                  <w:szCs w:val="28"/>
                  <w:lang w:val="ru-RU"/>
                </w:rPr>
                <w:id w:val="-1172254250"/>
                <w:lock w:val="contentLocked"/>
                <w:placeholder>
                  <w:docPart w:val="2EA93998B6E34B908339FF0EF9EBE708"/>
                </w:placeholder>
                <w:group/>
              </w:sdtPr>
              <w:sdtEndPr>
                <w:rPr>
                  <w:rStyle w:val="14"/>
                </w:rPr>
              </w:sdtEndPr>
              <w:sdtContent>
                <w:sdt>
                  <w:sdtPr>
                    <w:rPr>
                      <w:rStyle w:val="aff8"/>
                      <w:sz w:val="40"/>
                      <w:szCs w:val="40"/>
                      <w:lang w:val="ru-RU"/>
                    </w:rPr>
                    <w:id w:val="1896235993"/>
                    <w15:color w:val="808000"/>
                    <w15:appearance w15:val="hidden"/>
                    <w14:checkbox>
                      <w14:checked w14:val="0"/>
                      <w14:checkedState w14:val="221A" w14:font="Times New Roman"/>
                      <w14:uncheckedState w14:val="25A1" w14:font="Times New Roman"/>
                    </w14:checkbox>
                  </w:sdtPr>
                  <w:sdtEndPr>
                    <w:rPr>
                      <w:rStyle w:val="aff8"/>
                    </w:rPr>
                  </w:sdtEndPr>
                  <w:sdtContent>
                    <w:r w:rsidR="00AA5CA6">
                      <w:rPr>
                        <w:rStyle w:val="aff8"/>
                        <w:rFonts w:ascii="Times New Roman" w:hAnsi="Times New Roman" w:cs="Times New Roman"/>
                        <w:sz w:val="40"/>
                        <w:szCs w:val="40"/>
                        <w:lang w:val="ru-RU"/>
                      </w:rPr>
                      <w:t>□</w:t>
                    </w:r>
                  </w:sdtContent>
                </w:sdt>
              </w:sdtContent>
            </w:sdt>
            <w:r w:rsidR="00AA5CA6">
              <w:rPr>
                <w:color w:val="4F6228" w:themeColor="accent3" w:themeShade="80"/>
                <w:lang w:val="ru-RU"/>
              </w:rPr>
              <w:t xml:space="preserve"> </w:t>
            </w:r>
            <w:r w:rsidRPr="0077324A">
              <w:rPr>
                <w:rFonts w:ascii="Arial" w:hAnsi="Arial"/>
                <w:color w:val="2C3E50"/>
                <w:sz w:val="20"/>
                <w:lang w:val="ru-RU"/>
              </w:rPr>
              <w:t xml:space="preserve">2 стадия (фиброзная)  </w:t>
            </w:r>
            <w:sdt>
              <w:sdtPr>
                <w:rPr>
                  <w:rStyle w:val="14"/>
                  <w:color w:val="4F6228" w:themeColor="accent3" w:themeShade="80"/>
                  <w:szCs w:val="28"/>
                  <w:lang w:val="ru-RU"/>
                </w:rPr>
                <w:id w:val="-124786088"/>
                <w:lock w:val="contentLocked"/>
                <w:placeholder>
                  <w:docPart w:val="4478982DCF2A4239A149E7F2B107E8D6"/>
                </w:placeholder>
                <w:group/>
              </w:sdtPr>
              <w:sdtEndPr>
                <w:rPr>
                  <w:rStyle w:val="14"/>
                </w:rPr>
              </w:sdtEndPr>
              <w:sdtContent>
                <w:sdt>
                  <w:sdtPr>
                    <w:rPr>
                      <w:rStyle w:val="aff8"/>
                      <w:sz w:val="40"/>
                      <w:szCs w:val="40"/>
                      <w:lang w:val="ru-RU"/>
                    </w:rPr>
                    <w:id w:val="-1520694448"/>
                    <w15:color w:val="808000"/>
                    <w15:appearance w15:val="hidden"/>
                    <w14:checkbox>
                      <w14:checked w14:val="0"/>
                      <w14:checkedState w14:val="221A" w14:font="Times New Roman"/>
                      <w14:uncheckedState w14:val="25A1" w14:font="Times New Roman"/>
                    </w14:checkbox>
                  </w:sdtPr>
                  <w:sdtEndPr>
                    <w:rPr>
                      <w:rStyle w:val="aff8"/>
                    </w:rPr>
                  </w:sdtEndPr>
                  <w:sdtContent>
                    <w:r w:rsidR="00AA5CA6">
                      <w:rPr>
                        <w:rStyle w:val="aff8"/>
                        <w:rFonts w:ascii="Times New Roman" w:hAnsi="Times New Roman" w:cs="Times New Roman"/>
                        <w:sz w:val="40"/>
                        <w:szCs w:val="40"/>
                        <w:lang w:val="ru-RU"/>
                      </w:rPr>
                      <w:t>□</w:t>
                    </w:r>
                  </w:sdtContent>
                </w:sdt>
              </w:sdtContent>
            </w:sdt>
            <w:r w:rsidR="00AA5CA6">
              <w:rPr>
                <w:lang w:val="ru-RU"/>
              </w:rPr>
              <w:t xml:space="preserve"> </w:t>
            </w:r>
            <w:r w:rsidRPr="0077324A">
              <w:rPr>
                <w:rFonts w:ascii="Arial" w:hAnsi="Arial"/>
                <w:color w:val="2C3E50"/>
                <w:sz w:val="20"/>
                <w:lang w:val="ru-RU"/>
              </w:rPr>
              <w:t xml:space="preserve">3 стадия </w:t>
            </w:r>
          </w:p>
          <w:p w14:paraId="0BF60B18" w14:textId="46BA22C7" w:rsidR="00AA5CA6" w:rsidRDefault="005C51D4" w:rsidP="00543DE2">
            <w:pPr>
              <w:spacing w:after="80" w:line="360" w:lineRule="auto"/>
              <w:rPr>
                <w:rFonts w:ascii="Arial" w:hAnsi="Arial"/>
                <w:color w:val="2C3E50"/>
                <w:sz w:val="20"/>
                <w:lang w:val="ru-RU"/>
              </w:rPr>
            </w:pPr>
            <w:r w:rsidRPr="0077324A">
              <w:rPr>
                <w:rFonts w:ascii="Arial" w:hAnsi="Arial"/>
                <w:color w:val="2C3E50"/>
                <w:sz w:val="20"/>
                <w:lang w:val="ru-RU"/>
              </w:rPr>
              <w:t xml:space="preserve">Сосудистый рисунок / </w:t>
            </w:r>
            <w:proofErr w:type="spellStart"/>
            <w:r w:rsidRPr="0077324A">
              <w:rPr>
                <w:rFonts w:ascii="Arial" w:hAnsi="Arial"/>
                <w:color w:val="2C3E50"/>
                <w:sz w:val="20"/>
                <w:lang w:val="ru-RU"/>
              </w:rPr>
              <w:t>Варикоз</w:t>
            </w:r>
            <w:proofErr w:type="spellEnd"/>
            <w:r w:rsidRPr="0077324A">
              <w:rPr>
                <w:rFonts w:ascii="Arial" w:hAnsi="Arial"/>
                <w:color w:val="2C3E50"/>
                <w:sz w:val="20"/>
                <w:lang w:val="ru-RU"/>
              </w:rPr>
              <w:t xml:space="preserve">:  </w:t>
            </w:r>
            <w:sdt>
              <w:sdtPr>
                <w:rPr>
                  <w:rStyle w:val="14"/>
                  <w:color w:val="4F6228" w:themeColor="accent3" w:themeShade="80"/>
                  <w:szCs w:val="28"/>
                  <w:lang w:val="ru-RU"/>
                </w:rPr>
                <w:id w:val="-903295213"/>
                <w:lock w:val="contentLocked"/>
                <w:placeholder>
                  <w:docPart w:val="C65D841CD0994B82BD788C92C345CF85"/>
                </w:placeholder>
                <w:group/>
              </w:sdtPr>
              <w:sdtEndPr>
                <w:rPr>
                  <w:rStyle w:val="14"/>
                </w:rPr>
              </w:sdtEndPr>
              <w:sdtContent>
                <w:sdt>
                  <w:sdtPr>
                    <w:rPr>
                      <w:rStyle w:val="aff8"/>
                      <w:sz w:val="40"/>
                      <w:szCs w:val="40"/>
                      <w:lang w:val="ru-RU"/>
                    </w:rPr>
                    <w:id w:val="-2108800007"/>
                    <w15:color w:val="808000"/>
                    <w15:appearance w15:val="hidden"/>
                    <w14:checkbox>
                      <w14:checked w14:val="0"/>
                      <w14:checkedState w14:val="221A" w14:font="Times New Roman"/>
                      <w14:uncheckedState w14:val="25A1" w14:font="Times New Roman"/>
                    </w14:checkbox>
                  </w:sdtPr>
                  <w:sdtEndPr>
                    <w:rPr>
                      <w:rStyle w:val="aff8"/>
                    </w:rPr>
                  </w:sdtEndPr>
                  <w:sdtContent>
                    <w:r w:rsidR="00AA5CA6">
                      <w:rPr>
                        <w:rStyle w:val="aff8"/>
                        <w:rFonts w:ascii="Times New Roman" w:hAnsi="Times New Roman" w:cs="Times New Roman"/>
                        <w:sz w:val="40"/>
                        <w:szCs w:val="40"/>
                        <w:lang w:val="ru-RU"/>
                      </w:rPr>
                      <w:t>□</w:t>
                    </w:r>
                  </w:sdtContent>
                </w:sdt>
              </w:sdtContent>
            </w:sdt>
            <w:r w:rsidR="00AA5CA6" w:rsidRPr="00C52D94">
              <w:rPr>
                <w:color w:val="4F6228" w:themeColor="accent3" w:themeShade="80"/>
                <w:lang w:val="ru-RU"/>
              </w:rPr>
              <w:t xml:space="preserve">  </w:t>
            </w:r>
            <w:r w:rsidRPr="0077324A">
              <w:rPr>
                <w:rFonts w:ascii="Arial" w:hAnsi="Arial"/>
                <w:color w:val="2C3E50"/>
                <w:sz w:val="20"/>
                <w:lang w:val="ru-RU"/>
              </w:rPr>
              <w:t>Нет</w:t>
            </w:r>
            <w:r w:rsidR="00AA5CA6">
              <w:rPr>
                <w:rFonts w:ascii="Arial" w:hAnsi="Arial"/>
                <w:color w:val="2C3E50"/>
                <w:sz w:val="20"/>
                <w:lang w:val="ru-RU"/>
              </w:rPr>
              <w:t xml:space="preserve">     </w:t>
            </w:r>
            <w:r w:rsidRPr="0077324A">
              <w:rPr>
                <w:rFonts w:ascii="Arial" w:hAnsi="Arial"/>
                <w:color w:val="2C3E50"/>
                <w:sz w:val="20"/>
                <w:lang w:val="ru-RU"/>
              </w:rPr>
              <w:t xml:space="preserve">  </w:t>
            </w:r>
            <w:sdt>
              <w:sdtPr>
                <w:rPr>
                  <w:rStyle w:val="14"/>
                  <w:color w:val="4F6228" w:themeColor="accent3" w:themeShade="80"/>
                  <w:szCs w:val="28"/>
                  <w:lang w:val="ru-RU"/>
                </w:rPr>
                <w:id w:val="-1068342429"/>
                <w:lock w:val="contentLocked"/>
                <w:placeholder>
                  <w:docPart w:val="4FCE33BC206D41C1B750BB2A171C46DA"/>
                </w:placeholder>
                <w:group/>
              </w:sdtPr>
              <w:sdtEndPr>
                <w:rPr>
                  <w:rStyle w:val="14"/>
                </w:rPr>
              </w:sdtEndPr>
              <w:sdtContent>
                <w:sdt>
                  <w:sdtPr>
                    <w:rPr>
                      <w:rStyle w:val="aff8"/>
                      <w:sz w:val="40"/>
                      <w:szCs w:val="40"/>
                      <w:lang w:val="ru-RU"/>
                    </w:rPr>
                    <w:id w:val="577021737"/>
                    <w15:color w:val="808000"/>
                    <w15:appearance w15:val="hidden"/>
                    <w14:checkbox>
                      <w14:checked w14:val="0"/>
                      <w14:checkedState w14:val="221A" w14:font="Times New Roman"/>
                      <w14:uncheckedState w14:val="25A1" w14:font="Times New Roman"/>
                    </w14:checkbox>
                  </w:sdtPr>
                  <w:sdtEndPr>
                    <w:rPr>
                      <w:rStyle w:val="aff8"/>
                    </w:rPr>
                  </w:sdtEndPr>
                  <w:sdtContent>
                    <w:r w:rsidR="00AA5CA6">
                      <w:rPr>
                        <w:rStyle w:val="aff8"/>
                        <w:rFonts w:ascii="Times New Roman" w:hAnsi="Times New Roman" w:cs="Times New Roman"/>
                        <w:sz w:val="40"/>
                        <w:szCs w:val="40"/>
                        <w:lang w:val="ru-RU"/>
                      </w:rPr>
                      <w:t>□</w:t>
                    </w:r>
                  </w:sdtContent>
                </w:sdt>
              </w:sdtContent>
            </w:sdt>
            <w:r w:rsidR="00AA5CA6" w:rsidRPr="00C52D94">
              <w:rPr>
                <w:color w:val="4F6228" w:themeColor="accent3" w:themeShade="80"/>
                <w:lang w:val="ru-RU"/>
              </w:rPr>
              <w:t xml:space="preserve">  </w:t>
            </w:r>
            <w:proofErr w:type="spellStart"/>
            <w:r w:rsidRPr="0077324A">
              <w:rPr>
                <w:rFonts w:ascii="Arial" w:hAnsi="Arial"/>
                <w:color w:val="2C3E50"/>
                <w:sz w:val="20"/>
                <w:lang w:val="ru-RU"/>
              </w:rPr>
              <w:t>Купероз</w:t>
            </w:r>
            <w:proofErr w:type="spellEnd"/>
            <w:r w:rsidRPr="0077324A">
              <w:rPr>
                <w:rFonts w:ascii="Arial" w:hAnsi="Arial"/>
                <w:color w:val="2C3E50"/>
                <w:sz w:val="20"/>
                <w:lang w:val="ru-RU"/>
              </w:rPr>
              <w:t xml:space="preserve"> </w:t>
            </w:r>
            <w:r w:rsidR="00AA5CA6">
              <w:rPr>
                <w:rFonts w:ascii="Arial" w:hAnsi="Arial"/>
                <w:color w:val="2C3E50"/>
                <w:sz w:val="20"/>
                <w:lang w:val="ru-RU"/>
              </w:rPr>
              <w:t xml:space="preserve">      </w:t>
            </w:r>
            <w:r w:rsidRPr="0077324A">
              <w:rPr>
                <w:rFonts w:ascii="Arial" w:hAnsi="Arial"/>
                <w:color w:val="2C3E50"/>
                <w:sz w:val="20"/>
                <w:lang w:val="ru-RU"/>
              </w:rPr>
              <w:t xml:space="preserve"> </w:t>
            </w:r>
            <w:sdt>
              <w:sdtPr>
                <w:rPr>
                  <w:rStyle w:val="14"/>
                  <w:color w:val="4F6228" w:themeColor="accent3" w:themeShade="80"/>
                  <w:szCs w:val="28"/>
                  <w:lang w:val="ru-RU"/>
                </w:rPr>
                <w:id w:val="771741602"/>
                <w:lock w:val="contentLocked"/>
                <w:placeholder>
                  <w:docPart w:val="045859241C2B4394A80C045762C3C52B"/>
                </w:placeholder>
                <w:group/>
              </w:sdtPr>
              <w:sdtEndPr>
                <w:rPr>
                  <w:rStyle w:val="14"/>
                </w:rPr>
              </w:sdtEndPr>
              <w:sdtContent>
                <w:sdt>
                  <w:sdtPr>
                    <w:rPr>
                      <w:rStyle w:val="aff8"/>
                      <w:sz w:val="40"/>
                      <w:szCs w:val="40"/>
                      <w:lang w:val="ru-RU"/>
                    </w:rPr>
                    <w:id w:val="-618149360"/>
                    <w15:color w:val="808000"/>
                    <w15:appearance w15:val="hidden"/>
                    <w14:checkbox>
                      <w14:checked w14:val="0"/>
                      <w14:checkedState w14:val="221A" w14:font="Times New Roman"/>
                      <w14:uncheckedState w14:val="25A1" w14:font="Times New Roman"/>
                    </w14:checkbox>
                  </w:sdtPr>
                  <w:sdtEndPr>
                    <w:rPr>
                      <w:rStyle w:val="aff8"/>
                    </w:rPr>
                  </w:sdtEndPr>
                  <w:sdtContent>
                    <w:r w:rsidR="00AA5CA6">
                      <w:rPr>
                        <w:rStyle w:val="aff8"/>
                        <w:rFonts w:ascii="Times New Roman" w:hAnsi="Times New Roman" w:cs="Times New Roman"/>
                        <w:sz w:val="40"/>
                        <w:szCs w:val="40"/>
                        <w:lang w:val="ru-RU"/>
                      </w:rPr>
                      <w:t>□</w:t>
                    </w:r>
                  </w:sdtContent>
                </w:sdt>
              </w:sdtContent>
            </w:sdt>
            <w:r w:rsidR="00AA5CA6" w:rsidRPr="00C52D94">
              <w:rPr>
                <w:color w:val="4F6228" w:themeColor="accent3" w:themeShade="80"/>
                <w:lang w:val="ru-RU"/>
              </w:rPr>
              <w:t xml:space="preserve">  </w:t>
            </w:r>
            <w:proofErr w:type="spellStart"/>
            <w:r w:rsidRPr="0077324A">
              <w:rPr>
                <w:rFonts w:ascii="Arial" w:hAnsi="Arial"/>
                <w:color w:val="2C3E50"/>
                <w:sz w:val="20"/>
                <w:lang w:val="ru-RU"/>
              </w:rPr>
              <w:t>Варикоз</w:t>
            </w:r>
            <w:proofErr w:type="spellEnd"/>
            <w:r w:rsidRPr="0077324A">
              <w:rPr>
                <w:rFonts w:ascii="Arial" w:hAnsi="Arial"/>
                <w:color w:val="2C3E50"/>
                <w:sz w:val="20"/>
                <w:lang w:val="ru-RU"/>
              </w:rPr>
              <w:t xml:space="preserve"> (стадия: </w:t>
            </w:r>
            <w:sdt>
              <w:sdtPr>
                <w:rPr>
                  <w:rStyle w:val="aff8"/>
                </w:rPr>
                <w:id w:val="-1626931467"/>
                <w:placeholder>
                  <w:docPart w:val="5CA5121C9DCB413D8E01585E041148B5"/>
                </w:placeholder>
                <w:showingPlcHdr/>
                <w:text/>
              </w:sdtPr>
              <w:sdtEndPr>
                <w:rPr>
                  <w:rStyle w:val="aff8"/>
                </w:rPr>
              </w:sdtEndPr>
              <w:sdtContent>
                <w:r w:rsidR="009E2A80" w:rsidRPr="009E2A80">
                  <w:rPr>
                    <w:rStyle w:val="aff9"/>
                    <w:lang w:val="ru-RU"/>
                  </w:rPr>
                  <w:t>Место для ввода текста.</w:t>
                </w:r>
              </w:sdtContent>
            </w:sdt>
            <w:r w:rsidRPr="0077324A">
              <w:rPr>
                <w:rFonts w:ascii="Arial" w:hAnsi="Arial"/>
                <w:color w:val="2C3E50"/>
                <w:sz w:val="20"/>
                <w:lang w:val="ru-RU"/>
              </w:rPr>
              <w:t xml:space="preserve"> </w:t>
            </w:r>
          </w:p>
          <w:p w14:paraId="67DA5543" w14:textId="0DCC4B70" w:rsidR="00EF7F2A" w:rsidRPr="0077324A" w:rsidRDefault="005C51D4" w:rsidP="00543DE2">
            <w:pPr>
              <w:spacing w:after="80" w:line="360" w:lineRule="auto"/>
              <w:rPr>
                <w:lang w:val="ru-RU"/>
              </w:rPr>
            </w:pPr>
            <w:r w:rsidRPr="0077324A">
              <w:rPr>
                <w:rFonts w:ascii="Arial" w:hAnsi="Arial"/>
                <w:color w:val="2C3E50"/>
                <w:sz w:val="20"/>
                <w:lang w:val="ru-RU"/>
              </w:rPr>
              <w:t xml:space="preserve"> </w:t>
            </w:r>
            <w:sdt>
              <w:sdtPr>
                <w:rPr>
                  <w:rStyle w:val="14"/>
                  <w:color w:val="4F6228" w:themeColor="accent3" w:themeShade="80"/>
                  <w:szCs w:val="28"/>
                  <w:lang w:val="ru-RU"/>
                </w:rPr>
                <w:id w:val="902949150"/>
                <w:lock w:val="contentLocked"/>
                <w:placeholder>
                  <w:docPart w:val="5B454DEB33874C88B88327491673135F"/>
                </w:placeholder>
                <w:group/>
              </w:sdtPr>
              <w:sdtEndPr>
                <w:rPr>
                  <w:rStyle w:val="14"/>
                </w:rPr>
              </w:sdtEndPr>
              <w:sdtContent>
                <w:sdt>
                  <w:sdtPr>
                    <w:rPr>
                      <w:rStyle w:val="aff8"/>
                      <w:sz w:val="40"/>
                      <w:szCs w:val="40"/>
                      <w:lang w:val="ru-RU"/>
                    </w:rPr>
                    <w:id w:val="-2141322293"/>
                    <w15:color w:val="808000"/>
                    <w15:appearance w15:val="hidden"/>
                    <w14:checkbox>
                      <w14:checked w14:val="0"/>
                      <w14:checkedState w14:val="221A" w14:font="Times New Roman"/>
                      <w14:uncheckedState w14:val="25A1" w14:font="Times New Roman"/>
                    </w14:checkbox>
                  </w:sdtPr>
                  <w:sdtEndPr>
                    <w:rPr>
                      <w:rStyle w:val="aff8"/>
                    </w:rPr>
                  </w:sdtEndPr>
                  <w:sdtContent>
                    <w:r w:rsidR="0014503A">
                      <w:rPr>
                        <w:rStyle w:val="aff8"/>
                        <w:rFonts w:ascii="Times New Roman" w:hAnsi="Times New Roman" w:cs="Times New Roman"/>
                        <w:sz w:val="40"/>
                        <w:szCs w:val="40"/>
                        <w:lang w:val="ru-RU"/>
                      </w:rPr>
                      <w:t>□</w:t>
                    </w:r>
                  </w:sdtContent>
                </w:sdt>
              </w:sdtContent>
            </w:sdt>
            <w:r w:rsidR="00AA5CA6" w:rsidRPr="00C52D94">
              <w:rPr>
                <w:color w:val="4F6228" w:themeColor="accent3" w:themeShade="80"/>
                <w:lang w:val="ru-RU"/>
              </w:rPr>
              <w:t xml:space="preserve">  </w:t>
            </w:r>
            <w:r w:rsidRPr="0077324A">
              <w:rPr>
                <w:rFonts w:ascii="Arial" w:hAnsi="Arial"/>
                <w:color w:val="2C3E50"/>
                <w:sz w:val="20"/>
                <w:lang w:val="ru-RU"/>
              </w:rPr>
              <w:t>Склонность к гематомам</w:t>
            </w:r>
          </w:p>
          <w:p w14:paraId="3E05E433" w14:textId="26B8675F" w:rsidR="00EF7F2A" w:rsidRPr="0077324A" w:rsidRDefault="005C51D4" w:rsidP="00543DE2">
            <w:pPr>
              <w:spacing w:after="80" w:line="360" w:lineRule="auto"/>
              <w:rPr>
                <w:lang w:val="ru-RU"/>
              </w:rPr>
            </w:pPr>
            <w:r w:rsidRPr="0077324A">
              <w:rPr>
                <w:rFonts w:ascii="Arial" w:hAnsi="Arial"/>
                <w:color w:val="2C3E50"/>
                <w:sz w:val="20"/>
                <w:lang w:val="ru-RU"/>
              </w:rPr>
              <w:t xml:space="preserve">Экспресс-тест на отечность:    </w:t>
            </w:r>
            <w:sdt>
              <w:sdtPr>
                <w:rPr>
                  <w:rStyle w:val="14"/>
                  <w:color w:val="4F6228" w:themeColor="accent3" w:themeShade="80"/>
                  <w:szCs w:val="28"/>
                  <w:lang w:val="ru-RU"/>
                </w:rPr>
                <w:id w:val="-1655286766"/>
                <w:lock w:val="contentLocked"/>
                <w:placeholder>
                  <w:docPart w:val="1BD0A7C391CE4E74800D9962FF4F0C00"/>
                </w:placeholder>
                <w:group/>
              </w:sdtPr>
              <w:sdtEndPr>
                <w:rPr>
                  <w:rStyle w:val="14"/>
                </w:rPr>
              </w:sdtEndPr>
              <w:sdtContent>
                <w:sdt>
                  <w:sdtPr>
                    <w:rPr>
                      <w:rStyle w:val="aff8"/>
                      <w:sz w:val="40"/>
                      <w:szCs w:val="40"/>
                      <w:lang w:val="ru-RU"/>
                    </w:rPr>
                    <w:id w:val="-2040351203"/>
                    <w15:color w:val="808000"/>
                    <w15:appearance w15:val="hidden"/>
                    <w14:checkbox>
                      <w14:checked w14:val="0"/>
                      <w14:checkedState w14:val="221A" w14:font="Times New Roman"/>
                      <w14:uncheckedState w14:val="25A1" w14:font="Times New Roman"/>
                    </w14:checkbox>
                  </w:sdtPr>
                  <w:sdtEndPr>
                    <w:rPr>
                      <w:rStyle w:val="aff8"/>
                    </w:rPr>
                  </w:sdtEndPr>
                  <w:sdtContent>
                    <w:r w:rsidR="00AA5CA6">
                      <w:rPr>
                        <w:rStyle w:val="aff8"/>
                        <w:rFonts w:ascii="Times New Roman" w:hAnsi="Times New Roman" w:cs="Times New Roman"/>
                        <w:sz w:val="40"/>
                        <w:szCs w:val="40"/>
                        <w:lang w:val="ru-RU"/>
                      </w:rPr>
                      <w:t>□</w:t>
                    </w:r>
                  </w:sdtContent>
                </w:sdt>
              </w:sdtContent>
            </w:sdt>
            <w:r w:rsidR="00AA5CA6" w:rsidRPr="00C52D94">
              <w:rPr>
                <w:color w:val="4F6228" w:themeColor="accent3" w:themeShade="80"/>
                <w:lang w:val="ru-RU"/>
              </w:rPr>
              <w:t xml:space="preserve">  </w:t>
            </w:r>
            <w:r w:rsidRPr="0077324A">
              <w:rPr>
                <w:rFonts w:ascii="Arial" w:hAnsi="Arial"/>
                <w:color w:val="2C3E50"/>
                <w:sz w:val="20"/>
                <w:lang w:val="ru-RU"/>
              </w:rPr>
              <w:t xml:space="preserve">Отрицательный </w:t>
            </w:r>
            <w:r w:rsidR="00AA5CA6">
              <w:rPr>
                <w:rFonts w:ascii="Arial" w:hAnsi="Arial"/>
                <w:color w:val="2C3E50"/>
                <w:sz w:val="20"/>
                <w:lang w:val="ru-RU"/>
              </w:rPr>
              <w:t xml:space="preserve">  </w:t>
            </w:r>
            <w:r w:rsidRPr="0077324A">
              <w:rPr>
                <w:rFonts w:ascii="Arial" w:hAnsi="Arial"/>
                <w:color w:val="2C3E50"/>
                <w:sz w:val="20"/>
                <w:lang w:val="ru-RU"/>
              </w:rPr>
              <w:t xml:space="preserve"> </w:t>
            </w:r>
            <w:sdt>
              <w:sdtPr>
                <w:rPr>
                  <w:rStyle w:val="14"/>
                  <w:color w:val="4F6228" w:themeColor="accent3" w:themeShade="80"/>
                  <w:szCs w:val="28"/>
                  <w:lang w:val="ru-RU"/>
                </w:rPr>
                <w:id w:val="-1019849200"/>
                <w:lock w:val="contentLocked"/>
                <w:placeholder>
                  <w:docPart w:val="863C8DCBF05347D7A9DF6A43F29E2FE1"/>
                </w:placeholder>
                <w:group/>
              </w:sdtPr>
              <w:sdtEndPr>
                <w:rPr>
                  <w:rStyle w:val="14"/>
                </w:rPr>
              </w:sdtEndPr>
              <w:sdtContent>
                <w:sdt>
                  <w:sdtPr>
                    <w:rPr>
                      <w:rStyle w:val="aff8"/>
                      <w:sz w:val="40"/>
                      <w:szCs w:val="40"/>
                      <w:lang w:val="ru-RU"/>
                    </w:rPr>
                    <w:id w:val="-162859810"/>
                    <w15:color w:val="808000"/>
                    <w15:appearance w15:val="hidden"/>
                    <w14:checkbox>
                      <w14:checked w14:val="0"/>
                      <w14:checkedState w14:val="221A" w14:font="Times New Roman"/>
                      <w14:uncheckedState w14:val="25A1" w14:font="Times New Roman"/>
                    </w14:checkbox>
                  </w:sdtPr>
                  <w:sdtEndPr>
                    <w:rPr>
                      <w:rStyle w:val="aff8"/>
                    </w:rPr>
                  </w:sdtEndPr>
                  <w:sdtContent>
                    <w:r w:rsidR="00AA5CA6">
                      <w:rPr>
                        <w:rStyle w:val="aff8"/>
                        <w:rFonts w:ascii="Times New Roman" w:hAnsi="Times New Roman" w:cs="Times New Roman"/>
                        <w:sz w:val="40"/>
                        <w:szCs w:val="40"/>
                        <w:lang w:val="ru-RU"/>
                      </w:rPr>
                      <w:t>□</w:t>
                    </w:r>
                  </w:sdtContent>
                </w:sdt>
              </w:sdtContent>
            </w:sdt>
            <w:r w:rsidR="00AA5CA6" w:rsidRPr="00C52D94">
              <w:rPr>
                <w:color w:val="4F6228" w:themeColor="accent3" w:themeShade="80"/>
                <w:lang w:val="ru-RU"/>
              </w:rPr>
              <w:t xml:space="preserve">  </w:t>
            </w:r>
            <w:r w:rsidRPr="0077324A">
              <w:rPr>
                <w:rFonts w:ascii="Arial" w:hAnsi="Arial"/>
                <w:color w:val="2C3E50"/>
                <w:sz w:val="20"/>
                <w:lang w:val="ru-RU"/>
              </w:rPr>
              <w:t>Положительный пастозный (задержка жидкости)</w:t>
            </w:r>
          </w:p>
          <w:p w14:paraId="031051D9" w14:textId="77777777" w:rsidR="00EF7F2A" w:rsidRPr="0077324A" w:rsidRDefault="005C51D4" w:rsidP="00543DE2">
            <w:pPr>
              <w:spacing w:after="80" w:line="360" w:lineRule="auto"/>
              <w:rPr>
                <w:lang w:val="ru-RU"/>
              </w:rPr>
            </w:pPr>
            <w:r w:rsidRPr="0077324A">
              <w:rPr>
                <w:rFonts w:ascii="Arial" w:hAnsi="Arial"/>
                <w:color w:val="2C3E50"/>
                <w:sz w:val="20"/>
                <w:lang w:val="ru-RU"/>
              </w:rPr>
              <w:t>КРИТИЧЕСКИЙ СКРИНИНГ БЕЗОПАСНОСТИ ДЛЯ АППАРАТОВ И СПА:</w:t>
            </w:r>
          </w:p>
          <w:p w14:paraId="242092BA" w14:textId="0DE5F8DF" w:rsidR="00EF7F2A" w:rsidRPr="0077324A" w:rsidRDefault="005C51D4" w:rsidP="00543DE2">
            <w:pPr>
              <w:spacing w:after="80" w:line="360" w:lineRule="auto"/>
              <w:rPr>
                <w:lang w:val="ru-RU"/>
              </w:rPr>
            </w:pPr>
            <w:r w:rsidRPr="0077324A">
              <w:rPr>
                <w:rFonts w:ascii="Arial" w:hAnsi="Arial"/>
                <w:color w:val="2C3E50"/>
                <w:sz w:val="20"/>
                <w:lang w:val="ru-RU"/>
              </w:rPr>
              <w:t xml:space="preserve">• Наличие кардиостимулятора / дефибриллятора:  </w:t>
            </w:r>
            <w:sdt>
              <w:sdtPr>
                <w:rPr>
                  <w:rStyle w:val="14"/>
                  <w:color w:val="4F6228" w:themeColor="accent3" w:themeShade="80"/>
                  <w:szCs w:val="28"/>
                  <w:lang w:val="ru-RU"/>
                </w:rPr>
                <w:id w:val="-1213572922"/>
                <w:lock w:val="contentLocked"/>
                <w:placeholder>
                  <w:docPart w:val="FAB6D2BCFB0F4C6A91DF12F3178A943B"/>
                </w:placeholder>
                <w:group/>
              </w:sdtPr>
              <w:sdtEndPr>
                <w:rPr>
                  <w:rStyle w:val="14"/>
                </w:rPr>
              </w:sdtEndPr>
              <w:sdtContent>
                <w:sdt>
                  <w:sdtPr>
                    <w:rPr>
                      <w:rStyle w:val="aff8"/>
                      <w:sz w:val="40"/>
                      <w:szCs w:val="40"/>
                      <w:lang w:val="ru-RU"/>
                    </w:rPr>
                    <w:id w:val="-253746782"/>
                    <w15:color w:val="808000"/>
                    <w15:appearance w15:val="hidden"/>
                    <w14:checkbox>
                      <w14:checked w14:val="0"/>
                      <w14:checkedState w14:val="221A" w14:font="Times New Roman"/>
                      <w14:uncheckedState w14:val="25A1" w14:font="Times New Roman"/>
                    </w14:checkbox>
                  </w:sdtPr>
                  <w:sdtEndPr>
                    <w:rPr>
                      <w:rStyle w:val="aff8"/>
                    </w:rPr>
                  </w:sdtEndPr>
                  <w:sdtContent>
                    <w:r w:rsidR="00AA5CA6">
                      <w:rPr>
                        <w:rStyle w:val="aff8"/>
                        <w:rFonts w:ascii="Times New Roman" w:hAnsi="Times New Roman" w:cs="Times New Roman"/>
                        <w:sz w:val="40"/>
                        <w:szCs w:val="40"/>
                        <w:lang w:val="ru-RU"/>
                      </w:rPr>
                      <w:t>□</w:t>
                    </w:r>
                  </w:sdtContent>
                </w:sdt>
              </w:sdtContent>
            </w:sdt>
            <w:r w:rsidR="00AA5CA6" w:rsidRPr="00C52D94">
              <w:rPr>
                <w:color w:val="4F6228" w:themeColor="accent3" w:themeShade="80"/>
                <w:lang w:val="ru-RU"/>
              </w:rPr>
              <w:t xml:space="preserve">  </w:t>
            </w:r>
            <w:r w:rsidRPr="0077324A">
              <w:rPr>
                <w:rFonts w:ascii="Arial" w:hAnsi="Arial"/>
                <w:color w:val="2C3E50"/>
                <w:sz w:val="20"/>
                <w:lang w:val="ru-RU"/>
              </w:rPr>
              <w:t xml:space="preserve">Да  </w:t>
            </w:r>
            <w:sdt>
              <w:sdtPr>
                <w:rPr>
                  <w:rStyle w:val="14"/>
                  <w:color w:val="4F6228" w:themeColor="accent3" w:themeShade="80"/>
                  <w:szCs w:val="28"/>
                  <w:lang w:val="ru-RU"/>
                </w:rPr>
                <w:id w:val="258647704"/>
                <w:lock w:val="contentLocked"/>
                <w:placeholder>
                  <w:docPart w:val="FB164DB8CEA145408BB89B1C67EE4D2A"/>
                </w:placeholder>
                <w:group/>
              </w:sdtPr>
              <w:sdtEndPr>
                <w:rPr>
                  <w:rStyle w:val="14"/>
                </w:rPr>
              </w:sdtEndPr>
              <w:sdtContent>
                <w:sdt>
                  <w:sdtPr>
                    <w:rPr>
                      <w:rStyle w:val="aff8"/>
                      <w:sz w:val="40"/>
                      <w:szCs w:val="40"/>
                      <w:lang w:val="ru-RU"/>
                    </w:rPr>
                    <w:id w:val="1996452955"/>
                    <w15:color w:val="808000"/>
                    <w15:appearance w15:val="hidden"/>
                    <w14:checkbox>
                      <w14:checked w14:val="0"/>
                      <w14:checkedState w14:val="221A" w14:font="Times New Roman"/>
                      <w14:uncheckedState w14:val="25A1" w14:font="Times New Roman"/>
                    </w14:checkbox>
                  </w:sdtPr>
                  <w:sdtEndPr>
                    <w:rPr>
                      <w:rStyle w:val="aff8"/>
                    </w:rPr>
                  </w:sdtEndPr>
                  <w:sdtContent>
                    <w:r w:rsidR="0014503A">
                      <w:rPr>
                        <w:rStyle w:val="aff8"/>
                        <w:rFonts w:ascii="Times New Roman" w:hAnsi="Times New Roman" w:cs="Times New Roman"/>
                        <w:sz w:val="40"/>
                        <w:szCs w:val="40"/>
                        <w:lang w:val="ru-RU"/>
                      </w:rPr>
                      <w:t>□</w:t>
                    </w:r>
                  </w:sdtContent>
                </w:sdt>
              </w:sdtContent>
            </w:sdt>
            <w:r w:rsidR="00AA5CA6" w:rsidRPr="00C52D94">
              <w:rPr>
                <w:color w:val="4F6228" w:themeColor="accent3" w:themeShade="80"/>
                <w:lang w:val="ru-RU"/>
              </w:rPr>
              <w:t xml:space="preserve">  </w:t>
            </w:r>
            <w:r w:rsidRPr="0077324A">
              <w:rPr>
                <w:rFonts w:ascii="Arial" w:hAnsi="Arial"/>
                <w:color w:val="2C3E50"/>
                <w:sz w:val="20"/>
                <w:lang w:val="ru-RU"/>
              </w:rPr>
              <w:t>Нет</w:t>
            </w:r>
          </w:p>
          <w:p w14:paraId="10A9B973" w14:textId="7DDB6D2E" w:rsidR="00EF7F2A" w:rsidRPr="0077324A" w:rsidRDefault="005C51D4" w:rsidP="00543DE2">
            <w:pPr>
              <w:spacing w:after="80" w:line="360" w:lineRule="auto"/>
              <w:rPr>
                <w:lang w:val="ru-RU"/>
              </w:rPr>
            </w:pPr>
            <w:r w:rsidRPr="0077324A">
              <w:rPr>
                <w:rFonts w:ascii="Arial" w:hAnsi="Arial"/>
                <w:color w:val="2C3E50"/>
                <w:sz w:val="20"/>
                <w:lang w:val="ru-RU"/>
              </w:rPr>
              <w:t xml:space="preserve">• Металлические </w:t>
            </w:r>
            <w:proofErr w:type="spellStart"/>
            <w:r w:rsidRPr="0077324A">
              <w:rPr>
                <w:rFonts w:ascii="Arial" w:hAnsi="Arial"/>
                <w:color w:val="2C3E50"/>
                <w:sz w:val="20"/>
                <w:lang w:val="ru-RU"/>
              </w:rPr>
              <w:t>импланты</w:t>
            </w:r>
            <w:proofErr w:type="spellEnd"/>
            <w:r w:rsidRPr="0077324A">
              <w:rPr>
                <w:rFonts w:ascii="Arial" w:hAnsi="Arial"/>
                <w:color w:val="2C3E50"/>
                <w:sz w:val="20"/>
                <w:lang w:val="ru-RU"/>
              </w:rPr>
              <w:t xml:space="preserve">, штифты, золотые нити в зоне обработки:  </w:t>
            </w:r>
            <w:sdt>
              <w:sdtPr>
                <w:rPr>
                  <w:rStyle w:val="14"/>
                  <w:color w:val="4F6228" w:themeColor="accent3" w:themeShade="80"/>
                  <w:szCs w:val="28"/>
                  <w:lang w:val="ru-RU"/>
                </w:rPr>
                <w:id w:val="1444724218"/>
                <w:lock w:val="contentLocked"/>
                <w:placeholder>
                  <w:docPart w:val="B0D6BDEC9A3D418AA61DAD4DEFD0442B"/>
                </w:placeholder>
                <w:group/>
              </w:sdtPr>
              <w:sdtEndPr>
                <w:rPr>
                  <w:rStyle w:val="14"/>
                </w:rPr>
              </w:sdtEndPr>
              <w:sdtContent>
                <w:sdt>
                  <w:sdtPr>
                    <w:rPr>
                      <w:rStyle w:val="aff8"/>
                      <w:sz w:val="40"/>
                      <w:szCs w:val="40"/>
                      <w:lang w:val="ru-RU"/>
                    </w:rPr>
                    <w:id w:val="2020657645"/>
                    <w15:color w:val="808000"/>
                    <w15:appearance w15:val="hidden"/>
                    <w14:checkbox>
                      <w14:checked w14:val="0"/>
                      <w14:checkedState w14:val="221A" w14:font="Times New Roman"/>
                      <w14:uncheckedState w14:val="25A1" w14:font="Times New Roman"/>
                    </w14:checkbox>
                  </w:sdtPr>
                  <w:sdtEndPr>
                    <w:rPr>
                      <w:rStyle w:val="aff8"/>
                    </w:rPr>
                  </w:sdtEndPr>
                  <w:sdtContent>
                    <w:r w:rsidR="00AA5CA6">
                      <w:rPr>
                        <w:rStyle w:val="aff8"/>
                        <w:rFonts w:ascii="Times New Roman" w:hAnsi="Times New Roman" w:cs="Times New Roman"/>
                        <w:sz w:val="40"/>
                        <w:szCs w:val="40"/>
                        <w:lang w:val="ru-RU"/>
                      </w:rPr>
                      <w:t>□</w:t>
                    </w:r>
                  </w:sdtContent>
                </w:sdt>
              </w:sdtContent>
            </w:sdt>
            <w:r w:rsidR="00AA5CA6" w:rsidRPr="00C52D94">
              <w:rPr>
                <w:color w:val="4F6228" w:themeColor="accent3" w:themeShade="80"/>
                <w:lang w:val="ru-RU"/>
              </w:rPr>
              <w:t xml:space="preserve">  </w:t>
            </w:r>
            <w:r w:rsidRPr="0077324A">
              <w:rPr>
                <w:rFonts w:ascii="Arial" w:hAnsi="Arial"/>
                <w:color w:val="2C3E50"/>
                <w:sz w:val="20"/>
                <w:lang w:val="ru-RU"/>
              </w:rPr>
              <w:t xml:space="preserve">Да  </w:t>
            </w:r>
            <w:sdt>
              <w:sdtPr>
                <w:rPr>
                  <w:rStyle w:val="14"/>
                  <w:color w:val="4F6228" w:themeColor="accent3" w:themeShade="80"/>
                  <w:szCs w:val="28"/>
                  <w:lang w:val="ru-RU"/>
                </w:rPr>
                <w:id w:val="510732633"/>
                <w:lock w:val="contentLocked"/>
                <w:placeholder>
                  <w:docPart w:val="5EE8053A10EF4EE6A596520051AA3B93"/>
                </w:placeholder>
                <w:group/>
              </w:sdtPr>
              <w:sdtEndPr>
                <w:rPr>
                  <w:rStyle w:val="14"/>
                </w:rPr>
              </w:sdtEndPr>
              <w:sdtContent>
                <w:sdt>
                  <w:sdtPr>
                    <w:rPr>
                      <w:rStyle w:val="aff8"/>
                      <w:sz w:val="40"/>
                      <w:szCs w:val="40"/>
                      <w:lang w:val="ru-RU"/>
                    </w:rPr>
                    <w:id w:val="-2055691144"/>
                    <w15:color w:val="808000"/>
                    <w15:appearance w15:val="hidden"/>
                    <w14:checkbox>
                      <w14:checked w14:val="0"/>
                      <w14:checkedState w14:val="221A" w14:font="Times New Roman"/>
                      <w14:uncheckedState w14:val="25A1" w14:font="Times New Roman"/>
                    </w14:checkbox>
                  </w:sdtPr>
                  <w:sdtEndPr>
                    <w:rPr>
                      <w:rStyle w:val="aff8"/>
                    </w:rPr>
                  </w:sdtEndPr>
                  <w:sdtContent>
                    <w:r w:rsidR="00C2428B">
                      <w:rPr>
                        <w:rStyle w:val="aff8"/>
                        <w:rFonts w:ascii="Times New Roman" w:hAnsi="Times New Roman" w:cs="Times New Roman"/>
                        <w:sz w:val="40"/>
                        <w:szCs w:val="40"/>
                        <w:lang w:val="ru-RU"/>
                      </w:rPr>
                      <w:t>□</w:t>
                    </w:r>
                  </w:sdtContent>
                </w:sdt>
              </w:sdtContent>
            </w:sdt>
            <w:r w:rsidR="00AA5CA6" w:rsidRPr="00C52D94">
              <w:rPr>
                <w:color w:val="4F6228" w:themeColor="accent3" w:themeShade="80"/>
                <w:lang w:val="ru-RU"/>
              </w:rPr>
              <w:t xml:space="preserve">  </w:t>
            </w:r>
            <w:r w:rsidRPr="0077324A">
              <w:rPr>
                <w:rFonts w:ascii="Arial" w:hAnsi="Arial"/>
                <w:color w:val="2C3E50"/>
                <w:sz w:val="20"/>
                <w:lang w:val="ru-RU"/>
              </w:rPr>
              <w:t>Нет</w:t>
            </w:r>
          </w:p>
          <w:p w14:paraId="5A3C2D05" w14:textId="6C4B3602" w:rsidR="00EF7F2A" w:rsidRPr="0077324A" w:rsidRDefault="005C51D4" w:rsidP="00543DE2">
            <w:pPr>
              <w:spacing w:after="80" w:line="360" w:lineRule="auto"/>
              <w:rPr>
                <w:lang w:val="ru-RU"/>
              </w:rPr>
            </w:pPr>
            <w:r w:rsidRPr="0077324A">
              <w:rPr>
                <w:rFonts w:ascii="Arial" w:hAnsi="Arial"/>
                <w:color w:val="2C3E50"/>
                <w:sz w:val="20"/>
                <w:lang w:val="ru-RU"/>
              </w:rPr>
              <w:lastRenderedPageBreak/>
              <w:t xml:space="preserve">• Инъекции (филлеры, </w:t>
            </w:r>
            <w:proofErr w:type="spellStart"/>
            <w:r w:rsidRPr="0077324A">
              <w:rPr>
                <w:rFonts w:ascii="Arial" w:hAnsi="Arial"/>
                <w:color w:val="2C3E50"/>
                <w:sz w:val="20"/>
                <w:lang w:val="ru-RU"/>
              </w:rPr>
              <w:t>ботулотоксин</w:t>
            </w:r>
            <w:proofErr w:type="spellEnd"/>
            <w:r w:rsidRPr="0077324A">
              <w:rPr>
                <w:rFonts w:ascii="Arial" w:hAnsi="Arial"/>
                <w:color w:val="2C3E50"/>
                <w:sz w:val="20"/>
                <w:lang w:val="ru-RU"/>
              </w:rPr>
              <w:t xml:space="preserve">) в зоне воздействия (менее 1 мес. назад):  </w:t>
            </w:r>
            <w:sdt>
              <w:sdtPr>
                <w:rPr>
                  <w:rStyle w:val="14"/>
                  <w:color w:val="4F6228" w:themeColor="accent3" w:themeShade="80"/>
                  <w:szCs w:val="28"/>
                  <w:lang w:val="ru-RU"/>
                </w:rPr>
                <w:id w:val="-860511474"/>
                <w:lock w:val="contentLocked"/>
                <w:placeholder>
                  <w:docPart w:val="60218D7DA90E4453BEC7D617A4AFC140"/>
                </w:placeholder>
                <w:group/>
              </w:sdtPr>
              <w:sdtEndPr>
                <w:rPr>
                  <w:rStyle w:val="14"/>
                </w:rPr>
              </w:sdtEndPr>
              <w:sdtContent>
                <w:sdt>
                  <w:sdtPr>
                    <w:rPr>
                      <w:rStyle w:val="aff8"/>
                      <w:sz w:val="40"/>
                      <w:szCs w:val="40"/>
                      <w:lang w:val="ru-RU"/>
                    </w:rPr>
                    <w:id w:val="-1244252734"/>
                    <w15:color w:val="808000"/>
                    <w15:appearance w15:val="hidden"/>
                    <w14:checkbox>
                      <w14:checked w14:val="0"/>
                      <w14:checkedState w14:val="221A" w14:font="Times New Roman"/>
                      <w14:uncheckedState w14:val="25A1" w14:font="Times New Roman"/>
                    </w14:checkbox>
                  </w:sdtPr>
                  <w:sdtEndPr>
                    <w:rPr>
                      <w:rStyle w:val="aff8"/>
                    </w:rPr>
                  </w:sdtEndPr>
                  <w:sdtContent>
                    <w:r w:rsidR="00AA5CA6">
                      <w:rPr>
                        <w:rStyle w:val="aff8"/>
                        <w:rFonts w:ascii="Times New Roman" w:hAnsi="Times New Roman" w:cs="Times New Roman"/>
                        <w:sz w:val="40"/>
                        <w:szCs w:val="40"/>
                        <w:lang w:val="ru-RU"/>
                      </w:rPr>
                      <w:t>□</w:t>
                    </w:r>
                  </w:sdtContent>
                </w:sdt>
              </w:sdtContent>
            </w:sdt>
            <w:r w:rsidR="00AA5CA6" w:rsidRPr="00C52D94">
              <w:rPr>
                <w:color w:val="4F6228" w:themeColor="accent3" w:themeShade="80"/>
                <w:lang w:val="ru-RU"/>
              </w:rPr>
              <w:t xml:space="preserve">  </w:t>
            </w:r>
            <w:r w:rsidRPr="0077324A">
              <w:rPr>
                <w:rFonts w:ascii="Arial" w:hAnsi="Arial"/>
                <w:color w:val="2C3E50"/>
                <w:sz w:val="20"/>
                <w:lang w:val="ru-RU"/>
              </w:rPr>
              <w:t xml:space="preserve">Да  </w:t>
            </w:r>
            <w:sdt>
              <w:sdtPr>
                <w:rPr>
                  <w:rStyle w:val="14"/>
                  <w:color w:val="4F6228" w:themeColor="accent3" w:themeShade="80"/>
                  <w:szCs w:val="28"/>
                  <w:lang w:val="ru-RU"/>
                </w:rPr>
                <w:id w:val="1090507816"/>
                <w:lock w:val="contentLocked"/>
                <w:placeholder>
                  <w:docPart w:val="0ADDFF35B600413C86B1D5C969FBCF54"/>
                </w:placeholder>
                <w:group/>
              </w:sdtPr>
              <w:sdtEndPr>
                <w:rPr>
                  <w:rStyle w:val="14"/>
                </w:rPr>
              </w:sdtEndPr>
              <w:sdtContent>
                <w:sdt>
                  <w:sdtPr>
                    <w:rPr>
                      <w:rStyle w:val="aff8"/>
                      <w:sz w:val="40"/>
                      <w:szCs w:val="40"/>
                      <w:lang w:val="ru-RU"/>
                    </w:rPr>
                    <w:id w:val="1624031524"/>
                    <w15:color w:val="808000"/>
                    <w15:appearance w15:val="hidden"/>
                    <w14:checkbox>
                      <w14:checked w14:val="0"/>
                      <w14:checkedState w14:val="221A" w14:font="Times New Roman"/>
                      <w14:uncheckedState w14:val="25A1" w14:font="Times New Roman"/>
                    </w14:checkbox>
                  </w:sdtPr>
                  <w:sdtEndPr>
                    <w:rPr>
                      <w:rStyle w:val="aff8"/>
                    </w:rPr>
                  </w:sdtEndPr>
                  <w:sdtContent>
                    <w:r w:rsidR="00A465FE">
                      <w:rPr>
                        <w:rStyle w:val="aff8"/>
                        <w:rFonts w:ascii="Times New Roman" w:hAnsi="Times New Roman" w:cs="Times New Roman"/>
                        <w:sz w:val="40"/>
                        <w:szCs w:val="40"/>
                        <w:lang w:val="ru-RU"/>
                      </w:rPr>
                      <w:t>□</w:t>
                    </w:r>
                  </w:sdtContent>
                </w:sdt>
              </w:sdtContent>
            </w:sdt>
            <w:r w:rsidR="00AA5CA6" w:rsidRPr="00C52D94">
              <w:rPr>
                <w:color w:val="4F6228" w:themeColor="accent3" w:themeShade="80"/>
                <w:lang w:val="ru-RU"/>
              </w:rPr>
              <w:t xml:space="preserve">  </w:t>
            </w:r>
            <w:r w:rsidRPr="0077324A">
              <w:rPr>
                <w:rFonts w:ascii="Arial" w:hAnsi="Arial"/>
                <w:color w:val="2C3E50"/>
                <w:sz w:val="20"/>
                <w:lang w:val="ru-RU"/>
              </w:rPr>
              <w:t>Нет</w:t>
            </w:r>
          </w:p>
          <w:p w14:paraId="5197F427" w14:textId="42034AB1" w:rsidR="00EF7F2A" w:rsidRPr="0077324A" w:rsidRDefault="005C51D4" w:rsidP="00543DE2">
            <w:pPr>
              <w:spacing w:after="80" w:line="360" w:lineRule="auto"/>
              <w:rPr>
                <w:lang w:val="ru-RU"/>
              </w:rPr>
            </w:pPr>
            <w:r w:rsidRPr="0077324A">
              <w:rPr>
                <w:rFonts w:ascii="Arial" w:hAnsi="Arial"/>
                <w:color w:val="2C3E50"/>
                <w:sz w:val="20"/>
                <w:lang w:val="ru-RU"/>
              </w:rPr>
              <w:t xml:space="preserve">• Острые воспаления кожи, свежие раны, тромбофлебит, онкология в анамнезе:  </w:t>
            </w:r>
            <w:sdt>
              <w:sdtPr>
                <w:rPr>
                  <w:rStyle w:val="14"/>
                  <w:color w:val="4F6228" w:themeColor="accent3" w:themeShade="80"/>
                  <w:szCs w:val="28"/>
                  <w:lang w:val="ru-RU"/>
                </w:rPr>
                <w:id w:val="-810485185"/>
                <w:lock w:val="contentLocked"/>
                <w:placeholder>
                  <w:docPart w:val="0F69A8034D9C44338E4BB9AB1B35562A"/>
                </w:placeholder>
                <w:group/>
              </w:sdtPr>
              <w:sdtEndPr>
                <w:rPr>
                  <w:rStyle w:val="14"/>
                </w:rPr>
              </w:sdtEndPr>
              <w:sdtContent>
                <w:sdt>
                  <w:sdtPr>
                    <w:rPr>
                      <w:rStyle w:val="aff8"/>
                      <w:sz w:val="40"/>
                      <w:szCs w:val="40"/>
                      <w:lang w:val="ru-RU"/>
                    </w:rPr>
                    <w:id w:val="-1630546067"/>
                    <w15:color w:val="808000"/>
                    <w15:appearance w15:val="hidden"/>
                    <w14:checkbox>
                      <w14:checked w14:val="0"/>
                      <w14:checkedState w14:val="221A" w14:font="Times New Roman"/>
                      <w14:uncheckedState w14:val="25A1" w14:font="Times New Roman"/>
                    </w14:checkbox>
                  </w:sdtPr>
                  <w:sdtEndPr>
                    <w:rPr>
                      <w:rStyle w:val="aff8"/>
                    </w:rPr>
                  </w:sdtEndPr>
                  <w:sdtContent>
                    <w:r w:rsidR="00AA5CA6">
                      <w:rPr>
                        <w:rStyle w:val="aff8"/>
                        <w:rFonts w:ascii="Times New Roman" w:hAnsi="Times New Roman" w:cs="Times New Roman"/>
                        <w:sz w:val="40"/>
                        <w:szCs w:val="40"/>
                        <w:lang w:val="ru-RU"/>
                      </w:rPr>
                      <w:t>□</w:t>
                    </w:r>
                  </w:sdtContent>
                </w:sdt>
              </w:sdtContent>
            </w:sdt>
            <w:r w:rsidR="00AA5CA6" w:rsidRPr="00C52D94">
              <w:rPr>
                <w:color w:val="4F6228" w:themeColor="accent3" w:themeShade="80"/>
                <w:lang w:val="ru-RU"/>
              </w:rPr>
              <w:t xml:space="preserve">  </w:t>
            </w:r>
            <w:r w:rsidRPr="0077324A">
              <w:rPr>
                <w:rFonts w:ascii="Arial" w:hAnsi="Arial"/>
                <w:color w:val="2C3E50"/>
                <w:sz w:val="20"/>
                <w:lang w:val="ru-RU"/>
              </w:rPr>
              <w:t xml:space="preserve">Да  </w:t>
            </w:r>
            <w:sdt>
              <w:sdtPr>
                <w:rPr>
                  <w:rStyle w:val="14"/>
                  <w:color w:val="4F6228" w:themeColor="accent3" w:themeShade="80"/>
                  <w:szCs w:val="28"/>
                  <w:lang w:val="ru-RU"/>
                </w:rPr>
                <w:id w:val="1567071501"/>
                <w:lock w:val="contentLocked"/>
                <w:placeholder>
                  <w:docPart w:val="99A7F83F07284037ACFBB2661D38D121"/>
                </w:placeholder>
                <w:group/>
              </w:sdtPr>
              <w:sdtEndPr>
                <w:rPr>
                  <w:rStyle w:val="14"/>
                </w:rPr>
              </w:sdtEndPr>
              <w:sdtContent>
                <w:sdt>
                  <w:sdtPr>
                    <w:rPr>
                      <w:rStyle w:val="aff8"/>
                      <w:sz w:val="40"/>
                      <w:szCs w:val="40"/>
                      <w:lang w:val="ru-RU"/>
                    </w:rPr>
                    <w:id w:val="1745761069"/>
                    <w15:color w:val="808000"/>
                    <w15:appearance w15:val="hidden"/>
                    <w14:checkbox>
                      <w14:checked w14:val="0"/>
                      <w14:checkedState w14:val="221A" w14:font="Times New Roman"/>
                      <w14:uncheckedState w14:val="25A1" w14:font="Times New Roman"/>
                    </w14:checkbox>
                  </w:sdtPr>
                  <w:sdtEndPr>
                    <w:rPr>
                      <w:rStyle w:val="aff8"/>
                    </w:rPr>
                  </w:sdtEndPr>
                  <w:sdtContent>
                    <w:r w:rsidR="00AA5CA6">
                      <w:rPr>
                        <w:rStyle w:val="aff8"/>
                        <w:rFonts w:ascii="Times New Roman" w:hAnsi="Times New Roman" w:cs="Times New Roman"/>
                        <w:sz w:val="40"/>
                        <w:szCs w:val="40"/>
                        <w:lang w:val="ru-RU"/>
                      </w:rPr>
                      <w:t>□</w:t>
                    </w:r>
                  </w:sdtContent>
                </w:sdt>
              </w:sdtContent>
            </w:sdt>
            <w:r w:rsidR="00AA5CA6" w:rsidRPr="00C52D94">
              <w:rPr>
                <w:color w:val="4F6228" w:themeColor="accent3" w:themeShade="80"/>
                <w:lang w:val="ru-RU"/>
              </w:rPr>
              <w:t xml:space="preserve">  </w:t>
            </w:r>
            <w:r w:rsidRPr="0077324A">
              <w:rPr>
                <w:rFonts w:ascii="Arial" w:hAnsi="Arial"/>
                <w:color w:val="2C3E50"/>
                <w:sz w:val="20"/>
                <w:lang w:val="ru-RU"/>
              </w:rPr>
              <w:t>Нет</w:t>
            </w:r>
          </w:p>
        </w:tc>
      </w:tr>
    </w:tbl>
    <w:p w14:paraId="05206099" w14:textId="77777777" w:rsidR="00EF7F2A" w:rsidRPr="0077324A" w:rsidRDefault="00EF7F2A">
      <w:pPr>
        <w:spacing w:after="80"/>
        <w:rPr>
          <w:lang w:val="ru-RU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176"/>
      </w:tblGrid>
      <w:tr w:rsidR="00EF7F2A" w:rsidRPr="00A465FE" w14:paraId="5DC78A37" w14:textId="77777777" w:rsidTr="00FD0C14">
        <w:trPr>
          <w:jc w:val="center"/>
        </w:trPr>
        <w:tc>
          <w:tcPr>
            <w:tcW w:w="10176" w:type="dxa"/>
            <w:tcBorders>
              <w:left w:val="single" w:sz="24" w:space="0" w:color="16A085"/>
            </w:tcBorders>
            <w:shd w:val="clear" w:color="auto" w:fill="F2F9F6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46267CF0" w14:textId="77777777" w:rsidR="00EF7F2A" w:rsidRPr="00C2428B" w:rsidRDefault="005C51D4" w:rsidP="00C2428B">
            <w:pPr>
              <w:spacing w:after="120"/>
              <w:jc w:val="center"/>
              <w:rPr>
                <w:sz w:val="24"/>
                <w:szCs w:val="24"/>
                <w:lang w:val="ru-RU"/>
              </w:rPr>
            </w:pPr>
            <w:r w:rsidRPr="00C2428B">
              <w:rPr>
                <w:rFonts w:ascii="Georgia" w:hAnsi="Georgia"/>
                <w:b/>
                <w:color w:val="0B5345"/>
                <w:sz w:val="24"/>
                <w:szCs w:val="24"/>
                <w:lang w:val="ru-RU"/>
              </w:rPr>
              <w:t>3. ТОПОГРАФИЧЕСКАЯ МАТРИЦА ПРОБЛЕМНЫХ ЗОН</w:t>
            </w:r>
          </w:p>
          <w:p w14:paraId="4D93D53C" w14:textId="7AAEB5CF" w:rsidR="00EF7F2A" w:rsidRPr="0077324A" w:rsidRDefault="00A465FE">
            <w:pPr>
              <w:spacing w:after="80"/>
              <w:rPr>
                <w:lang w:val="ru-RU"/>
              </w:rPr>
            </w:pPr>
            <w:sdt>
              <w:sdtPr>
                <w:rPr>
                  <w:rStyle w:val="14"/>
                  <w:color w:val="4F6228" w:themeColor="accent3" w:themeShade="80"/>
                  <w:szCs w:val="28"/>
                  <w:lang w:val="ru-RU"/>
                </w:rPr>
                <w:id w:val="-715504602"/>
                <w:lock w:val="contentLocked"/>
                <w:placeholder>
                  <w:docPart w:val="F3A9D80D32214CAFAFF3B75C2735852D"/>
                </w:placeholder>
                <w:group/>
              </w:sdtPr>
              <w:sdtEndPr>
                <w:rPr>
                  <w:rStyle w:val="14"/>
                </w:rPr>
              </w:sdtEndPr>
              <w:sdtContent>
                <w:sdt>
                  <w:sdtPr>
                    <w:rPr>
                      <w:rStyle w:val="aff8"/>
                      <w:sz w:val="40"/>
                      <w:szCs w:val="40"/>
                      <w:lang w:val="ru-RU"/>
                    </w:rPr>
                    <w:id w:val="-1133332040"/>
                    <w15:color w:val="808000"/>
                    <w15:appearance w15:val="hidden"/>
                    <w14:checkbox>
                      <w14:checked w14:val="0"/>
                      <w14:checkedState w14:val="221A" w14:font="Times New Roman"/>
                      <w14:uncheckedState w14:val="25A1" w14:font="Times New Roman"/>
                    </w14:checkbox>
                  </w:sdtPr>
                  <w:sdtEndPr>
                    <w:rPr>
                      <w:rStyle w:val="aff8"/>
                    </w:rPr>
                  </w:sdtEndPr>
                  <w:sdtContent>
                    <w:r w:rsidR="00AA5CA6">
                      <w:rPr>
                        <w:rStyle w:val="aff8"/>
                        <w:rFonts w:ascii="Times New Roman" w:hAnsi="Times New Roman" w:cs="Times New Roman"/>
                        <w:sz w:val="40"/>
                        <w:szCs w:val="40"/>
                        <w:lang w:val="ru-RU"/>
                      </w:rPr>
                      <w:t>□</w:t>
                    </w:r>
                  </w:sdtContent>
                </w:sdt>
              </w:sdtContent>
            </w:sdt>
            <w:r w:rsidR="00AA5CA6">
              <w:rPr>
                <w:color w:val="4F6228" w:themeColor="accent3" w:themeShade="80"/>
                <w:lang w:val="ru-RU"/>
              </w:rPr>
              <w:t xml:space="preserve"> </w:t>
            </w:r>
            <w:r w:rsidR="005C51D4" w:rsidRPr="0077324A">
              <w:rPr>
                <w:rFonts w:ascii="Arial" w:hAnsi="Arial"/>
                <w:color w:val="2C3E50"/>
                <w:sz w:val="20"/>
                <w:lang w:val="ru-RU"/>
              </w:rPr>
              <w:t xml:space="preserve">Живот и талия:        </w:t>
            </w:r>
            <w:sdt>
              <w:sdtPr>
                <w:rPr>
                  <w:rStyle w:val="14"/>
                  <w:color w:val="4F6228" w:themeColor="accent3" w:themeShade="80"/>
                  <w:szCs w:val="28"/>
                  <w:lang w:val="ru-RU"/>
                </w:rPr>
                <w:id w:val="-1657218804"/>
                <w:lock w:val="contentLocked"/>
                <w:placeholder>
                  <w:docPart w:val="F0845FA5DA1A42F88A4670C97B5AAC91"/>
                </w:placeholder>
                <w:group/>
              </w:sdtPr>
              <w:sdtEndPr>
                <w:rPr>
                  <w:rStyle w:val="14"/>
                </w:rPr>
              </w:sdtEndPr>
              <w:sdtContent>
                <w:sdt>
                  <w:sdtPr>
                    <w:rPr>
                      <w:rStyle w:val="aff8"/>
                      <w:sz w:val="40"/>
                      <w:szCs w:val="40"/>
                      <w:lang w:val="ru-RU"/>
                    </w:rPr>
                    <w:id w:val="317842691"/>
                    <w15:color w:val="808000"/>
                    <w15:appearance w15:val="hidden"/>
                    <w14:checkbox>
                      <w14:checked w14:val="0"/>
                      <w14:checkedState w14:val="221A" w14:font="Times New Roman"/>
                      <w14:uncheckedState w14:val="25A1" w14:font="Times New Roman"/>
                    </w14:checkbox>
                  </w:sdtPr>
                  <w:sdtEndPr>
                    <w:rPr>
                      <w:rStyle w:val="aff8"/>
                    </w:rPr>
                  </w:sdtEndPr>
                  <w:sdtContent>
                    <w:r w:rsidR="00AA5CA6">
                      <w:rPr>
                        <w:rStyle w:val="aff8"/>
                        <w:rFonts w:ascii="Times New Roman" w:hAnsi="Times New Roman" w:cs="Times New Roman"/>
                        <w:sz w:val="40"/>
                        <w:szCs w:val="40"/>
                        <w:lang w:val="ru-RU"/>
                      </w:rPr>
                      <w:t>□</w:t>
                    </w:r>
                  </w:sdtContent>
                </w:sdt>
              </w:sdtContent>
            </w:sdt>
            <w:r w:rsidR="00AA5CA6">
              <w:rPr>
                <w:color w:val="4F6228" w:themeColor="accent3" w:themeShade="80"/>
                <w:lang w:val="ru-RU"/>
              </w:rPr>
              <w:t xml:space="preserve"> </w:t>
            </w:r>
            <w:r w:rsidR="005C51D4" w:rsidRPr="0077324A">
              <w:rPr>
                <w:rFonts w:ascii="Arial" w:hAnsi="Arial"/>
                <w:color w:val="2C3E50"/>
                <w:sz w:val="20"/>
                <w:lang w:val="ru-RU"/>
              </w:rPr>
              <w:t xml:space="preserve">Жировые отложения  </w:t>
            </w:r>
            <w:sdt>
              <w:sdtPr>
                <w:rPr>
                  <w:rStyle w:val="14"/>
                  <w:color w:val="4F6228" w:themeColor="accent3" w:themeShade="80"/>
                  <w:szCs w:val="28"/>
                  <w:lang w:val="ru-RU"/>
                </w:rPr>
                <w:id w:val="1125962013"/>
                <w:lock w:val="contentLocked"/>
                <w:placeholder>
                  <w:docPart w:val="056936B46F474B0AB645D04A5E26144D"/>
                </w:placeholder>
                <w:group/>
              </w:sdtPr>
              <w:sdtEndPr>
                <w:rPr>
                  <w:rStyle w:val="14"/>
                </w:rPr>
              </w:sdtEndPr>
              <w:sdtContent>
                <w:sdt>
                  <w:sdtPr>
                    <w:rPr>
                      <w:rStyle w:val="aff8"/>
                      <w:sz w:val="40"/>
                      <w:szCs w:val="40"/>
                      <w:lang w:val="ru-RU"/>
                    </w:rPr>
                    <w:id w:val="-1158215068"/>
                    <w15:color w:val="808000"/>
                    <w15:appearance w15:val="hidden"/>
                    <w14:checkbox>
                      <w14:checked w14:val="0"/>
                      <w14:checkedState w14:val="221A" w14:font="Times New Roman"/>
                      <w14:uncheckedState w14:val="25A1" w14:font="Times New Roman"/>
                    </w14:checkbox>
                  </w:sdtPr>
                  <w:sdtEndPr>
                    <w:rPr>
                      <w:rStyle w:val="aff8"/>
                    </w:rPr>
                  </w:sdtEndPr>
                  <w:sdtContent>
                    <w:r w:rsidR="00AA5CA6">
                      <w:rPr>
                        <w:rStyle w:val="aff8"/>
                        <w:rFonts w:ascii="Times New Roman" w:hAnsi="Times New Roman" w:cs="Times New Roman"/>
                        <w:sz w:val="40"/>
                        <w:szCs w:val="40"/>
                        <w:lang w:val="ru-RU"/>
                      </w:rPr>
                      <w:t>□</w:t>
                    </w:r>
                  </w:sdtContent>
                </w:sdt>
              </w:sdtContent>
            </w:sdt>
            <w:r w:rsidR="00AA5CA6">
              <w:rPr>
                <w:lang w:val="ru-RU"/>
              </w:rPr>
              <w:t xml:space="preserve"> </w:t>
            </w:r>
            <w:r w:rsidR="005C51D4" w:rsidRPr="0077324A">
              <w:rPr>
                <w:rFonts w:ascii="Arial" w:hAnsi="Arial"/>
                <w:color w:val="2C3E50"/>
                <w:sz w:val="20"/>
                <w:lang w:val="ru-RU"/>
              </w:rPr>
              <w:t xml:space="preserve">Отечность  </w:t>
            </w:r>
            <w:sdt>
              <w:sdtPr>
                <w:rPr>
                  <w:rStyle w:val="14"/>
                  <w:color w:val="4F6228" w:themeColor="accent3" w:themeShade="80"/>
                  <w:szCs w:val="28"/>
                  <w:lang w:val="ru-RU"/>
                </w:rPr>
                <w:id w:val="-1159543386"/>
                <w:lock w:val="contentLocked"/>
                <w:placeholder>
                  <w:docPart w:val="E2736ECAA6F2492BB73E7CDDD56B6162"/>
                </w:placeholder>
                <w:group/>
              </w:sdtPr>
              <w:sdtEndPr>
                <w:rPr>
                  <w:rStyle w:val="14"/>
                </w:rPr>
              </w:sdtEndPr>
              <w:sdtContent>
                <w:sdt>
                  <w:sdtPr>
                    <w:rPr>
                      <w:rStyle w:val="aff8"/>
                      <w:sz w:val="40"/>
                      <w:szCs w:val="40"/>
                      <w:lang w:val="ru-RU"/>
                    </w:rPr>
                    <w:id w:val="-892505605"/>
                    <w15:color w:val="808000"/>
                    <w15:appearance w15:val="hidden"/>
                    <w14:checkbox>
                      <w14:checked w14:val="0"/>
                      <w14:checkedState w14:val="221A" w14:font="Times New Roman"/>
                      <w14:uncheckedState w14:val="25A1" w14:font="Times New Roman"/>
                    </w14:checkbox>
                  </w:sdtPr>
                  <w:sdtEndPr>
                    <w:rPr>
                      <w:rStyle w:val="aff8"/>
                    </w:rPr>
                  </w:sdtEndPr>
                  <w:sdtContent>
                    <w:r w:rsidR="00AA5CA6">
                      <w:rPr>
                        <w:rStyle w:val="aff8"/>
                        <w:rFonts w:ascii="Times New Roman" w:hAnsi="Times New Roman" w:cs="Times New Roman"/>
                        <w:sz w:val="40"/>
                        <w:szCs w:val="40"/>
                        <w:lang w:val="ru-RU"/>
                      </w:rPr>
                      <w:t>□</w:t>
                    </w:r>
                  </w:sdtContent>
                </w:sdt>
              </w:sdtContent>
            </w:sdt>
            <w:r w:rsidR="00AA5CA6">
              <w:rPr>
                <w:color w:val="4F6228" w:themeColor="accent3" w:themeShade="80"/>
                <w:lang w:val="ru-RU"/>
              </w:rPr>
              <w:t xml:space="preserve"> </w:t>
            </w:r>
            <w:r w:rsidR="005C51D4" w:rsidRPr="0077324A">
              <w:rPr>
                <w:rFonts w:ascii="Arial" w:hAnsi="Arial"/>
                <w:color w:val="2C3E50"/>
                <w:sz w:val="20"/>
                <w:lang w:val="ru-RU"/>
              </w:rPr>
              <w:t xml:space="preserve">Снижен тонус  </w:t>
            </w:r>
            <w:sdt>
              <w:sdtPr>
                <w:rPr>
                  <w:rStyle w:val="14"/>
                  <w:color w:val="4F6228" w:themeColor="accent3" w:themeShade="80"/>
                  <w:szCs w:val="28"/>
                  <w:lang w:val="ru-RU"/>
                </w:rPr>
                <w:id w:val="-2101554996"/>
                <w:lock w:val="contentLocked"/>
                <w:placeholder>
                  <w:docPart w:val="E1019899319A4292ABBB26BB7D94CA9B"/>
                </w:placeholder>
                <w:group/>
              </w:sdtPr>
              <w:sdtEndPr>
                <w:rPr>
                  <w:rStyle w:val="14"/>
                </w:rPr>
              </w:sdtEndPr>
              <w:sdtContent>
                <w:sdt>
                  <w:sdtPr>
                    <w:rPr>
                      <w:rStyle w:val="aff8"/>
                      <w:sz w:val="40"/>
                      <w:szCs w:val="40"/>
                      <w:lang w:val="ru-RU"/>
                    </w:rPr>
                    <w:id w:val="2126111985"/>
                    <w15:color w:val="808000"/>
                    <w15:appearance w15:val="hidden"/>
                    <w14:checkbox>
                      <w14:checked w14:val="0"/>
                      <w14:checkedState w14:val="221A" w14:font="Times New Roman"/>
                      <w14:uncheckedState w14:val="25A1" w14:font="Times New Roman"/>
                    </w14:checkbox>
                  </w:sdtPr>
                  <w:sdtEndPr>
                    <w:rPr>
                      <w:rStyle w:val="aff8"/>
                    </w:rPr>
                  </w:sdtEndPr>
                  <w:sdtContent>
                    <w:r w:rsidR="00AA5CA6">
                      <w:rPr>
                        <w:rStyle w:val="aff8"/>
                        <w:rFonts w:ascii="Times New Roman" w:hAnsi="Times New Roman" w:cs="Times New Roman"/>
                        <w:sz w:val="40"/>
                        <w:szCs w:val="40"/>
                        <w:lang w:val="ru-RU"/>
                      </w:rPr>
                      <w:t>□</w:t>
                    </w:r>
                  </w:sdtContent>
                </w:sdt>
              </w:sdtContent>
            </w:sdt>
            <w:r w:rsidR="00AA5CA6">
              <w:rPr>
                <w:color w:val="4F6228" w:themeColor="accent3" w:themeShade="80"/>
                <w:lang w:val="ru-RU"/>
              </w:rPr>
              <w:t xml:space="preserve"> </w:t>
            </w:r>
            <w:r w:rsidR="005C51D4" w:rsidRPr="0077324A">
              <w:rPr>
                <w:rFonts w:ascii="Arial" w:hAnsi="Arial"/>
                <w:color w:val="2C3E50"/>
                <w:sz w:val="20"/>
                <w:lang w:val="ru-RU"/>
              </w:rPr>
              <w:t>Растяжки</w:t>
            </w:r>
          </w:p>
          <w:p w14:paraId="3B6834AA" w14:textId="5F055814" w:rsidR="00EF7F2A" w:rsidRPr="0077324A" w:rsidRDefault="00A465FE">
            <w:pPr>
              <w:spacing w:after="80"/>
              <w:rPr>
                <w:lang w:val="ru-RU"/>
              </w:rPr>
            </w:pPr>
            <w:sdt>
              <w:sdtPr>
                <w:rPr>
                  <w:rStyle w:val="14"/>
                  <w:color w:val="4F6228" w:themeColor="accent3" w:themeShade="80"/>
                  <w:szCs w:val="28"/>
                  <w:lang w:val="ru-RU"/>
                </w:rPr>
                <w:id w:val="717479173"/>
                <w:lock w:val="contentLocked"/>
                <w:placeholder>
                  <w:docPart w:val="5FDBA24272F64FB7B30968A455785527"/>
                </w:placeholder>
                <w:group/>
              </w:sdtPr>
              <w:sdtEndPr>
                <w:rPr>
                  <w:rStyle w:val="14"/>
                </w:rPr>
              </w:sdtEndPr>
              <w:sdtContent>
                <w:sdt>
                  <w:sdtPr>
                    <w:rPr>
                      <w:rStyle w:val="aff8"/>
                      <w:sz w:val="40"/>
                      <w:szCs w:val="40"/>
                      <w:lang w:val="ru-RU"/>
                    </w:rPr>
                    <w:id w:val="1891000363"/>
                    <w15:color w:val="808000"/>
                    <w15:appearance w15:val="hidden"/>
                    <w14:checkbox>
                      <w14:checked w14:val="0"/>
                      <w14:checkedState w14:val="221A" w14:font="Times New Roman"/>
                      <w14:uncheckedState w14:val="25A1" w14:font="Times New Roman"/>
                    </w14:checkbox>
                  </w:sdtPr>
                  <w:sdtEndPr>
                    <w:rPr>
                      <w:rStyle w:val="aff8"/>
                    </w:rPr>
                  </w:sdtEndPr>
                  <w:sdtContent>
                    <w:r w:rsidR="00AA5CA6">
                      <w:rPr>
                        <w:rStyle w:val="aff8"/>
                        <w:rFonts w:ascii="Times New Roman" w:hAnsi="Times New Roman" w:cs="Times New Roman"/>
                        <w:sz w:val="40"/>
                        <w:szCs w:val="40"/>
                        <w:lang w:val="ru-RU"/>
                      </w:rPr>
                      <w:t>□</w:t>
                    </w:r>
                  </w:sdtContent>
                </w:sdt>
              </w:sdtContent>
            </w:sdt>
            <w:r w:rsidR="00AA5CA6">
              <w:rPr>
                <w:color w:val="4F6228" w:themeColor="accent3" w:themeShade="80"/>
                <w:lang w:val="ru-RU"/>
              </w:rPr>
              <w:t xml:space="preserve"> </w:t>
            </w:r>
            <w:r w:rsidR="005C51D4" w:rsidRPr="0077324A">
              <w:rPr>
                <w:rFonts w:ascii="Arial" w:hAnsi="Arial"/>
                <w:color w:val="2C3E50"/>
                <w:sz w:val="20"/>
                <w:lang w:val="ru-RU"/>
              </w:rPr>
              <w:t xml:space="preserve">Ягодицы и галифе:    </w:t>
            </w:r>
            <w:sdt>
              <w:sdtPr>
                <w:rPr>
                  <w:rStyle w:val="14"/>
                  <w:color w:val="4F6228" w:themeColor="accent3" w:themeShade="80"/>
                  <w:szCs w:val="28"/>
                  <w:lang w:val="ru-RU"/>
                </w:rPr>
                <w:id w:val="1907338493"/>
                <w:lock w:val="contentLocked"/>
                <w:placeholder>
                  <w:docPart w:val="DDFBA7F4A2C5456087083C5EFA315806"/>
                </w:placeholder>
                <w:group/>
              </w:sdtPr>
              <w:sdtEndPr>
                <w:rPr>
                  <w:rStyle w:val="14"/>
                </w:rPr>
              </w:sdtEndPr>
              <w:sdtContent>
                <w:sdt>
                  <w:sdtPr>
                    <w:rPr>
                      <w:rStyle w:val="aff8"/>
                      <w:sz w:val="40"/>
                      <w:szCs w:val="40"/>
                      <w:lang w:val="ru-RU"/>
                    </w:rPr>
                    <w:id w:val="-610900440"/>
                    <w15:color w:val="808000"/>
                    <w15:appearance w15:val="hidden"/>
                    <w14:checkbox>
                      <w14:checked w14:val="0"/>
                      <w14:checkedState w14:val="221A" w14:font="Times New Roman"/>
                      <w14:uncheckedState w14:val="25A1" w14:font="Times New Roman"/>
                    </w14:checkbox>
                  </w:sdtPr>
                  <w:sdtEndPr>
                    <w:rPr>
                      <w:rStyle w:val="aff8"/>
                    </w:rPr>
                  </w:sdtEndPr>
                  <w:sdtContent>
                    <w:r w:rsidR="00AA5CA6">
                      <w:rPr>
                        <w:rStyle w:val="aff8"/>
                        <w:rFonts w:ascii="Times New Roman" w:hAnsi="Times New Roman" w:cs="Times New Roman"/>
                        <w:sz w:val="40"/>
                        <w:szCs w:val="40"/>
                        <w:lang w:val="ru-RU"/>
                      </w:rPr>
                      <w:t>□</w:t>
                    </w:r>
                  </w:sdtContent>
                </w:sdt>
              </w:sdtContent>
            </w:sdt>
            <w:r w:rsidR="00AA5CA6">
              <w:rPr>
                <w:color w:val="4F6228" w:themeColor="accent3" w:themeShade="80"/>
                <w:lang w:val="ru-RU"/>
              </w:rPr>
              <w:t xml:space="preserve"> </w:t>
            </w:r>
            <w:r w:rsidR="005C51D4" w:rsidRPr="0077324A">
              <w:rPr>
                <w:rFonts w:ascii="Arial" w:hAnsi="Arial"/>
                <w:color w:val="2C3E50"/>
                <w:sz w:val="20"/>
                <w:lang w:val="ru-RU"/>
              </w:rPr>
              <w:t xml:space="preserve">Фиброзный целлюлит  </w:t>
            </w:r>
            <w:sdt>
              <w:sdtPr>
                <w:rPr>
                  <w:rStyle w:val="14"/>
                  <w:color w:val="4F6228" w:themeColor="accent3" w:themeShade="80"/>
                  <w:szCs w:val="28"/>
                  <w:lang w:val="ru-RU"/>
                </w:rPr>
                <w:id w:val="-421181657"/>
                <w:lock w:val="contentLocked"/>
                <w:placeholder>
                  <w:docPart w:val="97A5FB0922DD44CD91F8BEF38787D05A"/>
                </w:placeholder>
                <w:group/>
              </w:sdtPr>
              <w:sdtEndPr>
                <w:rPr>
                  <w:rStyle w:val="14"/>
                </w:rPr>
              </w:sdtEndPr>
              <w:sdtContent>
                <w:sdt>
                  <w:sdtPr>
                    <w:rPr>
                      <w:rStyle w:val="aff8"/>
                      <w:sz w:val="40"/>
                      <w:szCs w:val="40"/>
                      <w:lang w:val="ru-RU"/>
                    </w:rPr>
                    <w:id w:val="10802977"/>
                    <w15:color w:val="808000"/>
                    <w15:appearance w15:val="hidden"/>
                    <w14:checkbox>
                      <w14:checked w14:val="0"/>
                      <w14:checkedState w14:val="221A" w14:font="Times New Roman"/>
                      <w14:uncheckedState w14:val="25A1" w14:font="Times New Roman"/>
                    </w14:checkbox>
                  </w:sdtPr>
                  <w:sdtEndPr>
                    <w:rPr>
                      <w:rStyle w:val="aff8"/>
                    </w:rPr>
                  </w:sdtEndPr>
                  <w:sdtContent>
                    <w:r w:rsidR="00AA5CA6">
                      <w:rPr>
                        <w:rStyle w:val="aff8"/>
                        <w:rFonts w:ascii="Times New Roman" w:hAnsi="Times New Roman" w:cs="Times New Roman"/>
                        <w:sz w:val="40"/>
                        <w:szCs w:val="40"/>
                        <w:lang w:val="ru-RU"/>
                      </w:rPr>
                      <w:t>□</w:t>
                    </w:r>
                  </w:sdtContent>
                </w:sdt>
              </w:sdtContent>
            </w:sdt>
            <w:r w:rsidR="00AA5CA6">
              <w:rPr>
                <w:color w:val="4F6228" w:themeColor="accent3" w:themeShade="80"/>
                <w:lang w:val="ru-RU"/>
              </w:rPr>
              <w:t xml:space="preserve"> </w:t>
            </w:r>
            <w:r w:rsidR="005C51D4" w:rsidRPr="0077324A">
              <w:rPr>
                <w:rFonts w:ascii="Arial" w:hAnsi="Arial"/>
                <w:color w:val="2C3E50"/>
                <w:sz w:val="20"/>
                <w:lang w:val="ru-RU"/>
              </w:rPr>
              <w:t xml:space="preserve">Отечный целлюлит  </w:t>
            </w:r>
            <w:sdt>
              <w:sdtPr>
                <w:rPr>
                  <w:rStyle w:val="14"/>
                  <w:color w:val="4F6228" w:themeColor="accent3" w:themeShade="80"/>
                  <w:szCs w:val="28"/>
                  <w:lang w:val="ru-RU"/>
                </w:rPr>
                <w:id w:val="705682658"/>
                <w:lock w:val="contentLocked"/>
                <w:placeholder>
                  <w:docPart w:val="50E2497A258C44DC9E88347F5AE18A7D"/>
                </w:placeholder>
                <w:group/>
              </w:sdtPr>
              <w:sdtEndPr>
                <w:rPr>
                  <w:rStyle w:val="14"/>
                </w:rPr>
              </w:sdtEndPr>
              <w:sdtContent>
                <w:sdt>
                  <w:sdtPr>
                    <w:rPr>
                      <w:rStyle w:val="aff8"/>
                      <w:sz w:val="40"/>
                      <w:szCs w:val="40"/>
                      <w:lang w:val="ru-RU"/>
                    </w:rPr>
                    <w:id w:val="782151323"/>
                    <w15:color w:val="808000"/>
                    <w15:appearance w15:val="hidden"/>
                    <w14:checkbox>
                      <w14:checked w14:val="0"/>
                      <w14:checkedState w14:val="221A" w14:font="Times New Roman"/>
                      <w14:uncheckedState w14:val="25A1" w14:font="Times New Roman"/>
                    </w14:checkbox>
                  </w:sdtPr>
                  <w:sdtEndPr>
                    <w:rPr>
                      <w:rStyle w:val="aff8"/>
                    </w:rPr>
                  </w:sdtEndPr>
                  <w:sdtContent>
                    <w:r w:rsidR="00AA5CA6">
                      <w:rPr>
                        <w:rStyle w:val="aff8"/>
                        <w:rFonts w:ascii="Times New Roman" w:hAnsi="Times New Roman" w:cs="Times New Roman"/>
                        <w:sz w:val="40"/>
                        <w:szCs w:val="40"/>
                        <w:lang w:val="ru-RU"/>
                      </w:rPr>
                      <w:t>□</w:t>
                    </w:r>
                  </w:sdtContent>
                </w:sdt>
              </w:sdtContent>
            </w:sdt>
            <w:r w:rsidR="00AA5CA6">
              <w:rPr>
                <w:color w:val="4F6228" w:themeColor="accent3" w:themeShade="80"/>
                <w:lang w:val="ru-RU"/>
              </w:rPr>
              <w:t xml:space="preserve"> </w:t>
            </w:r>
            <w:r w:rsidR="005C51D4" w:rsidRPr="0077324A">
              <w:rPr>
                <w:rFonts w:ascii="Arial" w:hAnsi="Arial"/>
                <w:color w:val="2C3E50"/>
                <w:sz w:val="20"/>
                <w:lang w:val="ru-RU"/>
              </w:rPr>
              <w:t>Птоз тканей</w:t>
            </w:r>
          </w:p>
          <w:p w14:paraId="27B93DBE" w14:textId="333C4AFD" w:rsidR="00EF7F2A" w:rsidRPr="0077324A" w:rsidRDefault="00A465FE">
            <w:pPr>
              <w:spacing w:after="80"/>
              <w:rPr>
                <w:lang w:val="ru-RU"/>
              </w:rPr>
            </w:pPr>
            <w:sdt>
              <w:sdtPr>
                <w:rPr>
                  <w:rStyle w:val="14"/>
                  <w:color w:val="4F6228" w:themeColor="accent3" w:themeShade="80"/>
                  <w:szCs w:val="28"/>
                  <w:lang w:val="ru-RU"/>
                </w:rPr>
                <w:id w:val="-1201929109"/>
                <w:lock w:val="contentLocked"/>
                <w:placeholder>
                  <w:docPart w:val="B690E1DF992D420E93BEDAF04F956608"/>
                </w:placeholder>
                <w:group/>
              </w:sdtPr>
              <w:sdtEndPr>
                <w:rPr>
                  <w:rStyle w:val="14"/>
                </w:rPr>
              </w:sdtEndPr>
              <w:sdtContent>
                <w:sdt>
                  <w:sdtPr>
                    <w:rPr>
                      <w:rStyle w:val="aff8"/>
                      <w:sz w:val="40"/>
                      <w:szCs w:val="40"/>
                      <w:lang w:val="ru-RU"/>
                    </w:rPr>
                    <w:id w:val="-859512993"/>
                    <w15:color w:val="808000"/>
                    <w15:appearance w15:val="hidden"/>
                    <w14:checkbox>
                      <w14:checked w14:val="0"/>
                      <w14:checkedState w14:val="221A" w14:font="Times New Roman"/>
                      <w14:uncheckedState w14:val="25A1" w14:font="Times New Roman"/>
                    </w14:checkbox>
                  </w:sdtPr>
                  <w:sdtEndPr>
                    <w:rPr>
                      <w:rStyle w:val="aff8"/>
                    </w:rPr>
                  </w:sdtEndPr>
                  <w:sdtContent>
                    <w:r w:rsidR="00AA5CA6">
                      <w:rPr>
                        <w:rStyle w:val="aff8"/>
                        <w:rFonts w:ascii="Times New Roman" w:hAnsi="Times New Roman" w:cs="Times New Roman"/>
                        <w:sz w:val="40"/>
                        <w:szCs w:val="40"/>
                        <w:lang w:val="ru-RU"/>
                      </w:rPr>
                      <w:t>□</w:t>
                    </w:r>
                  </w:sdtContent>
                </w:sdt>
              </w:sdtContent>
            </w:sdt>
            <w:r w:rsidR="00AA5CA6">
              <w:rPr>
                <w:color w:val="4F6228" w:themeColor="accent3" w:themeShade="80"/>
                <w:lang w:val="ru-RU"/>
              </w:rPr>
              <w:t xml:space="preserve"> </w:t>
            </w:r>
            <w:r w:rsidR="005C51D4" w:rsidRPr="0077324A">
              <w:rPr>
                <w:rFonts w:ascii="Arial" w:hAnsi="Arial"/>
                <w:color w:val="2C3E50"/>
                <w:sz w:val="20"/>
                <w:lang w:val="ru-RU"/>
              </w:rPr>
              <w:t>Бедра (</w:t>
            </w:r>
            <w:proofErr w:type="spellStart"/>
            <w:r w:rsidR="005C51D4" w:rsidRPr="0077324A">
              <w:rPr>
                <w:rFonts w:ascii="Arial" w:hAnsi="Arial"/>
                <w:color w:val="2C3E50"/>
                <w:sz w:val="20"/>
                <w:lang w:val="ru-RU"/>
              </w:rPr>
              <w:t>внутр</w:t>
            </w:r>
            <w:proofErr w:type="spellEnd"/>
            <w:r w:rsidR="005C51D4" w:rsidRPr="0077324A">
              <w:rPr>
                <w:rFonts w:ascii="Arial" w:hAnsi="Arial"/>
                <w:color w:val="2C3E50"/>
                <w:sz w:val="20"/>
                <w:lang w:val="ru-RU"/>
              </w:rPr>
              <w:t>/</w:t>
            </w:r>
            <w:proofErr w:type="spellStart"/>
            <w:r w:rsidR="005C51D4" w:rsidRPr="0077324A">
              <w:rPr>
                <w:rFonts w:ascii="Arial" w:hAnsi="Arial"/>
                <w:color w:val="2C3E50"/>
                <w:sz w:val="20"/>
                <w:lang w:val="ru-RU"/>
              </w:rPr>
              <w:t>внеш</w:t>
            </w:r>
            <w:proofErr w:type="spellEnd"/>
            <w:r w:rsidR="005C51D4" w:rsidRPr="0077324A">
              <w:rPr>
                <w:rFonts w:ascii="Arial" w:hAnsi="Arial"/>
                <w:color w:val="2C3E50"/>
                <w:sz w:val="20"/>
                <w:lang w:val="ru-RU"/>
              </w:rPr>
              <w:t xml:space="preserve">):   </w:t>
            </w:r>
            <w:sdt>
              <w:sdtPr>
                <w:rPr>
                  <w:rStyle w:val="14"/>
                  <w:color w:val="4F6228" w:themeColor="accent3" w:themeShade="80"/>
                  <w:szCs w:val="28"/>
                  <w:lang w:val="ru-RU"/>
                </w:rPr>
                <w:id w:val="-1295214269"/>
                <w:lock w:val="contentLocked"/>
                <w:placeholder>
                  <w:docPart w:val="39AE8A653BB9459A874EC857F8338CA8"/>
                </w:placeholder>
                <w:group/>
              </w:sdtPr>
              <w:sdtEndPr>
                <w:rPr>
                  <w:rStyle w:val="14"/>
                </w:rPr>
              </w:sdtEndPr>
              <w:sdtContent>
                <w:sdt>
                  <w:sdtPr>
                    <w:rPr>
                      <w:rStyle w:val="aff8"/>
                      <w:sz w:val="40"/>
                      <w:szCs w:val="40"/>
                      <w:lang w:val="ru-RU"/>
                    </w:rPr>
                    <w:id w:val="256485113"/>
                    <w15:color w:val="808000"/>
                    <w15:appearance w15:val="hidden"/>
                    <w14:checkbox>
                      <w14:checked w14:val="0"/>
                      <w14:checkedState w14:val="221A" w14:font="Times New Roman"/>
                      <w14:uncheckedState w14:val="25A1" w14:font="Times New Roman"/>
                    </w14:checkbox>
                  </w:sdtPr>
                  <w:sdtEndPr>
                    <w:rPr>
                      <w:rStyle w:val="aff8"/>
                    </w:rPr>
                  </w:sdtEndPr>
                  <w:sdtContent>
                    <w:r w:rsidR="00AA5CA6">
                      <w:rPr>
                        <w:rStyle w:val="aff8"/>
                        <w:rFonts w:ascii="Times New Roman" w:hAnsi="Times New Roman" w:cs="Times New Roman"/>
                        <w:sz w:val="40"/>
                        <w:szCs w:val="40"/>
                        <w:lang w:val="ru-RU"/>
                      </w:rPr>
                      <w:t>□</w:t>
                    </w:r>
                  </w:sdtContent>
                </w:sdt>
              </w:sdtContent>
            </w:sdt>
            <w:r w:rsidR="00AA5CA6">
              <w:rPr>
                <w:color w:val="4F6228" w:themeColor="accent3" w:themeShade="80"/>
                <w:lang w:val="ru-RU"/>
              </w:rPr>
              <w:t xml:space="preserve"> </w:t>
            </w:r>
            <w:r w:rsidR="005C51D4" w:rsidRPr="0077324A">
              <w:rPr>
                <w:rFonts w:ascii="Arial" w:hAnsi="Arial"/>
                <w:color w:val="2C3E50"/>
                <w:sz w:val="20"/>
                <w:lang w:val="ru-RU"/>
              </w:rPr>
              <w:t xml:space="preserve">Локальный жир  </w:t>
            </w:r>
            <w:sdt>
              <w:sdtPr>
                <w:rPr>
                  <w:rStyle w:val="14"/>
                  <w:color w:val="4F6228" w:themeColor="accent3" w:themeShade="80"/>
                  <w:szCs w:val="28"/>
                  <w:lang w:val="ru-RU"/>
                </w:rPr>
                <w:id w:val="-990559002"/>
                <w:lock w:val="contentLocked"/>
                <w:placeholder>
                  <w:docPart w:val="AEE75799A70B44249A1E0C878A080312"/>
                </w:placeholder>
                <w:group/>
              </w:sdtPr>
              <w:sdtEndPr>
                <w:rPr>
                  <w:rStyle w:val="14"/>
                </w:rPr>
              </w:sdtEndPr>
              <w:sdtContent>
                <w:sdt>
                  <w:sdtPr>
                    <w:rPr>
                      <w:rStyle w:val="aff8"/>
                      <w:sz w:val="40"/>
                      <w:szCs w:val="40"/>
                      <w:lang w:val="ru-RU"/>
                    </w:rPr>
                    <w:id w:val="1837344329"/>
                    <w15:color w:val="808000"/>
                    <w15:appearance w15:val="hidden"/>
                    <w14:checkbox>
                      <w14:checked w14:val="0"/>
                      <w14:checkedState w14:val="221A" w14:font="Times New Roman"/>
                      <w14:uncheckedState w14:val="25A1" w14:font="Times New Roman"/>
                    </w14:checkbox>
                  </w:sdtPr>
                  <w:sdtEndPr>
                    <w:rPr>
                      <w:rStyle w:val="aff8"/>
                    </w:rPr>
                  </w:sdtEndPr>
                  <w:sdtContent>
                    <w:r w:rsidR="00AA5CA6">
                      <w:rPr>
                        <w:rStyle w:val="aff8"/>
                        <w:rFonts w:ascii="Times New Roman" w:hAnsi="Times New Roman" w:cs="Times New Roman"/>
                        <w:sz w:val="40"/>
                        <w:szCs w:val="40"/>
                        <w:lang w:val="ru-RU"/>
                      </w:rPr>
                      <w:t>□</w:t>
                    </w:r>
                  </w:sdtContent>
                </w:sdt>
              </w:sdtContent>
            </w:sdt>
            <w:r w:rsidR="00AA5CA6">
              <w:rPr>
                <w:color w:val="4F6228" w:themeColor="accent3" w:themeShade="80"/>
                <w:lang w:val="ru-RU"/>
              </w:rPr>
              <w:t xml:space="preserve"> </w:t>
            </w:r>
            <w:r w:rsidR="005C51D4" w:rsidRPr="0077324A">
              <w:rPr>
                <w:rFonts w:ascii="Arial" w:hAnsi="Arial"/>
                <w:color w:val="2C3E50"/>
                <w:sz w:val="20"/>
                <w:lang w:val="ru-RU"/>
              </w:rPr>
              <w:t xml:space="preserve">Дряблость кожи  </w:t>
            </w:r>
            <w:sdt>
              <w:sdtPr>
                <w:rPr>
                  <w:rStyle w:val="14"/>
                  <w:color w:val="4F6228" w:themeColor="accent3" w:themeShade="80"/>
                  <w:szCs w:val="28"/>
                  <w:lang w:val="ru-RU"/>
                </w:rPr>
                <w:id w:val="-1863127575"/>
                <w:lock w:val="contentLocked"/>
                <w:placeholder>
                  <w:docPart w:val="91A5EA2964DA4624B38A1F6D73D3E1D2"/>
                </w:placeholder>
                <w:group/>
              </w:sdtPr>
              <w:sdtEndPr>
                <w:rPr>
                  <w:rStyle w:val="14"/>
                </w:rPr>
              </w:sdtEndPr>
              <w:sdtContent>
                <w:sdt>
                  <w:sdtPr>
                    <w:rPr>
                      <w:rStyle w:val="aff8"/>
                      <w:sz w:val="40"/>
                      <w:szCs w:val="40"/>
                      <w:lang w:val="ru-RU"/>
                    </w:rPr>
                    <w:id w:val="1896091421"/>
                    <w15:color w:val="808000"/>
                    <w15:appearance w15:val="hidden"/>
                    <w14:checkbox>
                      <w14:checked w14:val="0"/>
                      <w14:checkedState w14:val="221A" w14:font="Times New Roman"/>
                      <w14:uncheckedState w14:val="25A1" w14:font="Times New Roman"/>
                    </w14:checkbox>
                  </w:sdtPr>
                  <w:sdtEndPr>
                    <w:rPr>
                      <w:rStyle w:val="aff8"/>
                    </w:rPr>
                  </w:sdtEndPr>
                  <w:sdtContent>
                    <w:r w:rsidR="00AA5CA6">
                      <w:rPr>
                        <w:rStyle w:val="aff8"/>
                        <w:rFonts w:ascii="Times New Roman" w:hAnsi="Times New Roman" w:cs="Times New Roman"/>
                        <w:sz w:val="40"/>
                        <w:szCs w:val="40"/>
                        <w:lang w:val="ru-RU"/>
                      </w:rPr>
                      <w:t>□</w:t>
                    </w:r>
                  </w:sdtContent>
                </w:sdt>
              </w:sdtContent>
            </w:sdt>
            <w:r w:rsidR="00AA5CA6">
              <w:rPr>
                <w:color w:val="4F6228" w:themeColor="accent3" w:themeShade="80"/>
                <w:lang w:val="ru-RU"/>
              </w:rPr>
              <w:t xml:space="preserve"> </w:t>
            </w:r>
            <w:r w:rsidR="005C51D4" w:rsidRPr="0077324A">
              <w:rPr>
                <w:rFonts w:ascii="Arial" w:hAnsi="Arial"/>
                <w:color w:val="2C3E50"/>
                <w:sz w:val="20"/>
                <w:lang w:val="ru-RU"/>
              </w:rPr>
              <w:t xml:space="preserve">Нарушение </w:t>
            </w:r>
            <w:proofErr w:type="spellStart"/>
            <w:r w:rsidR="005C51D4" w:rsidRPr="0077324A">
              <w:rPr>
                <w:rFonts w:ascii="Arial" w:hAnsi="Arial"/>
                <w:color w:val="2C3E50"/>
                <w:sz w:val="20"/>
                <w:lang w:val="ru-RU"/>
              </w:rPr>
              <w:t>лимфотока</w:t>
            </w:r>
            <w:proofErr w:type="spellEnd"/>
          </w:p>
          <w:p w14:paraId="08826FA7" w14:textId="21B762A9" w:rsidR="00EF7F2A" w:rsidRPr="0077324A" w:rsidRDefault="00A465FE">
            <w:pPr>
              <w:spacing w:after="80"/>
              <w:rPr>
                <w:lang w:val="ru-RU"/>
              </w:rPr>
            </w:pPr>
            <w:sdt>
              <w:sdtPr>
                <w:rPr>
                  <w:rStyle w:val="14"/>
                  <w:color w:val="4F6228" w:themeColor="accent3" w:themeShade="80"/>
                  <w:szCs w:val="28"/>
                  <w:lang w:val="ru-RU"/>
                </w:rPr>
                <w:id w:val="-773315186"/>
                <w:lock w:val="contentLocked"/>
                <w:placeholder>
                  <w:docPart w:val="5BA6AB5FE89E4964B9C41B30CB9F0246"/>
                </w:placeholder>
                <w:group/>
              </w:sdtPr>
              <w:sdtEndPr>
                <w:rPr>
                  <w:rStyle w:val="14"/>
                </w:rPr>
              </w:sdtEndPr>
              <w:sdtContent>
                <w:sdt>
                  <w:sdtPr>
                    <w:rPr>
                      <w:rStyle w:val="aff8"/>
                      <w:sz w:val="40"/>
                      <w:szCs w:val="40"/>
                      <w:lang w:val="ru-RU"/>
                    </w:rPr>
                    <w:id w:val="-77601961"/>
                    <w15:color w:val="808000"/>
                    <w15:appearance w15:val="hidden"/>
                    <w14:checkbox>
                      <w14:checked w14:val="0"/>
                      <w14:checkedState w14:val="221A" w14:font="Times New Roman"/>
                      <w14:uncheckedState w14:val="25A1" w14:font="Times New Roman"/>
                    </w14:checkbox>
                  </w:sdtPr>
                  <w:sdtEndPr>
                    <w:rPr>
                      <w:rStyle w:val="aff8"/>
                    </w:rPr>
                  </w:sdtEndPr>
                  <w:sdtContent>
                    <w:r w:rsidR="00AA5CA6">
                      <w:rPr>
                        <w:rStyle w:val="aff8"/>
                        <w:rFonts w:ascii="Times New Roman" w:hAnsi="Times New Roman" w:cs="Times New Roman"/>
                        <w:sz w:val="40"/>
                        <w:szCs w:val="40"/>
                        <w:lang w:val="ru-RU"/>
                      </w:rPr>
                      <w:t>□</w:t>
                    </w:r>
                  </w:sdtContent>
                </w:sdt>
              </w:sdtContent>
            </w:sdt>
            <w:r w:rsidR="00AA5CA6">
              <w:rPr>
                <w:color w:val="4F6228" w:themeColor="accent3" w:themeShade="80"/>
                <w:lang w:val="ru-RU"/>
              </w:rPr>
              <w:t xml:space="preserve"> </w:t>
            </w:r>
            <w:r w:rsidR="005C51D4" w:rsidRPr="0077324A">
              <w:rPr>
                <w:rFonts w:ascii="Arial" w:hAnsi="Arial"/>
                <w:color w:val="2C3E50"/>
                <w:sz w:val="20"/>
                <w:lang w:val="ru-RU"/>
              </w:rPr>
              <w:t xml:space="preserve">Спина и руки:     </w:t>
            </w:r>
            <w:sdt>
              <w:sdtPr>
                <w:rPr>
                  <w:rStyle w:val="14"/>
                  <w:color w:val="4F6228" w:themeColor="accent3" w:themeShade="80"/>
                  <w:szCs w:val="28"/>
                  <w:lang w:val="ru-RU"/>
                </w:rPr>
                <w:id w:val="-146825813"/>
                <w:lock w:val="contentLocked"/>
                <w:placeholder>
                  <w:docPart w:val="1ECDC962A9074FA2A76E566DAE5D558A"/>
                </w:placeholder>
                <w:group/>
              </w:sdtPr>
              <w:sdtEndPr>
                <w:rPr>
                  <w:rStyle w:val="14"/>
                </w:rPr>
              </w:sdtEndPr>
              <w:sdtContent>
                <w:sdt>
                  <w:sdtPr>
                    <w:rPr>
                      <w:rStyle w:val="aff8"/>
                      <w:sz w:val="40"/>
                      <w:szCs w:val="40"/>
                      <w:lang w:val="ru-RU"/>
                    </w:rPr>
                    <w:id w:val="309366564"/>
                    <w15:color w:val="808000"/>
                    <w15:appearance w15:val="hidden"/>
                    <w14:checkbox>
                      <w14:checked w14:val="0"/>
                      <w14:checkedState w14:val="221A" w14:font="Times New Roman"/>
                      <w14:uncheckedState w14:val="25A1" w14:font="Times New Roman"/>
                    </w14:checkbox>
                  </w:sdtPr>
                  <w:sdtEndPr>
                    <w:rPr>
                      <w:rStyle w:val="aff8"/>
                    </w:rPr>
                  </w:sdtEndPr>
                  <w:sdtContent>
                    <w:r w:rsidR="00AA5CA6">
                      <w:rPr>
                        <w:rStyle w:val="aff8"/>
                        <w:rFonts w:ascii="Times New Roman" w:hAnsi="Times New Roman" w:cs="Times New Roman"/>
                        <w:sz w:val="40"/>
                        <w:szCs w:val="40"/>
                        <w:lang w:val="ru-RU"/>
                      </w:rPr>
                      <w:t>□</w:t>
                    </w:r>
                  </w:sdtContent>
                </w:sdt>
              </w:sdtContent>
            </w:sdt>
            <w:r w:rsidR="00AA5CA6">
              <w:rPr>
                <w:color w:val="4F6228" w:themeColor="accent3" w:themeShade="80"/>
                <w:lang w:val="ru-RU"/>
              </w:rPr>
              <w:t xml:space="preserve"> </w:t>
            </w:r>
            <w:r w:rsidR="005C51D4" w:rsidRPr="0077324A">
              <w:rPr>
                <w:rFonts w:ascii="Arial" w:hAnsi="Arial"/>
                <w:color w:val="2C3E50"/>
                <w:sz w:val="20"/>
                <w:lang w:val="ru-RU"/>
              </w:rPr>
              <w:t xml:space="preserve">Мышечные зажимы/триггеры  </w:t>
            </w:r>
            <w:sdt>
              <w:sdtPr>
                <w:rPr>
                  <w:rStyle w:val="14"/>
                  <w:color w:val="4F6228" w:themeColor="accent3" w:themeShade="80"/>
                  <w:szCs w:val="28"/>
                  <w:lang w:val="ru-RU"/>
                </w:rPr>
                <w:id w:val="-2064161819"/>
                <w:lock w:val="contentLocked"/>
                <w:placeholder>
                  <w:docPart w:val="6C8F132EB9884F8C97313AEAC1A51ED9"/>
                </w:placeholder>
                <w:group/>
              </w:sdtPr>
              <w:sdtEndPr>
                <w:rPr>
                  <w:rStyle w:val="14"/>
                </w:rPr>
              </w:sdtEndPr>
              <w:sdtContent>
                <w:sdt>
                  <w:sdtPr>
                    <w:rPr>
                      <w:rStyle w:val="aff8"/>
                      <w:sz w:val="40"/>
                      <w:szCs w:val="40"/>
                      <w:lang w:val="ru-RU"/>
                    </w:rPr>
                    <w:id w:val="-1372000535"/>
                    <w15:color w:val="808000"/>
                    <w15:appearance w15:val="hidden"/>
                    <w14:checkbox>
                      <w14:checked w14:val="0"/>
                      <w14:checkedState w14:val="221A" w14:font="Times New Roman"/>
                      <w14:uncheckedState w14:val="25A1" w14:font="Times New Roman"/>
                    </w14:checkbox>
                  </w:sdtPr>
                  <w:sdtEndPr>
                    <w:rPr>
                      <w:rStyle w:val="aff8"/>
                    </w:rPr>
                  </w:sdtEndPr>
                  <w:sdtContent>
                    <w:r w:rsidR="00AA5CA6">
                      <w:rPr>
                        <w:rStyle w:val="aff8"/>
                        <w:rFonts w:ascii="Times New Roman" w:hAnsi="Times New Roman" w:cs="Times New Roman"/>
                        <w:sz w:val="40"/>
                        <w:szCs w:val="40"/>
                        <w:lang w:val="ru-RU"/>
                      </w:rPr>
                      <w:t>□</w:t>
                    </w:r>
                  </w:sdtContent>
                </w:sdt>
              </w:sdtContent>
            </w:sdt>
            <w:r w:rsidR="00AA5CA6">
              <w:rPr>
                <w:color w:val="4F6228" w:themeColor="accent3" w:themeShade="80"/>
                <w:lang w:val="ru-RU"/>
              </w:rPr>
              <w:t xml:space="preserve"> </w:t>
            </w:r>
            <w:r w:rsidR="005C51D4" w:rsidRPr="0077324A">
              <w:rPr>
                <w:rFonts w:ascii="Arial" w:hAnsi="Arial"/>
                <w:color w:val="2C3E50"/>
                <w:sz w:val="20"/>
                <w:lang w:val="ru-RU"/>
              </w:rPr>
              <w:t xml:space="preserve">Локальный жир (руки)  </w:t>
            </w:r>
            <w:sdt>
              <w:sdtPr>
                <w:rPr>
                  <w:rStyle w:val="14"/>
                  <w:color w:val="4F6228" w:themeColor="accent3" w:themeShade="80"/>
                  <w:szCs w:val="28"/>
                  <w:lang w:val="ru-RU"/>
                </w:rPr>
                <w:id w:val="-291291234"/>
                <w:lock w:val="contentLocked"/>
                <w:placeholder>
                  <w:docPart w:val="C8DC1DE422EC4C2DA95E897ABD1D496B"/>
                </w:placeholder>
                <w:group/>
              </w:sdtPr>
              <w:sdtEndPr>
                <w:rPr>
                  <w:rStyle w:val="14"/>
                </w:rPr>
              </w:sdtEndPr>
              <w:sdtContent>
                <w:sdt>
                  <w:sdtPr>
                    <w:rPr>
                      <w:rStyle w:val="aff8"/>
                      <w:sz w:val="40"/>
                      <w:szCs w:val="40"/>
                      <w:lang w:val="ru-RU"/>
                    </w:rPr>
                    <w:id w:val="-542981735"/>
                    <w15:color w:val="808000"/>
                    <w15:appearance w15:val="hidden"/>
                    <w14:checkbox>
                      <w14:checked w14:val="0"/>
                      <w14:checkedState w14:val="221A" w14:font="Times New Roman"/>
                      <w14:uncheckedState w14:val="25A1" w14:font="Times New Roman"/>
                    </w14:checkbox>
                  </w:sdtPr>
                  <w:sdtEndPr>
                    <w:rPr>
                      <w:rStyle w:val="aff8"/>
                    </w:rPr>
                  </w:sdtEndPr>
                  <w:sdtContent>
                    <w:r w:rsidR="00AA5CA6">
                      <w:rPr>
                        <w:rStyle w:val="aff8"/>
                        <w:rFonts w:ascii="Times New Roman" w:hAnsi="Times New Roman" w:cs="Times New Roman"/>
                        <w:sz w:val="40"/>
                        <w:szCs w:val="40"/>
                        <w:lang w:val="ru-RU"/>
                      </w:rPr>
                      <w:t>□</w:t>
                    </w:r>
                  </w:sdtContent>
                </w:sdt>
              </w:sdtContent>
            </w:sdt>
            <w:r w:rsidR="00AA5CA6">
              <w:rPr>
                <w:color w:val="4F6228" w:themeColor="accent3" w:themeShade="80"/>
                <w:lang w:val="ru-RU"/>
              </w:rPr>
              <w:t xml:space="preserve"> </w:t>
            </w:r>
            <w:r w:rsidR="005C51D4" w:rsidRPr="0077324A">
              <w:rPr>
                <w:rFonts w:ascii="Arial" w:hAnsi="Arial"/>
                <w:color w:val="2C3E50"/>
                <w:sz w:val="20"/>
                <w:lang w:val="ru-RU"/>
              </w:rPr>
              <w:t>Валики на спине</w:t>
            </w:r>
          </w:p>
          <w:p w14:paraId="0F02140A" w14:textId="6A9D6F00" w:rsidR="00EF7F2A" w:rsidRPr="0077324A" w:rsidRDefault="00A465FE">
            <w:pPr>
              <w:spacing w:after="80"/>
              <w:rPr>
                <w:lang w:val="ru-RU"/>
              </w:rPr>
            </w:pPr>
            <w:sdt>
              <w:sdtPr>
                <w:rPr>
                  <w:rStyle w:val="14"/>
                  <w:color w:val="4F6228" w:themeColor="accent3" w:themeShade="80"/>
                  <w:szCs w:val="28"/>
                  <w:lang w:val="ru-RU"/>
                </w:rPr>
                <w:id w:val="627672550"/>
                <w:lock w:val="contentLocked"/>
                <w:placeholder>
                  <w:docPart w:val="33815329F4E14F158FB336F549AE6154"/>
                </w:placeholder>
                <w:group/>
              </w:sdtPr>
              <w:sdtEndPr>
                <w:rPr>
                  <w:rStyle w:val="14"/>
                </w:rPr>
              </w:sdtEndPr>
              <w:sdtContent>
                <w:sdt>
                  <w:sdtPr>
                    <w:rPr>
                      <w:rStyle w:val="aff8"/>
                      <w:sz w:val="40"/>
                      <w:szCs w:val="40"/>
                      <w:lang w:val="ru-RU"/>
                    </w:rPr>
                    <w:id w:val="635222078"/>
                    <w15:color w:val="808000"/>
                    <w15:appearance w15:val="hidden"/>
                    <w14:checkbox>
                      <w14:checked w14:val="0"/>
                      <w14:checkedState w14:val="221A" w14:font="Times New Roman"/>
                      <w14:uncheckedState w14:val="25A1" w14:font="Times New Roman"/>
                    </w14:checkbox>
                  </w:sdtPr>
                  <w:sdtEndPr>
                    <w:rPr>
                      <w:rStyle w:val="aff8"/>
                    </w:rPr>
                  </w:sdtEndPr>
                  <w:sdtContent>
                    <w:r w:rsidR="00AA5CA6">
                      <w:rPr>
                        <w:rStyle w:val="aff8"/>
                        <w:rFonts w:ascii="Times New Roman" w:hAnsi="Times New Roman" w:cs="Times New Roman"/>
                        <w:sz w:val="40"/>
                        <w:szCs w:val="40"/>
                        <w:lang w:val="ru-RU"/>
                      </w:rPr>
                      <w:t>□</w:t>
                    </w:r>
                  </w:sdtContent>
                </w:sdt>
              </w:sdtContent>
            </w:sdt>
            <w:r w:rsidR="00AA5CA6">
              <w:rPr>
                <w:color w:val="4F6228" w:themeColor="accent3" w:themeShade="80"/>
                <w:lang w:val="ru-RU"/>
              </w:rPr>
              <w:t xml:space="preserve"> </w:t>
            </w:r>
            <w:r w:rsidR="005C51D4" w:rsidRPr="0077324A">
              <w:rPr>
                <w:rFonts w:ascii="Arial" w:hAnsi="Arial"/>
                <w:color w:val="2C3E50"/>
                <w:sz w:val="20"/>
                <w:lang w:val="ru-RU"/>
              </w:rPr>
              <w:t xml:space="preserve">Лицо, шея, декольте: </w:t>
            </w:r>
            <w:sdt>
              <w:sdtPr>
                <w:rPr>
                  <w:rStyle w:val="14"/>
                  <w:color w:val="4F6228" w:themeColor="accent3" w:themeShade="80"/>
                  <w:szCs w:val="28"/>
                  <w:lang w:val="ru-RU"/>
                </w:rPr>
                <w:id w:val="1586192360"/>
                <w:lock w:val="contentLocked"/>
                <w:placeholder>
                  <w:docPart w:val="EB0BD72B79A24EF9BE148154FDCE0CE3"/>
                </w:placeholder>
                <w:group/>
              </w:sdtPr>
              <w:sdtEndPr>
                <w:rPr>
                  <w:rStyle w:val="14"/>
                </w:rPr>
              </w:sdtEndPr>
              <w:sdtContent>
                <w:sdt>
                  <w:sdtPr>
                    <w:rPr>
                      <w:rStyle w:val="aff8"/>
                      <w:sz w:val="40"/>
                      <w:szCs w:val="40"/>
                      <w:lang w:val="ru-RU"/>
                    </w:rPr>
                    <w:id w:val="-1766754777"/>
                    <w15:color w:val="808000"/>
                    <w15:appearance w15:val="hidden"/>
                    <w14:checkbox>
                      <w14:checked w14:val="0"/>
                      <w14:checkedState w14:val="221A" w14:font="Times New Roman"/>
                      <w14:uncheckedState w14:val="25A1" w14:font="Times New Roman"/>
                    </w14:checkbox>
                  </w:sdtPr>
                  <w:sdtEndPr>
                    <w:rPr>
                      <w:rStyle w:val="aff8"/>
                    </w:rPr>
                  </w:sdtEndPr>
                  <w:sdtContent>
                    <w:r w:rsidR="00AA5CA6">
                      <w:rPr>
                        <w:rStyle w:val="aff8"/>
                        <w:rFonts w:ascii="Times New Roman" w:hAnsi="Times New Roman" w:cs="Times New Roman"/>
                        <w:sz w:val="40"/>
                        <w:szCs w:val="40"/>
                        <w:lang w:val="ru-RU"/>
                      </w:rPr>
                      <w:t>□</w:t>
                    </w:r>
                  </w:sdtContent>
                </w:sdt>
              </w:sdtContent>
            </w:sdt>
            <w:r w:rsidR="00AA5CA6">
              <w:rPr>
                <w:color w:val="4F6228" w:themeColor="accent3" w:themeShade="80"/>
                <w:lang w:val="ru-RU"/>
              </w:rPr>
              <w:t xml:space="preserve"> </w:t>
            </w:r>
            <w:r w:rsidR="005C51D4" w:rsidRPr="0077324A">
              <w:rPr>
                <w:rFonts w:ascii="Arial" w:hAnsi="Arial"/>
                <w:color w:val="2C3E50"/>
                <w:sz w:val="20"/>
                <w:lang w:val="ru-RU"/>
              </w:rPr>
              <w:t xml:space="preserve">Гравитационный птоз  </w:t>
            </w:r>
            <w:sdt>
              <w:sdtPr>
                <w:rPr>
                  <w:rStyle w:val="14"/>
                  <w:color w:val="4F6228" w:themeColor="accent3" w:themeShade="80"/>
                  <w:szCs w:val="28"/>
                  <w:lang w:val="ru-RU"/>
                </w:rPr>
                <w:id w:val="-1000038378"/>
                <w:lock w:val="contentLocked"/>
                <w:placeholder>
                  <w:docPart w:val="2FD03E19E2E14183BFAE423716D3493B"/>
                </w:placeholder>
                <w:group/>
              </w:sdtPr>
              <w:sdtEndPr>
                <w:rPr>
                  <w:rStyle w:val="14"/>
                </w:rPr>
              </w:sdtEndPr>
              <w:sdtContent>
                <w:sdt>
                  <w:sdtPr>
                    <w:rPr>
                      <w:rStyle w:val="aff8"/>
                      <w:sz w:val="40"/>
                      <w:szCs w:val="40"/>
                      <w:lang w:val="ru-RU"/>
                    </w:rPr>
                    <w:id w:val="-814864384"/>
                    <w15:color w:val="808000"/>
                    <w15:appearance w15:val="hidden"/>
                    <w14:checkbox>
                      <w14:checked w14:val="0"/>
                      <w14:checkedState w14:val="221A" w14:font="Times New Roman"/>
                      <w14:uncheckedState w14:val="25A1" w14:font="Times New Roman"/>
                    </w14:checkbox>
                  </w:sdtPr>
                  <w:sdtEndPr>
                    <w:rPr>
                      <w:rStyle w:val="aff8"/>
                    </w:rPr>
                  </w:sdtEndPr>
                  <w:sdtContent>
                    <w:r w:rsidR="00AA5CA6">
                      <w:rPr>
                        <w:rStyle w:val="aff8"/>
                        <w:rFonts w:ascii="Times New Roman" w:hAnsi="Times New Roman" w:cs="Times New Roman"/>
                        <w:sz w:val="40"/>
                        <w:szCs w:val="40"/>
                        <w:lang w:val="ru-RU"/>
                      </w:rPr>
                      <w:t>□</w:t>
                    </w:r>
                  </w:sdtContent>
                </w:sdt>
              </w:sdtContent>
            </w:sdt>
            <w:r w:rsidR="00AA5CA6">
              <w:rPr>
                <w:color w:val="4F6228" w:themeColor="accent3" w:themeShade="80"/>
                <w:lang w:val="ru-RU"/>
              </w:rPr>
              <w:t xml:space="preserve"> </w:t>
            </w:r>
            <w:r w:rsidR="005C51D4" w:rsidRPr="0077324A">
              <w:rPr>
                <w:rFonts w:ascii="Arial" w:hAnsi="Arial"/>
                <w:color w:val="2C3E50"/>
                <w:sz w:val="20"/>
                <w:lang w:val="ru-RU"/>
              </w:rPr>
              <w:t xml:space="preserve">Морщины/заломы  </w:t>
            </w:r>
            <w:sdt>
              <w:sdtPr>
                <w:rPr>
                  <w:rStyle w:val="14"/>
                  <w:color w:val="4F6228" w:themeColor="accent3" w:themeShade="80"/>
                  <w:szCs w:val="28"/>
                  <w:lang w:val="ru-RU"/>
                </w:rPr>
                <w:id w:val="1139841108"/>
                <w:lock w:val="contentLocked"/>
                <w:placeholder>
                  <w:docPart w:val="AD7B5CF300864F20A4B351F9589B5E73"/>
                </w:placeholder>
                <w:group/>
              </w:sdtPr>
              <w:sdtEndPr>
                <w:rPr>
                  <w:rStyle w:val="14"/>
                </w:rPr>
              </w:sdtEndPr>
              <w:sdtContent>
                <w:sdt>
                  <w:sdtPr>
                    <w:rPr>
                      <w:rStyle w:val="aff8"/>
                      <w:sz w:val="40"/>
                      <w:szCs w:val="40"/>
                      <w:lang w:val="ru-RU"/>
                    </w:rPr>
                    <w:id w:val="623663158"/>
                    <w15:color w:val="808000"/>
                    <w15:appearance w15:val="hidden"/>
                    <w14:checkbox>
                      <w14:checked w14:val="0"/>
                      <w14:checkedState w14:val="221A" w14:font="Times New Roman"/>
                      <w14:uncheckedState w14:val="25A1" w14:font="Times New Roman"/>
                    </w14:checkbox>
                  </w:sdtPr>
                  <w:sdtEndPr>
                    <w:rPr>
                      <w:rStyle w:val="aff8"/>
                    </w:rPr>
                  </w:sdtEndPr>
                  <w:sdtContent>
                    <w:r w:rsidR="00AA5CA6">
                      <w:rPr>
                        <w:rStyle w:val="aff8"/>
                        <w:rFonts w:ascii="Times New Roman" w:hAnsi="Times New Roman" w:cs="Times New Roman"/>
                        <w:sz w:val="40"/>
                        <w:szCs w:val="40"/>
                        <w:lang w:val="ru-RU"/>
                      </w:rPr>
                      <w:t>□</w:t>
                    </w:r>
                  </w:sdtContent>
                </w:sdt>
              </w:sdtContent>
            </w:sdt>
            <w:r w:rsidR="00AA5CA6">
              <w:rPr>
                <w:color w:val="4F6228" w:themeColor="accent3" w:themeShade="80"/>
                <w:lang w:val="ru-RU"/>
              </w:rPr>
              <w:t xml:space="preserve"> </w:t>
            </w:r>
            <w:r w:rsidR="005C51D4" w:rsidRPr="0077324A">
              <w:rPr>
                <w:rFonts w:ascii="Arial" w:hAnsi="Arial"/>
                <w:color w:val="2C3E50"/>
                <w:sz w:val="20"/>
                <w:lang w:val="ru-RU"/>
              </w:rPr>
              <w:t>Пастозность/отеки под глазами</w:t>
            </w:r>
          </w:p>
        </w:tc>
      </w:tr>
    </w:tbl>
    <w:p w14:paraId="4B0E3DDE" w14:textId="77777777" w:rsidR="00EF7F2A" w:rsidRPr="0077324A" w:rsidRDefault="00EF7F2A">
      <w:pPr>
        <w:spacing w:after="80"/>
        <w:rPr>
          <w:lang w:val="ru-RU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146"/>
      </w:tblGrid>
      <w:tr w:rsidR="00EF7F2A" w14:paraId="1E923B42" w14:textId="77777777" w:rsidTr="00FD0C14">
        <w:trPr>
          <w:jc w:val="center"/>
        </w:trPr>
        <w:tc>
          <w:tcPr>
            <w:tcW w:w="10146" w:type="dxa"/>
            <w:tcBorders>
              <w:left w:val="single" w:sz="24" w:space="0" w:color="16A085"/>
            </w:tcBorders>
            <w:shd w:val="clear" w:color="auto" w:fill="F2F9F6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7C6837F9" w14:textId="77777777" w:rsidR="00EF7F2A" w:rsidRPr="00C2428B" w:rsidRDefault="005C51D4" w:rsidP="00C2428B">
            <w:pPr>
              <w:spacing w:after="120"/>
              <w:jc w:val="center"/>
              <w:rPr>
                <w:sz w:val="24"/>
                <w:szCs w:val="24"/>
                <w:lang w:val="ru-RU"/>
              </w:rPr>
            </w:pPr>
            <w:r w:rsidRPr="00C2428B">
              <w:rPr>
                <w:rFonts w:ascii="Georgia" w:hAnsi="Georgia"/>
                <w:b/>
                <w:color w:val="0B5345"/>
                <w:sz w:val="24"/>
                <w:szCs w:val="24"/>
                <w:lang w:val="ru-RU"/>
              </w:rPr>
              <w:t>4. РЕГЛАМЕНТ ФОТОПРОТОКОЛА И ПРИВАТНОСТЬ</w:t>
            </w:r>
          </w:p>
          <w:p w14:paraId="453852DA" w14:textId="44CECC3B" w:rsidR="00EF7F2A" w:rsidRPr="0077324A" w:rsidRDefault="005C51D4">
            <w:pPr>
              <w:spacing w:after="80"/>
              <w:rPr>
                <w:lang w:val="ru-RU"/>
              </w:rPr>
            </w:pPr>
            <w:r w:rsidRPr="0077324A">
              <w:rPr>
                <w:rFonts w:ascii="Arial" w:hAnsi="Arial"/>
                <w:color w:val="2C3E50"/>
                <w:sz w:val="20"/>
                <w:lang w:val="ru-RU"/>
              </w:rPr>
              <w:t xml:space="preserve">Проведение съемки (контроль ДО/ПОСЛЕ): </w:t>
            </w:r>
            <w:sdt>
              <w:sdtPr>
                <w:rPr>
                  <w:rStyle w:val="14"/>
                  <w:color w:val="4F6228" w:themeColor="accent3" w:themeShade="80"/>
                  <w:szCs w:val="28"/>
                  <w:lang w:val="ru-RU"/>
                </w:rPr>
                <w:id w:val="981117067"/>
                <w:lock w:val="contentLocked"/>
                <w:placeholder>
                  <w:docPart w:val="CD89DC721B0C44EA9C1FD12882A25BAD"/>
                </w:placeholder>
                <w:group/>
              </w:sdtPr>
              <w:sdtEndPr>
                <w:rPr>
                  <w:rStyle w:val="14"/>
                </w:rPr>
              </w:sdtEndPr>
              <w:sdtContent>
                <w:sdt>
                  <w:sdtPr>
                    <w:rPr>
                      <w:rStyle w:val="aff8"/>
                      <w:sz w:val="40"/>
                      <w:szCs w:val="40"/>
                      <w:lang w:val="ru-RU"/>
                    </w:rPr>
                    <w:id w:val="833108971"/>
                    <w15:color w:val="808000"/>
                    <w15:appearance w15:val="hidden"/>
                    <w14:checkbox>
                      <w14:checked w14:val="0"/>
                      <w14:checkedState w14:val="221A" w14:font="Times New Roman"/>
                      <w14:uncheckedState w14:val="25A1" w14:font="Times New Roman"/>
                    </w14:checkbox>
                  </w:sdtPr>
                  <w:sdtEndPr>
                    <w:rPr>
                      <w:rStyle w:val="aff8"/>
                    </w:rPr>
                  </w:sdtEndPr>
                  <w:sdtContent>
                    <w:r w:rsidR="00AA5CA6">
                      <w:rPr>
                        <w:rStyle w:val="aff8"/>
                        <w:rFonts w:ascii="Times New Roman" w:hAnsi="Times New Roman" w:cs="Times New Roman"/>
                        <w:sz w:val="40"/>
                        <w:szCs w:val="40"/>
                        <w:lang w:val="ru-RU"/>
                      </w:rPr>
                      <w:t>□</w:t>
                    </w:r>
                  </w:sdtContent>
                </w:sdt>
              </w:sdtContent>
            </w:sdt>
            <w:r w:rsidR="00AA5CA6">
              <w:rPr>
                <w:color w:val="4F6228" w:themeColor="accent3" w:themeShade="80"/>
                <w:lang w:val="ru-RU"/>
              </w:rPr>
              <w:t xml:space="preserve"> </w:t>
            </w:r>
            <w:r w:rsidRPr="0077324A">
              <w:rPr>
                <w:rFonts w:ascii="Arial" w:hAnsi="Arial"/>
                <w:color w:val="2C3E50"/>
                <w:sz w:val="20"/>
                <w:lang w:val="ru-RU"/>
              </w:rPr>
              <w:t xml:space="preserve">Выполнено  </w:t>
            </w:r>
            <w:sdt>
              <w:sdtPr>
                <w:rPr>
                  <w:rStyle w:val="14"/>
                  <w:color w:val="4F6228" w:themeColor="accent3" w:themeShade="80"/>
                  <w:szCs w:val="28"/>
                  <w:lang w:val="ru-RU"/>
                </w:rPr>
                <w:id w:val="968475384"/>
                <w:lock w:val="contentLocked"/>
                <w:placeholder>
                  <w:docPart w:val="62C9951B6DE140A08B92B8C7A2D6549F"/>
                </w:placeholder>
                <w:group/>
              </w:sdtPr>
              <w:sdtEndPr>
                <w:rPr>
                  <w:rStyle w:val="14"/>
                </w:rPr>
              </w:sdtEndPr>
              <w:sdtContent>
                <w:sdt>
                  <w:sdtPr>
                    <w:rPr>
                      <w:rStyle w:val="aff8"/>
                      <w:sz w:val="40"/>
                      <w:szCs w:val="40"/>
                      <w:lang w:val="ru-RU"/>
                    </w:rPr>
                    <w:id w:val="-66275009"/>
                    <w15:color w:val="808000"/>
                    <w15:appearance w15:val="hidden"/>
                    <w14:checkbox>
                      <w14:checked w14:val="0"/>
                      <w14:checkedState w14:val="221A" w14:font="Times New Roman"/>
                      <w14:uncheckedState w14:val="25A1" w14:font="Times New Roman"/>
                    </w14:checkbox>
                  </w:sdtPr>
                  <w:sdtEndPr>
                    <w:rPr>
                      <w:rStyle w:val="aff8"/>
                    </w:rPr>
                  </w:sdtEndPr>
                  <w:sdtContent>
                    <w:r w:rsidR="00AA5CA6">
                      <w:rPr>
                        <w:rStyle w:val="aff8"/>
                        <w:rFonts w:ascii="Times New Roman" w:hAnsi="Times New Roman" w:cs="Times New Roman"/>
                        <w:sz w:val="40"/>
                        <w:szCs w:val="40"/>
                        <w:lang w:val="ru-RU"/>
                      </w:rPr>
                      <w:t>□</w:t>
                    </w:r>
                  </w:sdtContent>
                </w:sdt>
              </w:sdtContent>
            </w:sdt>
            <w:r w:rsidR="00AA5CA6">
              <w:rPr>
                <w:color w:val="4F6228" w:themeColor="accent3" w:themeShade="80"/>
                <w:lang w:val="ru-RU"/>
              </w:rPr>
              <w:t xml:space="preserve"> </w:t>
            </w:r>
            <w:r w:rsidRPr="0077324A">
              <w:rPr>
                <w:rFonts w:ascii="Arial" w:hAnsi="Arial"/>
                <w:color w:val="2C3E50"/>
                <w:sz w:val="20"/>
                <w:lang w:val="ru-RU"/>
              </w:rPr>
              <w:t>Отказ гостя</w:t>
            </w:r>
          </w:p>
          <w:p w14:paraId="1CCF57BA" w14:textId="6FED9B48" w:rsidR="00EF7F2A" w:rsidRPr="0077324A" w:rsidRDefault="005C51D4">
            <w:pPr>
              <w:spacing w:after="80"/>
              <w:rPr>
                <w:lang w:val="ru-RU"/>
              </w:rPr>
            </w:pPr>
            <w:r w:rsidRPr="0077324A">
              <w:rPr>
                <w:rFonts w:ascii="Arial" w:hAnsi="Arial"/>
                <w:color w:val="2C3E50"/>
                <w:sz w:val="20"/>
                <w:lang w:val="ru-RU"/>
              </w:rPr>
              <w:t xml:space="preserve">Базовые ракурсы: </w:t>
            </w:r>
            <w:sdt>
              <w:sdtPr>
                <w:rPr>
                  <w:rStyle w:val="14"/>
                  <w:color w:val="4F6228" w:themeColor="accent3" w:themeShade="80"/>
                  <w:szCs w:val="28"/>
                  <w:lang w:val="ru-RU"/>
                </w:rPr>
                <w:id w:val="580108303"/>
                <w:lock w:val="contentLocked"/>
                <w:placeholder>
                  <w:docPart w:val="E25E0FA3F7244954B0496316B686A82E"/>
                </w:placeholder>
                <w:group/>
              </w:sdtPr>
              <w:sdtEndPr>
                <w:rPr>
                  <w:rStyle w:val="14"/>
                </w:rPr>
              </w:sdtEndPr>
              <w:sdtContent>
                <w:sdt>
                  <w:sdtPr>
                    <w:rPr>
                      <w:rStyle w:val="aff8"/>
                      <w:sz w:val="40"/>
                      <w:szCs w:val="40"/>
                      <w:lang w:val="ru-RU"/>
                    </w:rPr>
                    <w:id w:val="1392076873"/>
                    <w15:color w:val="808000"/>
                    <w15:appearance w15:val="hidden"/>
                    <w14:checkbox>
                      <w14:checked w14:val="0"/>
                      <w14:checkedState w14:val="221A" w14:font="Times New Roman"/>
                      <w14:uncheckedState w14:val="25A1" w14:font="Times New Roman"/>
                    </w14:checkbox>
                  </w:sdtPr>
                  <w:sdtEndPr>
                    <w:rPr>
                      <w:rStyle w:val="aff8"/>
                    </w:rPr>
                  </w:sdtEndPr>
                  <w:sdtContent>
                    <w:r w:rsidR="00AA5CA6">
                      <w:rPr>
                        <w:rStyle w:val="aff8"/>
                        <w:rFonts w:ascii="Times New Roman" w:hAnsi="Times New Roman" w:cs="Times New Roman"/>
                        <w:sz w:val="40"/>
                        <w:szCs w:val="40"/>
                        <w:lang w:val="ru-RU"/>
                      </w:rPr>
                      <w:t>□</w:t>
                    </w:r>
                  </w:sdtContent>
                </w:sdt>
              </w:sdtContent>
            </w:sdt>
            <w:r w:rsidR="00AA5CA6">
              <w:rPr>
                <w:color w:val="4F6228" w:themeColor="accent3" w:themeShade="80"/>
                <w:lang w:val="ru-RU"/>
              </w:rPr>
              <w:t xml:space="preserve"> </w:t>
            </w:r>
            <w:r w:rsidRPr="0077324A">
              <w:rPr>
                <w:rFonts w:ascii="Arial" w:hAnsi="Arial"/>
                <w:color w:val="2C3E50"/>
                <w:sz w:val="20"/>
                <w:lang w:val="ru-RU"/>
              </w:rPr>
              <w:t xml:space="preserve">Анфас  </w:t>
            </w:r>
            <w:sdt>
              <w:sdtPr>
                <w:rPr>
                  <w:rStyle w:val="14"/>
                  <w:color w:val="4F6228" w:themeColor="accent3" w:themeShade="80"/>
                  <w:szCs w:val="28"/>
                  <w:lang w:val="ru-RU"/>
                </w:rPr>
                <w:id w:val="-1661454797"/>
                <w:lock w:val="contentLocked"/>
                <w:placeholder>
                  <w:docPart w:val="6A170E2BFF9D470F8CD57E908CF4FADF"/>
                </w:placeholder>
                <w:group/>
              </w:sdtPr>
              <w:sdtEndPr>
                <w:rPr>
                  <w:rStyle w:val="14"/>
                </w:rPr>
              </w:sdtEndPr>
              <w:sdtContent>
                <w:sdt>
                  <w:sdtPr>
                    <w:rPr>
                      <w:rStyle w:val="aff8"/>
                      <w:sz w:val="40"/>
                      <w:szCs w:val="40"/>
                      <w:lang w:val="ru-RU"/>
                    </w:rPr>
                    <w:id w:val="-1602099566"/>
                    <w15:color w:val="808000"/>
                    <w15:appearance w15:val="hidden"/>
                    <w14:checkbox>
                      <w14:checked w14:val="0"/>
                      <w14:checkedState w14:val="221A" w14:font="Times New Roman"/>
                      <w14:uncheckedState w14:val="25A1" w14:font="Times New Roman"/>
                    </w14:checkbox>
                  </w:sdtPr>
                  <w:sdtEndPr>
                    <w:rPr>
                      <w:rStyle w:val="aff8"/>
                    </w:rPr>
                  </w:sdtEndPr>
                  <w:sdtContent>
                    <w:r w:rsidR="00AA5CA6">
                      <w:rPr>
                        <w:rStyle w:val="aff8"/>
                        <w:rFonts w:ascii="Times New Roman" w:hAnsi="Times New Roman" w:cs="Times New Roman"/>
                        <w:sz w:val="40"/>
                        <w:szCs w:val="40"/>
                        <w:lang w:val="ru-RU"/>
                      </w:rPr>
                      <w:t>□</w:t>
                    </w:r>
                  </w:sdtContent>
                </w:sdt>
              </w:sdtContent>
            </w:sdt>
            <w:r w:rsidR="00AA5CA6" w:rsidRPr="00C52D94">
              <w:rPr>
                <w:color w:val="4F6228" w:themeColor="accent3" w:themeShade="80"/>
                <w:lang w:val="ru-RU"/>
              </w:rPr>
              <w:t xml:space="preserve">  </w:t>
            </w:r>
            <w:r w:rsidRPr="0077324A">
              <w:rPr>
                <w:rFonts w:ascii="Arial" w:hAnsi="Arial"/>
                <w:color w:val="2C3E50"/>
                <w:sz w:val="20"/>
                <w:lang w:val="ru-RU"/>
              </w:rPr>
              <w:t xml:space="preserve">Профиль (левый/правый)  </w:t>
            </w:r>
            <w:sdt>
              <w:sdtPr>
                <w:rPr>
                  <w:rStyle w:val="14"/>
                  <w:color w:val="4F6228" w:themeColor="accent3" w:themeShade="80"/>
                  <w:szCs w:val="28"/>
                  <w:lang w:val="ru-RU"/>
                </w:rPr>
                <w:id w:val="546956106"/>
                <w:lock w:val="contentLocked"/>
                <w:placeholder>
                  <w:docPart w:val="8DC358CE807F450690D5B3B4341A0B70"/>
                </w:placeholder>
                <w:group/>
              </w:sdtPr>
              <w:sdtEndPr>
                <w:rPr>
                  <w:rStyle w:val="14"/>
                </w:rPr>
              </w:sdtEndPr>
              <w:sdtContent>
                <w:sdt>
                  <w:sdtPr>
                    <w:rPr>
                      <w:rStyle w:val="aff8"/>
                      <w:sz w:val="40"/>
                      <w:szCs w:val="40"/>
                      <w:lang w:val="ru-RU"/>
                    </w:rPr>
                    <w:id w:val="8107785"/>
                    <w15:color w:val="808000"/>
                    <w15:appearance w15:val="hidden"/>
                    <w14:checkbox>
                      <w14:checked w14:val="0"/>
                      <w14:checkedState w14:val="221A" w14:font="Times New Roman"/>
                      <w14:uncheckedState w14:val="25A1" w14:font="Times New Roman"/>
                    </w14:checkbox>
                  </w:sdtPr>
                  <w:sdtEndPr>
                    <w:rPr>
                      <w:rStyle w:val="aff8"/>
                    </w:rPr>
                  </w:sdtEndPr>
                  <w:sdtContent>
                    <w:r w:rsidR="00AA5CA6">
                      <w:rPr>
                        <w:rStyle w:val="aff8"/>
                        <w:rFonts w:ascii="Times New Roman" w:hAnsi="Times New Roman" w:cs="Times New Roman"/>
                        <w:sz w:val="40"/>
                        <w:szCs w:val="40"/>
                        <w:lang w:val="ru-RU"/>
                      </w:rPr>
                      <w:t>□</w:t>
                    </w:r>
                  </w:sdtContent>
                </w:sdt>
              </w:sdtContent>
            </w:sdt>
            <w:r w:rsidR="00AA5CA6" w:rsidRPr="00C52D94">
              <w:rPr>
                <w:color w:val="4F6228" w:themeColor="accent3" w:themeShade="80"/>
                <w:lang w:val="ru-RU"/>
              </w:rPr>
              <w:t xml:space="preserve">  </w:t>
            </w:r>
            <w:r w:rsidRPr="0077324A">
              <w:rPr>
                <w:rFonts w:ascii="Arial" w:hAnsi="Arial"/>
                <w:color w:val="2C3E50"/>
                <w:sz w:val="20"/>
                <w:lang w:val="ru-RU"/>
              </w:rPr>
              <w:t xml:space="preserve">Три четверти  </w:t>
            </w:r>
            <w:sdt>
              <w:sdtPr>
                <w:rPr>
                  <w:rStyle w:val="14"/>
                  <w:color w:val="4F6228" w:themeColor="accent3" w:themeShade="80"/>
                  <w:szCs w:val="28"/>
                  <w:lang w:val="ru-RU"/>
                </w:rPr>
                <w:id w:val="-787504686"/>
                <w:lock w:val="contentLocked"/>
                <w:placeholder>
                  <w:docPart w:val="3F2E360B0B7648C99F09903952DE7AA1"/>
                </w:placeholder>
                <w:group/>
              </w:sdtPr>
              <w:sdtEndPr>
                <w:rPr>
                  <w:rStyle w:val="14"/>
                </w:rPr>
              </w:sdtEndPr>
              <w:sdtContent>
                <w:sdt>
                  <w:sdtPr>
                    <w:rPr>
                      <w:rStyle w:val="aff8"/>
                      <w:sz w:val="40"/>
                      <w:szCs w:val="40"/>
                      <w:lang w:val="ru-RU"/>
                    </w:rPr>
                    <w:id w:val="1778288314"/>
                    <w15:color w:val="808000"/>
                    <w15:appearance w15:val="hidden"/>
                    <w14:checkbox>
                      <w14:checked w14:val="0"/>
                      <w14:checkedState w14:val="221A" w14:font="Times New Roman"/>
                      <w14:uncheckedState w14:val="25A1" w14:font="Times New Roman"/>
                    </w14:checkbox>
                  </w:sdtPr>
                  <w:sdtEndPr>
                    <w:rPr>
                      <w:rStyle w:val="aff8"/>
                    </w:rPr>
                  </w:sdtEndPr>
                  <w:sdtContent>
                    <w:r w:rsidR="00AA5CA6">
                      <w:rPr>
                        <w:rStyle w:val="aff8"/>
                        <w:rFonts w:ascii="Times New Roman" w:hAnsi="Times New Roman" w:cs="Times New Roman"/>
                        <w:sz w:val="40"/>
                        <w:szCs w:val="40"/>
                        <w:lang w:val="ru-RU"/>
                      </w:rPr>
                      <w:t>□</w:t>
                    </w:r>
                  </w:sdtContent>
                </w:sdt>
              </w:sdtContent>
            </w:sdt>
            <w:r w:rsidR="00AA5CA6" w:rsidRPr="00C52D94">
              <w:rPr>
                <w:color w:val="4F6228" w:themeColor="accent3" w:themeShade="80"/>
                <w:lang w:val="ru-RU"/>
              </w:rPr>
              <w:t xml:space="preserve">  </w:t>
            </w:r>
            <w:r w:rsidRPr="0077324A">
              <w:rPr>
                <w:rFonts w:ascii="Arial" w:hAnsi="Arial"/>
                <w:color w:val="2C3E50"/>
                <w:sz w:val="20"/>
                <w:lang w:val="ru-RU"/>
              </w:rPr>
              <w:t>Крупный план зоны дефекта</w:t>
            </w:r>
          </w:p>
          <w:p w14:paraId="3B15D3C2" w14:textId="77777777" w:rsidR="00AA5CA6" w:rsidRDefault="005C51D4" w:rsidP="00AA5CA6">
            <w:pPr>
              <w:spacing w:after="80" w:line="360" w:lineRule="auto"/>
              <w:rPr>
                <w:rFonts w:ascii="Arial" w:hAnsi="Arial"/>
                <w:color w:val="2C3E50"/>
                <w:sz w:val="20"/>
                <w:lang w:val="ru-RU"/>
              </w:rPr>
            </w:pPr>
            <w:r w:rsidRPr="0077324A">
              <w:rPr>
                <w:rFonts w:ascii="Arial" w:hAnsi="Arial"/>
                <w:color w:val="2C3E50"/>
                <w:sz w:val="20"/>
                <w:lang w:val="ru-RU"/>
              </w:rPr>
              <w:t xml:space="preserve">Согласие гостя: «Я согласен(а) на проведение конфиденциальной съемки исключительно для контроля динамики в моей личной карте без публикации в открытых источниках».  </w:t>
            </w:r>
          </w:p>
          <w:p w14:paraId="59654EF0" w14:textId="1282B2E6" w:rsidR="00EF7F2A" w:rsidRDefault="005C51D4" w:rsidP="00AA5CA6">
            <w:pPr>
              <w:spacing w:after="80" w:line="360" w:lineRule="auto"/>
            </w:pPr>
            <w:proofErr w:type="spellStart"/>
            <w:r>
              <w:rPr>
                <w:rFonts w:ascii="Arial" w:hAnsi="Arial"/>
                <w:color w:val="2C3E50"/>
                <w:sz w:val="20"/>
              </w:rPr>
              <w:t>Подпись</w:t>
            </w:r>
            <w:proofErr w:type="spellEnd"/>
            <w:r>
              <w:rPr>
                <w:rFonts w:ascii="Arial" w:hAnsi="Arial"/>
                <w:color w:val="2C3E50"/>
                <w:sz w:val="20"/>
              </w:rPr>
              <w:t xml:space="preserve"> </w:t>
            </w:r>
            <w:proofErr w:type="spellStart"/>
            <w:r>
              <w:rPr>
                <w:rFonts w:ascii="Arial" w:hAnsi="Arial"/>
                <w:color w:val="2C3E50"/>
                <w:sz w:val="20"/>
              </w:rPr>
              <w:t>гостя</w:t>
            </w:r>
            <w:proofErr w:type="spellEnd"/>
            <w:r>
              <w:rPr>
                <w:rFonts w:ascii="Arial" w:hAnsi="Arial"/>
                <w:color w:val="2C3E50"/>
                <w:sz w:val="20"/>
              </w:rPr>
              <w:t>: ______________________</w:t>
            </w:r>
          </w:p>
        </w:tc>
      </w:tr>
    </w:tbl>
    <w:p w14:paraId="6C5E3BB6" w14:textId="77777777" w:rsidR="00FD0C14" w:rsidRDefault="00FD0C14" w:rsidP="00E8242A">
      <w:pPr>
        <w:spacing w:after="120"/>
        <w:jc w:val="center"/>
        <w:rPr>
          <w:rFonts w:ascii="Georgia" w:hAnsi="Georgia"/>
          <w:b/>
          <w:color w:val="0B5345"/>
          <w:sz w:val="24"/>
          <w:lang w:val="ru-RU"/>
        </w:rPr>
      </w:pPr>
    </w:p>
    <w:p w14:paraId="1B9F0B18" w14:textId="77777777" w:rsidR="00FD0C14" w:rsidRDefault="00FD0C14" w:rsidP="00E8242A">
      <w:pPr>
        <w:spacing w:after="120"/>
        <w:jc w:val="center"/>
        <w:rPr>
          <w:rFonts w:ascii="Georgia" w:hAnsi="Georgia"/>
          <w:b/>
          <w:color w:val="0B5345"/>
          <w:sz w:val="24"/>
          <w:lang w:val="ru-RU"/>
        </w:rPr>
      </w:pPr>
    </w:p>
    <w:p w14:paraId="302056F8" w14:textId="77777777" w:rsidR="00FD0C14" w:rsidRDefault="00FD0C14" w:rsidP="00E8242A">
      <w:pPr>
        <w:spacing w:after="120"/>
        <w:jc w:val="center"/>
        <w:rPr>
          <w:rFonts w:ascii="Georgia" w:hAnsi="Georgia"/>
          <w:b/>
          <w:color w:val="0B5345"/>
          <w:sz w:val="24"/>
          <w:lang w:val="ru-RU"/>
        </w:rPr>
      </w:pPr>
    </w:p>
    <w:p w14:paraId="4CE20AD9" w14:textId="59F0A78C" w:rsidR="00EF7F2A" w:rsidRPr="00E8242A" w:rsidRDefault="00C2428B" w:rsidP="00E8242A">
      <w:pPr>
        <w:spacing w:after="120"/>
        <w:jc w:val="center"/>
        <w:rPr>
          <w:lang w:val="ru-RU"/>
        </w:rPr>
      </w:pPr>
      <w:r>
        <w:rPr>
          <w:rFonts w:ascii="Georgia" w:hAnsi="Georgia"/>
          <w:b/>
          <w:color w:val="0B5345"/>
          <w:sz w:val="24"/>
          <w:lang w:val="ru-RU"/>
        </w:rPr>
        <w:t>5</w:t>
      </w:r>
      <w:r w:rsidR="005C51D4" w:rsidRPr="00E8242A">
        <w:rPr>
          <w:rFonts w:ascii="Georgia" w:hAnsi="Georgia"/>
          <w:b/>
          <w:color w:val="0B5345"/>
          <w:sz w:val="24"/>
          <w:lang w:val="ru-RU"/>
        </w:rPr>
        <w:t>. АНТРОПОМЕТРИЧЕСКИЕ ПОКАЗАТЕЛИ И ДИНАМИКА КУРСА</w:t>
      </w:r>
    </w:p>
    <w:tbl>
      <w:tblPr>
        <w:tblW w:w="0" w:type="auto"/>
        <w:jc w:val="center"/>
        <w:tblBorders>
          <w:top w:val="single" w:sz="4" w:space="0" w:color="4F6228" w:themeColor="accent3" w:themeShade="80"/>
          <w:left w:val="single" w:sz="4" w:space="0" w:color="4F6228" w:themeColor="accent3" w:themeShade="80"/>
          <w:bottom w:val="single" w:sz="4" w:space="0" w:color="4F6228" w:themeColor="accent3" w:themeShade="80"/>
          <w:right w:val="single" w:sz="4" w:space="0" w:color="4F6228" w:themeColor="accent3" w:themeShade="80"/>
          <w:insideH w:val="single" w:sz="4" w:space="0" w:color="4F6228" w:themeColor="accent3" w:themeShade="80"/>
          <w:insideV w:val="single" w:sz="4" w:space="0" w:color="4F6228" w:themeColor="accent3" w:themeShade="80"/>
        </w:tblBorders>
        <w:tblLayout w:type="fixed"/>
        <w:tblLook w:val="04A0" w:firstRow="1" w:lastRow="0" w:firstColumn="1" w:lastColumn="0" w:noHBand="0" w:noVBand="1"/>
      </w:tblPr>
      <w:tblGrid>
        <w:gridCol w:w="3312"/>
        <w:gridCol w:w="1440"/>
        <w:gridCol w:w="1440"/>
        <w:gridCol w:w="1440"/>
        <w:gridCol w:w="1440"/>
        <w:gridCol w:w="1440"/>
      </w:tblGrid>
      <w:tr w:rsidR="00EF7F2A" w14:paraId="346743D0" w14:textId="77777777" w:rsidTr="00DC3A23">
        <w:trPr>
          <w:jc w:val="center"/>
        </w:trPr>
        <w:tc>
          <w:tcPr>
            <w:tcW w:w="3312" w:type="dxa"/>
            <w:shd w:val="clear" w:color="auto" w:fill="0B534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C70D90" w14:textId="77777777" w:rsidR="00EF7F2A" w:rsidRDefault="005C51D4">
            <w:pPr>
              <w:jc w:val="center"/>
            </w:pPr>
            <w:proofErr w:type="spellStart"/>
            <w:r>
              <w:rPr>
                <w:rFonts w:ascii="Arial" w:hAnsi="Arial"/>
                <w:b/>
                <w:color w:val="FFFFFF"/>
                <w:sz w:val="19"/>
              </w:rPr>
              <w:t>Показатель</w:t>
            </w:r>
            <w:proofErr w:type="spellEnd"/>
            <w:r>
              <w:rPr>
                <w:rFonts w:ascii="Arial" w:hAnsi="Arial"/>
                <w:b/>
                <w:color w:val="FFFFFF"/>
                <w:sz w:val="19"/>
              </w:rPr>
              <w:t xml:space="preserve"> / </w:t>
            </w:r>
            <w:proofErr w:type="spellStart"/>
            <w:r>
              <w:rPr>
                <w:rFonts w:ascii="Arial" w:hAnsi="Arial"/>
                <w:b/>
                <w:color w:val="FFFFFF"/>
                <w:sz w:val="19"/>
              </w:rPr>
              <w:t>Зона</w:t>
            </w:r>
            <w:proofErr w:type="spellEnd"/>
            <w:r>
              <w:rPr>
                <w:rFonts w:ascii="Arial" w:hAnsi="Arial"/>
                <w:b/>
                <w:color w:val="FFFFFF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color w:val="FFFFFF"/>
                <w:sz w:val="19"/>
              </w:rPr>
              <w:t>замера</w:t>
            </w:r>
            <w:proofErr w:type="spellEnd"/>
          </w:p>
        </w:tc>
        <w:tc>
          <w:tcPr>
            <w:tcW w:w="1440" w:type="dxa"/>
            <w:shd w:val="clear" w:color="auto" w:fill="0B534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6001E9" w14:textId="77777777" w:rsidR="00EF7F2A" w:rsidRDefault="005C51D4">
            <w:pPr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До курса</w:t>
            </w:r>
          </w:p>
        </w:tc>
        <w:tc>
          <w:tcPr>
            <w:tcW w:w="1440" w:type="dxa"/>
            <w:shd w:val="clear" w:color="auto" w:fill="0B534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36351E" w14:textId="77777777" w:rsidR="00EF7F2A" w:rsidRDefault="005C51D4">
            <w:pPr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3-й сеанс</w:t>
            </w:r>
          </w:p>
        </w:tc>
        <w:tc>
          <w:tcPr>
            <w:tcW w:w="1440" w:type="dxa"/>
            <w:shd w:val="clear" w:color="auto" w:fill="0B534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A081EA" w14:textId="77777777" w:rsidR="00EF7F2A" w:rsidRDefault="005C51D4">
            <w:pPr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6-й сеанс</w:t>
            </w:r>
          </w:p>
        </w:tc>
        <w:tc>
          <w:tcPr>
            <w:tcW w:w="1440" w:type="dxa"/>
            <w:shd w:val="clear" w:color="auto" w:fill="0B534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A4A275" w14:textId="77777777" w:rsidR="00EF7F2A" w:rsidRDefault="005C51D4">
            <w:pPr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10-й сеанс</w:t>
            </w:r>
          </w:p>
        </w:tc>
        <w:tc>
          <w:tcPr>
            <w:tcW w:w="1440" w:type="dxa"/>
            <w:shd w:val="clear" w:color="auto" w:fill="0B534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F94209" w14:textId="77777777" w:rsidR="00EF7F2A" w:rsidRDefault="005C51D4">
            <w:pPr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Динамика (+/-)</w:t>
            </w:r>
          </w:p>
        </w:tc>
      </w:tr>
      <w:tr w:rsidR="00EF7F2A" w14:paraId="5EE03067" w14:textId="77777777" w:rsidTr="00DC3A23">
        <w:trPr>
          <w:jc w:val="center"/>
        </w:trPr>
        <w:tc>
          <w:tcPr>
            <w:tcW w:w="331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8A155A8" w14:textId="77777777" w:rsidR="00EF7F2A" w:rsidRDefault="005C51D4">
            <w:r>
              <w:rPr>
                <w:rFonts w:ascii="Arial" w:hAnsi="Arial"/>
                <w:color w:val="2C3E50"/>
                <w:sz w:val="19"/>
              </w:rPr>
              <w:t>Вес тела (кг)</w:t>
            </w:r>
          </w:p>
        </w:tc>
        <w:tc>
          <w:tcPr>
            <w:tcW w:w="144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5FF8BA" w14:textId="34483388" w:rsidR="00EF7F2A" w:rsidRDefault="00EF7F2A">
            <w:pPr>
              <w:jc w:val="center"/>
            </w:pPr>
          </w:p>
        </w:tc>
        <w:tc>
          <w:tcPr>
            <w:tcW w:w="144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CD5EA95" w14:textId="77777777" w:rsidR="00EF7F2A" w:rsidRDefault="00EF7F2A">
            <w:pPr>
              <w:jc w:val="center"/>
            </w:pPr>
          </w:p>
        </w:tc>
        <w:tc>
          <w:tcPr>
            <w:tcW w:w="144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5954F5E" w14:textId="77777777" w:rsidR="00EF7F2A" w:rsidRDefault="00EF7F2A">
            <w:pPr>
              <w:jc w:val="center"/>
            </w:pPr>
          </w:p>
        </w:tc>
        <w:tc>
          <w:tcPr>
            <w:tcW w:w="144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C127895" w14:textId="77777777" w:rsidR="00EF7F2A" w:rsidRDefault="00EF7F2A">
            <w:pPr>
              <w:jc w:val="center"/>
            </w:pPr>
          </w:p>
        </w:tc>
        <w:tc>
          <w:tcPr>
            <w:tcW w:w="144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BA89EC9" w14:textId="77777777" w:rsidR="00EF7F2A" w:rsidRDefault="00EF7F2A">
            <w:pPr>
              <w:jc w:val="center"/>
            </w:pPr>
          </w:p>
        </w:tc>
      </w:tr>
      <w:tr w:rsidR="00EF7F2A" w14:paraId="2DED772C" w14:textId="77777777" w:rsidTr="00DC3A23">
        <w:trPr>
          <w:jc w:val="center"/>
        </w:trPr>
        <w:tc>
          <w:tcPr>
            <w:tcW w:w="331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9ADBFC6" w14:textId="77777777" w:rsidR="00EF7F2A" w:rsidRDefault="005C51D4">
            <w:r>
              <w:rPr>
                <w:rFonts w:ascii="Arial" w:hAnsi="Arial"/>
                <w:color w:val="2C3E50"/>
                <w:sz w:val="19"/>
              </w:rPr>
              <w:t>Индекс массы тела (ИМТ)</w:t>
            </w:r>
          </w:p>
        </w:tc>
        <w:tc>
          <w:tcPr>
            <w:tcW w:w="144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9A2FF65" w14:textId="77777777" w:rsidR="00EF7F2A" w:rsidRDefault="00EF7F2A">
            <w:pPr>
              <w:jc w:val="center"/>
            </w:pPr>
          </w:p>
        </w:tc>
        <w:tc>
          <w:tcPr>
            <w:tcW w:w="144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D2CB82E" w14:textId="77777777" w:rsidR="00EF7F2A" w:rsidRDefault="00EF7F2A">
            <w:pPr>
              <w:jc w:val="center"/>
            </w:pPr>
          </w:p>
        </w:tc>
        <w:tc>
          <w:tcPr>
            <w:tcW w:w="144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7A2AB88" w14:textId="77777777" w:rsidR="00EF7F2A" w:rsidRDefault="00EF7F2A">
            <w:pPr>
              <w:jc w:val="center"/>
            </w:pPr>
          </w:p>
        </w:tc>
        <w:tc>
          <w:tcPr>
            <w:tcW w:w="144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69B4CC1" w14:textId="77777777" w:rsidR="00EF7F2A" w:rsidRDefault="00EF7F2A">
            <w:pPr>
              <w:jc w:val="center"/>
            </w:pPr>
          </w:p>
        </w:tc>
        <w:tc>
          <w:tcPr>
            <w:tcW w:w="144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DC8BD6" w14:textId="77777777" w:rsidR="00EF7F2A" w:rsidRDefault="00EF7F2A">
            <w:pPr>
              <w:jc w:val="center"/>
            </w:pPr>
          </w:p>
        </w:tc>
      </w:tr>
      <w:tr w:rsidR="00EF7F2A" w14:paraId="4C1761B6" w14:textId="77777777" w:rsidTr="00DC3A23">
        <w:trPr>
          <w:jc w:val="center"/>
        </w:trPr>
        <w:tc>
          <w:tcPr>
            <w:tcW w:w="331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A019214" w14:textId="77777777" w:rsidR="00EF7F2A" w:rsidRDefault="005C51D4">
            <w:r>
              <w:rPr>
                <w:rFonts w:ascii="Arial" w:hAnsi="Arial"/>
                <w:color w:val="2C3E50"/>
                <w:sz w:val="19"/>
              </w:rPr>
              <w:t>Процент жира / воды (биоимпеданс)</w:t>
            </w:r>
          </w:p>
        </w:tc>
        <w:tc>
          <w:tcPr>
            <w:tcW w:w="144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94DBA7E" w14:textId="77777777" w:rsidR="00EF7F2A" w:rsidRDefault="00EF7F2A">
            <w:pPr>
              <w:jc w:val="center"/>
            </w:pPr>
          </w:p>
        </w:tc>
        <w:tc>
          <w:tcPr>
            <w:tcW w:w="144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5F85A93" w14:textId="77777777" w:rsidR="00EF7F2A" w:rsidRDefault="00EF7F2A">
            <w:pPr>
              <w:jc w:val="center"/>
            </w:pPr>
          </w:p>
        </w:tc>
        <w:tc>
          <w:tcPr>
            <w:tcW w:w="144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3B79B56" w14:textId="77777777" w:rsidR="00EF7F2A" w:rsidRDefault="00EF7F2A">
            <w:pPr>
              <w:jc w:val="center"/>
            </w:pPr>
          </w:p>
        </w:tc>
        <w:tc>
          <w:tcPr>
            <w:tcW w:w="144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5CEF53B" w14:textId="77777777" w:rsidR="00EF7F2A" w:rsidRDefault="00EF7F2A">
            <w:pPr>
              <w:jc w:val="center"/>
            </w:pPr>
          </w:p>
        </w:tc>
        <w:tc>
          <w:tcPr>
            <w:tcW w:w="144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FA29ABE" w14:textId="77777777" w:rsidR="00EF7F2A" w:rsidRDefault="00EF7F2A">
            <w:pPr>
              <w:jc w:val="center"/>
            </w:pPr>
          </w:p>
        </w:tc>
      </w:tr>
      <w:tr w:rsidR="00EF7F2A" w14:paraId="7C2C15ED" w14:textId="77777777" w:rsidTr="00DC3A23">
        <w:trPr>
          <w:jc w:val="center"/>
        </w:trPr>
        <w:tc>
          <w:tcPr>
            <w:tcW w:w="331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80C522B" w14:textId="77777777" w:rsidR="00EF7F2A" w:rsidRDefault="005C51D4">
            <w:r>
              <w:rPr>
                <w:rFonts w:ascii="Arial" w:hAnsi="Arial"/>
                <w:color w:val="2C3E50"/>
                <w:sz w:val="19"/>
              </w:rPr>
              <w:lastRenderedPageBreak/>
              <w:t>Обхват шеи (см)</w:t>
            </w:r>
          </w:p>
        </w:tc>
        <w:tc>
          <w:tcPr>
            <w:tcW w:w="144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BB9074C" w14:textId="77777777" w:rsidR="00EF7F2A" w:rsidRDefault="00EF7F2A">
            <w:pPr>
              <w:jc w:val="center"/>
            </w:pPr>
          </w:p>
        </w:tc>
        <w:tc>
          <w:tcPr>
            <w:tcW w:w="144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459D9FC" w14:textId="77777777" w:rsidR="00EF7F2A" w:rsidRDefault="00EF7F2A">
            <w:pPr>
              <w:jc w:val="center"/>
            </w:pPr>
          </w:p>
        </w:tc>
        <w:tc>
          <w:tcPr>
            <w:tcW w:w="144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60C5730" w14:textId="77777777" w:rsidR="00EF7F2A" w:rsidRDefault="00EF7F2A">
            <w:pPr>
              <w:jc w:val="center"/>
            </w:pPr>
          </w:p>
        </w:tc>
        <w:tc>
          <w:tcPr>
            <w:tcW w:w="144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279A095" w14:textId="77777777" w:rsidR="00EF7F2A" w:rsidRDefault="00EF7F2A">
            <w:pPr>
              <w:jc w:val="center"/>
            </w:pPr>
          </w:p>
        </w:tc>
        <w:tc>
          <w:tcPr>
            <w:tcW w:w="144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F124D4A" w14:textId="77777777" w:rsidR="00EF7F2A" w:rsidRDefault="00EF7F2A">
            <w:pPr>
              <w:jc w:val="center"/>
            </w:pPr>
          </w:p>
        </w:tc>
      </w:tr>
      <w:tr w:rsidR="00EF7F2A" w14:paraId="55C5FC46" w14:textId="77777777" w:rsidTr="00DC3A23">
        <w:trPr>
          <w:jc w:val="center"/>
        </w:trPr>
        <w:tc>
          <w:tcPr>
            <w:tcW w:w="331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25223A7" w14:textId="77777777" w:rsidR="00EF7F2A" w:rsidRDefault="005C51D4">
            <w:r>
              <w:rPr>
                <w:rFonts w:ascii="Arial" w:hAnsi="Arial"/>
                <w:color w:val="2C3E50"/>
                <w:sz w:val="19"/>
              </w:rPr>
              <w:t>Обхват груди (см)</w:t>
            </w:r>
          </w:p>
        </w:tc>
        <w:tc>
          <w:tcPr>
            <w:tcW w:w="144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42E8F90" w14:textId="77777777" w:rsidR="00EF7F2A" w:rsidRDefault="00EF7F2A">
            <w:pPr>
              <w:jc w:val="center"/>
            </w:pPr>
          </w:p>
        </w:tc>
        <w:tc>
          <w:tcPr>
            <w:tcW w:w="144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946759B" w14:textId="77777777" w:rsidR="00EF7F2A" w:rsidRDefault="00EF7F2A">
            <w:pPr>
              <w:jc w:val="center"/>
            </w:pPr>
          </w:p>
        </w:tc>
        <w:tc>
          <w:tcPr>
            <w:tcW w:w="144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F1AA389" w14:textId="77777777" w:rsidR="00EF7F2A" w:rsidRDefault="00EF7F2A">
            <w:pPr>
              <w:jc w:val="center"/>
            </w:pPr>
          </w:p>
        </w:tc>
        <w:tc>
          <w:tcPr>
            <w:tcW w:w="144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C008BA5" w14:textId="77777777" w:rsidR="00EF7F2A" w:rsidRDefault="00EF7F2A">
            <w:pPr>
              <w:jc w:val="center"/>
            </w:pPr>
          </w:p>
        </w:tc>
        <w:tc>
          <w:tcPr>
            <w:tcW w:w="144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BFA20B7" w14:textId="77777777" w:rsidR="00EF7F2A" w:rsidRDefault="00EF7F2A">
            <w:pPr>
              <w:jc w:val="center"/>
            </w:pPr>
          </w:p>
        </w:tc>
      </w:tr>
      <w:tr w:rsidR="00EF7F2A" w14:paraId="2C7C9ACE" w14:textId="77777777" w:rsidTr="00DC3A23">
        <w:trPr>
          <w:jc w:val="center"/>
        </w:trPr>
        <w:tc>
          <w:tcPr>
            <w:tcW w:w="331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76BE392" w14:textId="77777777" w:rsidR="00EF7F2A" w:rsidRDefault="005C51D4">
            <w:r>
              <w:rPr>
                <w:rFonts w:ascii="Arial" w:hAnsi="Arial"/>
                <w:color w:val="2C3E50"/>
                <w:sz w:val="19"/>
              </w:rPr>
              <w:t>Обхват талии / живота (см)</w:t>
            </w:r>
          </w:p>
        </w:tc>
        <w:tc>
          <w:tcPr>
            <w:tcW w:w="144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1061F38" w14:textId="77777777" w:rsidR="00EF7F2A" w:rsidRDefault="00EF7F2A">
            <w:pPr>
              <w:jc w:val="center"/>
            </w:pPr>
          </w:p>
        </w:tc>
        <w:tc>
          <w:tcPr>
            <w:tcW w:w="144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2E8969E" w14:textId="77777777" w:rsidR="00EF7F2A" w:rsidRDefault="00EF7F2A">
            <w:pPr>
              <w:jc w:val="center"/>
            </w:pPr>
          </w:p>
        </w:tc>
        <w:tc>
          <w:tcPr>
            <w:tcW w:w="144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FE6D4D5" w14:textId="77777777" w:rsidR="00EF7F2A" w:rsidRDefault="00EF7F2A">
            <w:pPr>
              <w:jc w:val="center"/>
            </w:pPr>
          </w:p>
        </w:tc>
        <w:tc>
          <w:tcPr>
            <w:tcW w:w="144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57FDA60" w14:textId="77777777" w:rsidR="00EF7F2A" w:rsidRDefault="00EF7F2A">
            <w:pPr>
              <w:jc w:val="center"/>
            </w:pPr>
          </w:p>
        </w:tc>
        <w:tc>
          <w:tcPr>
            <w:tcW w:w="144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4E97D67" w14:textId="77777777" w:rsidR="00EF7F2A" w:rsidRDefault="00EF7F2A">
            <w:pPr>
              <w:jc w:val="center"/>
            </w:pPr>
          </w:p>
        </w:tc>
      </w:tr>
      <w:tr w:rsidR="00EF7F2A" w14:paraId="6802BDE3" w14:textId="77777777" w:rsidTr="00DC3A23">
        <w:trPr>
          <w:jc w:val="center"/>
        </w:trPr>
        <w:tc>
          <w:tcPr>
            <w:tcW w:w="331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34BA821" w14:textId="77777777" w:rsidR="00EF7F2A" w:rsidRDefault="005C51D4">
            <w:r>
              <w:rPr>
                <w:rFonts w:ascii="Arial" w:hAnsi="Arial"/>
                <w:color w:val="2C3E50"/>
                <w:sz w:val="19"/>
              </w:rPr>
              <w:t>Обхват ягодиц (см)</w:t>
            </w:r>
          </w:p>
        </w:tc>
        <w:tc>
          <w:tcPr>
            <w:tcW w:w="144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87DC4EB" w14:textId="77777777" w:rsidR="00EF7F2A" w:rsidRDefault="00EF7F2A">
            <w:pPr>
              <w:jc w:val="center"/>
            </w:pPr>
          </w:p>
        </w:tc>
        <w:tc>
          <w:tcPr>
            <w:tcW w:w="144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F8376D" w14:textId="77777777" w:rsidR="00EF7F2A" w:rsidRDefault="00EF7F2A">
            <w:pPr>
              <w:jc w:val="center"/>
            </w:pPr>
          </w:p>
        </w:tc>
        <w:tc>
          <w:tcPr>
            <w:tcW w:w="144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C731216" w14:textId="77777777" w:rsidR="00EF7F2A" w:rsidRDefault="00EF7F2A">
            <w:pPr>
              <w:jc w:val="center"/>
            </w:pPr>
          </w:p>
        </w:tc>
        <w:tc>
          <w:tcPr>
            <w:tcW w:w="144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589A665" w14:textId="77777777" w:rsidR="00EF7F2A" w:rsidRDefault="00EF7F2A">
            <w:pPr>
              <w:jc w:val="center"/>
            </w:pPr>
          </w:p>
        </w:tc>
        <w:tc>
          <w:tcPr>
            <w:tcW w:w="144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CC12059" w14:textId="77777777" w:rsidR="00EF7F2A" w:rsidRDefault="00EF7F2A">
            <w:pPr>
              <w:jc w:val="center"/>
            </w:pPr>
          </w:p>
        </w:tc>
      </w:tr>
      <w:tr w:rsidR="00EF7F2A" w:rsidRPr="00A465FE" w14:paraId="577803C7" w14:textId="77777777" w:rsidTr="00DC3A23">
        <w:trPr>
          <w:jc w:val="center"/>
        </w:trPr>
        <w:tc>
          <w:tcPr>
            <w:tcW w:w="331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C3B9936" w14:textId="77777777" w:rsidR="00EF7F2A" w:rsidRPr="0077324A" w:rsidRDefault="005C51D4">
            <w:pPr>
              <w:rPr>
                <w:lang w:val="ru-RU"/>
              </w:rPr>
            </w:pPr>
            <w:r w:rsidRPr="0077324A">
              <w:rPr>
                <w:rFonts w:ascii="Arial" w:hAnsi="Arial"/>
                <w:color w:val="2C3E50"/>
                <w:sz w:val="19"/>
                <w:lang w:val="ru-RU"/>
              </w:rPr>
              <w:t>Обхват бедра (</w:t>
            </w:r>
            <w:r>
              <w:rPr>
                <w:rFonts w:ascii="Arial" w:hAnsi="Arial"/>
                <w:color w:val="2C3E50"/>
                <w:sz w:val="19"/>
              </w:rPr>
              <w:t>R</w:t>
            </w:r>
            <w:r w:rsidRPr="0077324A">
              <w:rPr>
                <w:rFonts w:ascii="Arial" w:hAnsi="Arial"/>
                <w:color w:val="2C3E50"/>
                <w:sz w:val="19"/>
                <w:lang w:val="ru-RU"/>
              </w:rPr>
              <w:t>/</w:t>
            </w:r>
            <w:r>
              <w:rPr>
                <w:rFonts w:ascii="Arial" w:hAnsi="Arial"/>
                <w:color w:val="2C3E50"/>
                <w:sz w:val="19"/>
              </w:rPr>
              <w:t>L</w:t>
            </w:r>
            <w:r w:rsidRPr="0077324A">
              <w:rPr>
                <w:rFonts w:ascii="Arial" w:hAnsi="Arial"/>
                <w:color w:val="2C3E50"/>
                <w:sz w:val="19"/>
                <w:lang w:val="ru-RU"/>
              </w:rPr>
              <w:t>) (см)</w:t>
            </w:r>
          </w:p>
        </w:tc>
        <w:tc>
          <w:tcPr>
            <w:tcW w:w="144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5718E1A" w14:textId="77777777" w:rsidR="00EF7F2A" w:rsidRPr="0077324A" w:rsidRDefault="00EF7F2A">
            <w:pPr>
              <w:jc w:val="center"/>
              <w:rPr>
                <w:lang w:val="ru-RU"/>
              </w:rPr>
            </w:pPr>
          </w:p>
        </w:tc>
        <w:tc>
          <w:tcPr>
            <w:tcW w:w="144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0653AFD" w14:textId="77777777" w:rsidR="00EF7F2A" w:rsidRPr="0077324A" w:rsidRDefault="00EF7F2A">
            <w:pPr>
              <w:jc w:val="center"/>
              <w:rPr>
                <w:lang w:val="ru-RU"/>
              </w:rPr>
            </w:pPr>
          </w:p>
        </w:tc>
        <w:tc>
          <w:tcPr>
            <w:tcW w:w="144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694B096" w14:textId="77777777" w:rsidR="00EF7F2A" w:rsidRPr="0077324A" w:rsidRDefault="00EF7F2A">
            <w:pPr>
              <w:jc w:val="center"/>
              <w:rPr>
                <w:lang w:val="ru-RU"/>
              </w:rPr>
            </w:pPr>
          </w:p>
        </w:tc>
        <w:tc>
          <w:tcPr>
            <w:tcW w:w="144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1473891" w14:textId="77777777" w:rsidR="00EF7F2A" w:rsidRPr="0077324A" w:rsidRDefault="00EF7F2A">
            <w:pPr>
              <w:jc w:val="center"/>
              <w:rPr>
                <w:lang w:val="ru-RU"/>
              </w:rPr>
            </w:pPr>
          </w:p>
        </w:tc>
        <w:tc>
          <w:tcPr>
            <w:tcW w:w="144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451F6DC" w14:textId="77777777" w:rsidR="00EF7F2A" w:rsidRPr="0077324A" w:rsidRDefault="00EF7F2A">
            <w:pPr>
              <w:jc w:val="center"/>
              <w:rPr>
                <w:lang w:val="ru-RU"/>
              </w:rPr>
            </w:pPr>
          </w:p>
        </w:tc>
      </w:tr>
      <w:tr w:rsidR="00EF7F2A" w:rsidRPr="00A465FE" w14:paraId="1D17C38B" w14:textId="77777777" w:rsidTr="00DC3A23">
        <w:trPr>
          <w:jc w:val="center"/>
        </w:trPr>
        <w:tc>
          <w:tcPr>
            <w:tcW w:w="331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235C96D" w14:textId="77777777" w:rsidR="00EF7F2A" w:rsidRPr="0077324A" w:rsidRDefault="005C51D4">
            <w:pPr>
              <w:rPr>
                <w:lang w:val="ru-RU"/>
              </w:rPr>
            </w:pPr>
            <w:r w:rsidRPr="0077324A">
              <w:rPr>
                <w:rFonts w:ascii="Arial" w:hAnsi="Arial"/>
                <w:color w:val="2C3E50"/>
                <w:sz w:val="19"/>
                <w:lang w:val="ru-RU"/>
              </w:rPr>
              <w:t>Обхват зоны над коленом (см)</w:t>
            </w:r>
          </w:p>
        </w:tc>
        <w:tc>
          <w:tcPr>
            <w:tcW w:w="144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47D3629" w14:textId="77777777" w:rsidR="00EF7F2A" w:rsidRPr="0077324A" w:rsidRDefault="00EF7F2A">
            <w:pPr>
              <w:jc w:val="center"/>
              <w:rPr>
                <w:lang w:val="ru-RU"/>
              </w:rPr>
            </w:pPr>
          </w:p>
        </w:tc>
        <w:tc>
          <w:tcPr>
            <w:tcW w:w="144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2939B62" w14:textId="77777777" w:rsidR="00EF7F2A" w:rsidRPr="0077324A" w:rsidRDefault="00EF7F2A">
            <w:pPr>
              <w:jc w:val="center"/>
              <w:rPr>
                <w:lang w:val="ru-RU"/>
              </w:rPr>
            </w:pPr>
          </w:p>
        </w:tc>
        <w:tc>
          <w:tcPr>
            <w:tcW w:w="144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3BCEC4C" w14:textId="77777777" w:rsidR="00EF7F2A" w:rsidRPr="0077324A" w:rsidRDefault="00EF7F2A">
            <w:pPr>
              <w:jc w:val="center"/>
              <w:rPr>
                <w:lang w:val="ru-RU"/>
              </w:rPr>
            </w:pPr>
          </w:p>
        </w:tc>
        <w:tc>
          <w:tcPr>
            <w:tcW w:w="144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1C1F674" w14:textId="77777777" w:rsidR="00EF7F2A" w:rsidRPr="0077324A" w:rsidRDefault="00EF7F2A">
            <w:pPr>
              <w:jc w:val="center"/>
              <w:rPr>
                <w:lang w:val="ru-RU"/>
              </w:rPr>
            </w:pPr>
          </w:p>
        </w:tc>
        <w:tc>
          <w:tcPr>
            <w:tcW w:w="144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918879F" w14:textId="77777777" w:rsidR="00EF7F2A" w:rsidRPr="0077324A" w:rsidRDefault="00EF7F2A">
            <w:pPr>
              <w:jc w:val="center"/>
              <w:rPr>
                <w:lang w:val="ru-RU"/>
              </w:rPr>
            </w:pPr>
          </w:p>
        </w:tc>
      </w:tr>
      <w:tr w:rsidR="00EF7F2A" w14:paraId="54CA76D0" w14:textId="77777777" w:rsidTr="00DC3A23">
        <w:trPr>
          <w:jc w:val="center"/>
        </w:trPr>
        <w:tc>
          <w:tcPr>
            <w:tcW w:w="331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3B56ABD" w14:textId="77777777" w:rsidR="00EF7F2A" w:rsidRDefault="005C51D4">
            <w:proofErr w:type="spellStart"/>
            <w:r>
              <w:rPr>
                <w:rFonts w:ascii="Arial" w:hAnsi="Arial"/>
                <w:color w:val="2C3E50"/>
                <w:sz w:val="19"/>
              </w:rPr>
              <w:t>Обхват</w:t>
            </w:r>
            <w:proofErr w:type="spellEnd"/>
            <w:r>
              <w:rPr>
                <w:rFonts w:ascii="Arial" w:hAnsi="Arial"/>
                <w:color w:val="2C3E50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color w:val="2C3E50"/>
                <w:sz w:val="19"/>
              </w:rPr>
              <w:t>плеча</w:t>
            </w:r>
            <w:proofErr w:type="spellEnd"/>
            <w:r>
              <w:rPr>
                <w:rFonts w:ascii="Arial" w:hAnsi="Arial"/>
                <w:color w:val="2C3E50"/>
                <w:sz w:val="19"/>
              </w:rPr>
              <w:t>/</w:t>
            </w:r>
            <w:proofErr w:type="spellStart"/>
            <w:r>
              <w:rPr>
                <w:rFonts w:ascii="Arial" w:hAnsi="Arial"/>
                <w:color w:val="2C3E50"/>
                <w:sz w:val="19"/>
              </w:rPr>
              <w:t>руки</w:t>
            </w:r>
            <w:proofErr w:type="spellEnd"/>
            <w:r>
              <w:rPr>
                <w:rFonts w:ascii="Arial" w:hAnsi="Arial"/>
                <w:color w:val="2C3E50"/>
                <w:sz w:val="19"/>
              </w:rPr>
              <w:t xml:space="preserve"> (</w:t>
            </w:r>
            <w:proofErr w:type="spellStart"/>
            <w:r>
              <w:rPr>
                <w:rFonts w:ascii="Arial" w:hAnsi="Arial"/>
                <w:color w:val="2C3E50"/>
                <w:sz w:val="19"/>
              </w:rPr>
              <w:t>см</w:t>
            </w:r>
            <w:proofErr w:type="spellEnd"/>
            <w:r>
              <w:rPr>
                <w:rFonts w:ascii="Arial" w:hAnsi="Arial"/>
                <w:color w:val="2C3E50"/>
                <w:sz w:val="19"/>
              </w:rPr>
              <w:t>)</w:t>
            </w:r>
          </w:p>
        </w:tc>
        <w:tc>
          <w:tcPr>
            <w:tcW w:w="144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1CC93D3" w14:textId="77777777" w:rsidR="00EF7F2A" w:rsidRDefault="00EF7F2A">
            <w:pPr>
              <w:jc w:val="center"/>
            </w:pPr>
          </w:p>
        </w:tc>
        <w:tc>
          <w:tcPr>
            <w:tcW w:w="144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04FE437" w14:textId="77777777" w:rsidR="00EF7F2A" w:rsidRDefault="00EF7F2A">
            <w:pPr>
              <w:jc w:val="center"/>
            </w:pPr>
          </w:p>
        </w:tc>
        <w:tc>
          <w:tcPr>
            <w:tcW w:w="144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3F2CE4D" w14:textId="77777777" w:rsidR="00EF7F2A" w:rsidRDefault="00EF7F2A">
            <w:pPr>
              <w:jc w:val="center"/>
            </w:pPr>
          </w:p>
        </w:tc>
        <w:tc>
          <w:tcPr>
            <w:tcW w:w="144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4E11BEB" w14:textId="77777777" w:rsidR="00EF7F2A" w:rsidRDefault="00EF7F2A">
            <w:pPr>
              <w:jc w:val="center"/>
            </w:pPr>
          </w:p>
        </w:tc>
        <w:tc>
          <w:tcPr>
            <w:tcW w:w="144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AF8C5D7" w14:textId="77777777" w:rsidR="00EF7F2A" w:rsidRDefault="00EF7F2A">
            <w:pPr>
              <w:jc w:val="center"/>
            </w:pPr>
          </w:p>
        </w:tc>
      </w:tr>
      <w:tr w:rsidR="00EF7F2A" w14:paraId="5EC75D8C" w14:textId="77777777" w:rsidTr="00DC3A23">
        <w:trPr>
          <w:jc w:val="center"/>
        </w:trPr>
        <w:tc>
          <w:tcPr>
            <w:tcW w:w="331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63CDBC1" w14:textId="77777777" w:rsidR="00EF7F2A" w:rsidRDefault="005C51D4">
            <w:r>
              <w:rPr>
                <w:rFonts w:ascii="Arial" w:hAnsi="Arial"/>
                <w:color w:val="2C3E50"/>
                <w:sz w:val="19"/>
              </w:rPr>
              <w:t>Субъективная оценка кожи (1-10)</w:t>
            </w:r>
          </w:p>
        </w:tc>
        <w:tc>
          <w:tcPr>
            <w:tcW w:w="144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7C78549" w14:textId="77777777" w:rsidR="00EF7F2A" w:rsidRDefault="00EF7F2A">
            <w:pPr>
              <w:jc w:val="center"/>
            </w:pPr>
          </w:p>
        </w:tc>
        <w:tc>
          <w:tcPr>
            <w:tcW w:w="144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C50F2E5" w14:textId="77777777" w:rsidR="00EF7F2A" w:rsidRDefault="00EF7F2A">
            <w:pPr>
              <w:jc w:val="center"/>
            </w:pPr>
          </w:p>
        </w:tc>
        <w:tc>
          <w:tcPr>
            <w:tcW w:w="144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8832FEE" w14:textId="77777777" w:rsidR="00EF7F2A" w:rsidRDefault="00EF7F2A">
            <w:pPr>
              <w:jc w:val="center"/>
            </w:pPr>
          </w:p>
        </w:tc>
        <w:tc>
          <w:tcPr>
            <w:tcW w:w="144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BD29726" w14:textId="77777777" w:rsidR="00EF7F2A" w:rsidRDefault="00EF7F2A">
            <w:pPr>
              <w:jc w:val="center"/>
            </w:pPr>
          </w:p>
        </w:tc>
        <w:tc>
          <w:tcPr>
            <w:tcW w:w="144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8FD76E7" w14:textId="77777777" w:rsidR="00EF7F2A" w:rsidRDefault="00EF7F2A">
            <w:pPr>
              <w:jc w:val="center"/>
            </w:pPr>
          </w:p>
        </w:tc>
      </w:tr>
    </w:tbl>
    <w:p w14:paraId="215CB7B3" w14:textId="77777777" w:rsidR="00EF7F2A" w:rsidRDefault="00EF7F2A">
      <w:pPr>
        <w:spacing w:after="8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512"/>
      </w:tblGrid>
      <w:tr w:rsidR="00EF7F2A" w:rsidRPr="009E2A80" w14:paraId="6DF59E46" w14:textId="77777777">
        <w:trPr>
          <w:jc w:val="center"/>
        </w:trPr>
        <w:tc>
          <w:tcPr>
            <w:tcW w:w="10512" w:type="dxa"/>
            <w:tcBorders>
              <w:left w:val="single" w:sz="24" w:space="0" w:color="16A085"/>
            </w:tcBorders>
            <w:shd w:val="clear" w:color="auto" w:fill="F2F9F6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7D0020D2" w14:textId="5FC5B513" w:rsidR="00EF7F2A" w:rsidRPr="00C2428B" w:rsidRDefault="00C2428B" w:rsidP="00C2428B">
            <w:pPr>
              <w:spacing w:after="120"/>
              <w:jc w:val="center"/>
              <w:rPr>
                <w:sz w:val="24"/>
                <w:szCs w:val="24"/>
                <w:lang w:val="ru-RU"/>
              </w:rPr>
            </w:pPr>
            <w:r w:rsidRPr="00C2428B">
              <w:rPr>
                <w:rFonts w:ascii="Georgia" w:hAnsi="Georgia"/>
                <w:b/>
                <w:color w:val="0B5345"/>
                <w:sz w:val="24"/>
                <w:szCs w:val="24"/>
                <w:lang w:val="ru-RU"/>
              </w:rPr>
              <w:t>6</w:t>
            </w:r>
            <w:r w:rsidR="005C51D4" w:rsidRPr="00C2428B">
              <w:rPr>
                <w:rFonts w:ascii="Georgia" w:hAnsi="Georgia"/>
                <w:b/>
                <w:color w:val="0B5345"/>
                <w:sz w:val="24"/>
                <w:szCs w:val="24"/>
                <w:lang w:val="ru-RU"/>
              </w:rPr>
              <w:t>. КОНТРОЛЬ ОБРАЗА ЖИЗНИ И ВЕЛНЕС-СТАТУСА (Вне стен центра)</w:t>
            </w:r>
          </w:p>
          <w:p w14:paraId="08F80D7B" w14:textId="1F3ED0CF" w:rsidR="00EF7F2A" w:rsidRPr="0077324A" w:rsidRDefault="005C51D4">
            <w:pPr>
              <w:spacing w:after="80"/>
              <w:rPr>
                <w:lang w:val="ru-RU"/>
              </w:rPr>
            </w:pPr>
            <w:r w:rsidRPr="0077324A">
              <w:rPr>
                <w:rFonts w:ascii="Arial" w:hAnsi="Arial"/>
                <w:color w:val="2C3E50"/>
                <w:sz w:val="20"/>
                <w:lang w:val="ru-RU"/>
              </w:rPr>
              <w:t xml:space="preserve">Питьевой баланс (чистая вода в день): </w:t>
            </w:r>
            <w:sdt>
              <w:sdtPr>
                <w:rPr>
                  <w:rStyle w:val="14"/>
                  <w:color w:val="4F6228" w:themeColor="accent3" w:themeShade="80"/>
                  <w:szCs w:val="28"/>
                  <w:lang w:val="ru-RU"/>
                </w:rPr>
                <w:id w:val="1226645915"/>
                <w:lock w:val="contentLocked"/>
                <w:placeholder>
                  <w:docPart w:val="06D40A0AE2654704A63FE9748A9712B2"/>
                </w:placeholder>
                <w:group/>
              </w:sdtPr>
              <w:sdtEndPr>
                <w:rPr>
                  <w:rStyle w:val="14"/>
                </w:rPr>
              </w:sdtEndPr>
              <w:sdtContent>
                <w:sdt>
                  <w:sdtPr>
                    <w:rPr>
                      <w:rStyle w:val="aff8"/>
                      <w:sz w:val="40"/>
                      <w:szCs w:val="40"/>
                      <w:lang w:val="ru-RU"/>
                    </w:rPr>
                    <w:id w:val="2066602740"/>
                    <w15:color w:val="808000"/>
                    <w15:appearance w15:val="hidden"/>
                    <w14:checkbox>
                      <w14:checked w14:val="0"/>
                      <w14:checkedState w14:val="221A" w14:font="Times New Roman"/>
                      <w14:uncheckedState w14:val="25A1" w14:font="Times New Roman"/>
                    </w14:checkbox>
                  </w:sdtPr>
                  <w:sdtEndPr>
                    <w:rPr>
                      <w:rStyle w:val="aff8"/>
                    </w:rPr>
                  </w:sdtEndPr>
                  <w:sdtContent>
                    <w:r w:rsidR="00A801F0">
                      <w:rPr>
                        <w:rStyle w:val="aff8"/>
                        <w:rFonts w:ascii="Times New Roman" w:hAnsi="Times New Roman" w:cs="Times New Roman"/>
                        <w:sz w:val="40"/>
                        <w:szCs w:val="40"/>
                        <w:lang w:val="ru-RU"/>
                      </w:rPr>
                      <w:t>□</w:t>
                    </w:r>
                  </w:sdtContent>
                </w:sdt>
              </w:sdtContent>
            </w:sdt>
            <w:r w:rsidR="00A801F0">
              <w:rPr>
                <w:color w:val="4F6228" w:themeColor="accent3" w:themeShade="80"/>
                <w:lang w:val="ru-RU"/>
              </w:rPr>
              <w:t xml:space="preserve"> </w:t>
            </w:r>
            <w:r w:rsidRPr="0077324A">
              <w:rPr>
                <w:rFonts w:ascii="Arial" w:hAnsi="Arial"/>
                <w:color w:val="2C3E50"/>
                <w:sz w:val="20"/>
                <w:lang w:val="ru-RU"/>
              </w:rPr>
              <w:t xml:space="preserve">Менее 1 л  </w:t>
            </w:r>
            <w:sdt>
              <w:sdtPr>
                <w:rPr>
                  <w:rStyle w:val="14"/>
                  <w:color w:val="4F6228" w:themeColor="accent3" w:themeShade="80"/>
                  <w:szCs w:val="28"/>
                  <w:lang w:val="ru-RU"/>
                </w:rPr>
                <w:id w:val="1593204966"/>
                <w:lock w:val="contentLocked"/>
                <w:placeholder>
                  <w:docPart w:val="E9FDF13DB16F41C88FE0DFE67D5D8728"/>
                </w:placeholder>
                <w:group/>
              </w:sdtPr>
              <w:sdtEndPr>
                <w:rPr>
                  <w:rStyle w:val="14"/>
                </w:rPr>
              </w:sdtEndPr>
              <w:sdtContent>
                <w:sdt>
                  <w:sdtPr>
                    <w:rPr>
                      <w:rStyle w:val="aff8"/>
                      <w:sz w:val="40"/>
                      <w:szCs w:val="40"/>
                      <w:lang w:val="ru-RU"/>
                    </w:rPr>
                    <w:id w:val="-1586603324"/>
                    <w15:color w:val="808000"/>
                    <w15:appearance w15:val="hidden"/>
                    <w14:checkbox>
                      <w14:checked w14:val="0"/>
                      <w14:checkedState w14:val="221A" w14:font="Times New Roman"/>
                      <w14:uncheckedState w14:val="25A1" w14:font="Times New Roman"/>
                    </w14:checkbox>
                  </w:sdtPr>
                  <w:sdtEndPr>
                    <w:rPr>
                      <w:rStyle w:val="aff8"/>
                    </w:rPr>
                  </w:sdtEndPr>
                  <w:sdtContent>
                    <w:r w:rsidR="00A801F0">
                      <w:rPr>
                        <w:rStyle w:val="aff8"/>
                        <w:rFonts w:ascii="Times New Roman" w:hAnsi="Times New Roman" w:cs="Times New Roman"/>
                        <w:sz w:val="40"/>
                        <w:szCs w:val="40"/>
                        <w:lang w:val="ru-RU"/>
                      </w:rPr>
                      <w:t>□</w:t>
                    </w:r>
                  </w:sdtContent>
                </w:sdt>
              </w:sdtContent>
            </w:sdt>
            <w:r w:rsidR="00A801F0">
              <w:rPr>
                <w:color w:val="4F6228" w:themeColor="accent3" w:themeShade="80"/>
                <w:lang w:val="ru-RU"/>
              </w:rPr>
              <w:t xml:space="preserve"> </w:t>
            </w:r>
            <w:r w:rsidRPr="0077324A">
              <w:rPr>
                <w:rFonts w:ascii="Arial" w:hAnsi="Arial"/>
                <w:color w:val="2C3E50"/>
                <w:sz w:val="20"/>
                <w:lang w:val="ru-RU"/>
              </w:rPr>
              <w:t xml:space="preserve">1-1.5 л  </w:t>
            </w:r>
            <w:sdt>
              <w:sdtPr>
                <w:rPr>
                  <w:rStyle w:val="14"/>
                  <w:color w:val="4F6228" w:themeColor="accent3" w:themeShade="80"/>
                  <w:szCs w:val="28"/>
                  <w:lang w:val="ru-RU"/>
                </w:rPr>
                <w:id w:val="1242680903"/>
                <w:lock w:val="contentLocked"/>
                <w:placeholder>
                  <w:docPart w:val="1B59565E3C8345BE87744495EE269BFD"/>
                </w:placeholder>
                <w:group/>
              </w:sdtPr>
              <w:sdtEndPr>
                <w:rPr>
                  <w:rStyle w:val="14"/>
                </w:rPr>
              </w:sdtEndPr>
              <w:sdtContent>
                <w:sdt>
                  <w:sdtPr>
                    <w:rPr>
                      <w:rStyle w:val="aff8"/>
                      <w:sz w:val="40"/>
                      <w:szCs w:val="40"/>
                      <w:lang w:val="ru-RU"/>
                    </w:rPr>
                    <w:id w:val="-214810583"/>
                    <w15:color w:val="808000"/>
                    <w15:appearance w15:val="hidden"/>
                    <w14:checkbox>
                      <w14:checked w14:val="0"/>
                      <w14:checkedState w14:val="221A" w14:font="Times New Roman"/>
                      <w14:uncheckedState w14:val="25A1" w14:font="Times New Roman"/>
                    </w14:checkbox>
                  </w:sdtPr>
                  <w:sdtEndPr>
                    <w:rPr>
                      <w:rStyle w:val="aff8"/>
                    </w:rPr>
                  </w:sdtEndPr>
                  <w:sdtContent>
                    <w:r w:rsidR="00A801F0">
                      <w:rPr>
                        <w:rStyle w:val="aff8"/>
                        <w:rFonts w:ascii="Times New Roman" w:hAnsi="Times New Roman" w:cs="Times New Roman"/>
                        <w:sz w:val="40"/>
                        <w:szCs w:val="40"/>
                        <w:lang w:val="ru-RU"/>
                      </w:rPr>
                      <w:t>□</w:t>
                    </w:r>
                  </w:sdtContent>
                </w:sdt>
              </w:sdtContent>
            </w:sdt>
            <w:r w:rsidR="00A801F0">
              <w:rPr>
                <w:color w:val="4F6228" w:themeColor="accent3" w:themeShade="80"/>
                <w:lang w:val="ru-RU"/>
              </w:rPr>
              <w:t xml:space="preserve"> </w:t>
            </w:r>
            <w:r w:rsidRPr="0077324A">
              <w:rPr>
                <w:rFonts w:ascii="Arial" w:hAnsi="Arial"/>
                <w:color w:val="2C3E50"/>
                <w:sz w:val="20"/>
                <w:lang w:val="ru-RU"/>
              </w:rPr>
              <w:t xml:space="preserve">1.5-2 л  </w:t>
            </w:r>
            <w:sdt>
              <w:sdtPr>
                <w:rPr>
                  <w:rStyle w:val="14"/>
                  <w:color w:val="4F6228" w:themeColor="accent3" w:themeShade="80"/>
                  <w:szCs w:val="28"/>
                  <w:lang w:val="ru-RU"/>
                </w:rPr>
                <w:id w:val="-857737115"/>
                <w:lock w:val="contentLocked"/>
                <w:placeholder>
                  <w:docPart w:val="31595EA6B1B54834A49CCC56C9DD155E"/>
                </w:placeholder>
                <w:group/>
              </w:sdtPr>
              <w:sdtEndPr>
                <w:rPr>
                  <w:rStyle w:val="14"/>
                </w:rPr>
              </w:sdtEndPr>
              <w:sdtContent>
                <w:sdt>
                  <w:sdtPr>
                    <w:rPr>
                      <w:rStyle w:val="aff8"/>
                      <w:sz w:val="40"/>
                      <w:szCs w:val="40"/>
                      <w:lang w:val="ru-RU"/>
                    </w:rPr>
                    <w:id w:val="-1181117943"/>
                    <w15:color w:val="808000"/>
                    <w15:appearance w15:val="hidden"/>
                    <w14:checkbox>
                      <w14:checked w14:val="0"/>
                      <w14:checkedState w14:val="221A" w14:font="Times New Roman"/>
                      <w14:uncheckedState w14:val="25A1" w14:font="Times New Roman"/>
                    </w14:checkbox>
                  </w:sdtPr>
                  <w:sdtEndPr>
                    <w:rPr>
                      <w:rStyle w:val="aff8"/>
                    </w:rPr>
                  </w:sdtEndPr>
                  <w:sdtContent>
                    <w:r w:rsidR="005E5930">
                      <w:rPr>
                        <w:rStyle w:val="aff8"/>
                        <w:rFonts w:ascii="Times New Roman" w:hAnsi="Times New Roman" w:cs="Times New Roman"/>
                        <w:sz w:val="40"/>
                        <w:szCs w:val="40"/>
                        <w:lang w:val="ru-RU"/>
                      </w:rPr>
                      <w:t>□</w:t>
                    </w:r>
                  </w:sdtContent>
                </w:sdt>
              </w:sdtContent>
            </w:sdt>
            <w:r w:rsidR="00A801F0">
              <w:rPr>
                <w:color w:val="4F6228" w:themeColor="accent3" w:themeShade="80"/>
                <w:lang w:val="ru-RU"/>
              </w:rPr>
              <w:t xml:space="preserve"> </w:t>
            </w:r>
            <w:r w:rsidRPr="0077324A">
              <w:rPr>
                <w:rFonts w:ascii="Arial" w:hAnsi="Arial"/>
                <w:color w:val="2C3E50"/>
                <w:sz w:val="20"/>
                <w:lang w:val="ru-RU"/>
              </w:rPr>
              <w:t>Более 2 л (Норма)</w:t>
            </w:r>
          </w:p>
          <w:p w14:paraId="2F29DE75" w14:textId="64466B93" w:rsidR="00EF7F2A" w:rsidRPr="0077324A" w:rsidRDefault="005C51D4">
            <w:pPr>
              <w:spacing w:after="80"/>
              <w:rPr>
                <w:lang w:val="ru-RU"/>
              </w:rPr>
            </w:pPr>
            <w:r w:rsidRPr="0077324A">
              <w:rPr>
                <w:rFonts w:ascii="Arial" w:hAnsi="Arial"/>
                <w:color w:val="2C3E50"/>
                <w:sz w:val="20"/>
                <w:lang w:val="ru-RU"/>
              </w:rPr>
              <w:t xml:space="preserve">Физическая активность во время курса: </w:t>
            </w:r>
            <w:sdt>
              <w:sdtPr>
                <w:rPr>
                  <w:rStyle w:val="14"/>
                  <w:color w:val="4F6228" w:themeColor="accent3" w:themeShade="80"/>
                  <w:szCs w:val="28"/>
                  <w:lang w:val="ru-RU"/>
                </w:rPr>
                <w:id w:val="1733045754"/>
                <w:lock w:val="contentLocked"/>
                <w:placeholder>
                  <w:docPart w:val="5E1234F90017451B9F173AE7850C2CD2"/>
                </w:placeholder>
                <w:group/>
              </w:sdtPr>
              <w:sdtEndPr>
                <w:rPr>
                  <w:rStyle w:val="14"/>
                </w:rPr>
              </w:sdtEndPr>
              <w:sdtContent>
                <w:sdt>
                  <w:sdtPr>
                    <w:rPr>
                      <w:rStyle w:val="aff8"/>
                      <w:sz w:val="40"/>
                      <w:szCs w:val="40"/>
                      <w:lang w:val="ru-RU"/>
                    </w:rPr>
                    <w:id w:val="773983775"/>
                    <w15:color w:val="808000"/>
                    <w15:appearance w15:val="hidden"/>
                    <w14:checkbox>
                      <w14:checked w14:val="0"/>
                      <w14:checkedState w14:val="221A" w14:font="Times New Roman"/>
                      <w14:uncheckedState w14:val="25A1" w14:font="Times New Roman"/>
                    </w14:checkbox>
                  </w:sdtPr>
                  <w:sdtEndPr>
                    <w:rPr>
                      <w:rStyle w:val="aff8"/>
                    </w:rPr>
                  </w:sdtEndPr>
                  <w:sdtContent>
                    <w:r w:rsidR="00A801F0">
                      <w:rPr>
                        <w:rStyle w:val="aff8"/>
                        <w:rFonts w:ascii="Times New Roman" w:hAnsi="Times New Roman" w:cs="Times New Roman"/>
                        <w:sz w:val="40"/>
                        <w:szCs w:val="40"/>
                        <w:lang w:val="ru-RU"/>
                      </w:rPr>
                      <w:t>□</w:t>
                    </w:r>
                  </w:sdtContent>
                </w:sdt>
              </w:sdtContent>
            </w:sdt>
            <w:r w:rsidR="00A801F0">
              <w:rPr>
                <w:color w:val="4F6228" w:themeColor="accent3" w:themeShade="80"/>
                <w:lang w:val="ru-RU"/>
              </w:rPr>
              <w:t xml:space="preserve"> </w:t>
            </w:r>
            <w:r w:rsidRPr="0077324A">
              <w:rPr>
                <w:rFonts w:ascii="Arial" w:hAnsi="Arial"/>
                <w:color w:val="2C3E50"/>
                <w:sz w:val="20"/>
                <w:lang w:val="ru-RU"/>
              </w:rPr>
              <w:t xml:space="preserve">Низкая  </w:t>
            </w:r>
            <w:sdt>
              <w:sdtPr>
                <w:rPr>
                  <w:rStyle w:val="14"/>
                  <w:color w:val="4F6228" w:themeColor="accent3" w:themeShade="80"/>
                  <w:szCs w:val="28"/>
                  <w:lang w:val="ru-RU"/>
                </w:rPr>
                <w:id w:val="-1392340259"/>
                <w:lock w:val="contentLocked"/>
                <w:placeholder>
                  <w:docPart w:val="642F4DE1290C47E896E914492A68F878"/>
                </w:placeholder>
                <w:group/>
              </w:sdtPr>
              <w:sdtEndPr>
                <w:rPr>
                  <w:rStyle w:val="14"/>
                </w:rPr>
              </w:sdtEndPr>
              <w:sdtContent>
                <w:sdt>
                  <w:sdtPr>
                    <w:rPr>
                      <w:rStyle w:val="aff8"/>
                      <w:sz w:val="40"/>
                      <w:szCs w:val="40"/>
                      <w:lang w:val="ru-RU"/>
                    </w:rPr>
                    <w:id w:val="2129207019"/>
                    <w15:color w:val="808000"/>
                    <w15:appearance w15:val="hidden"/>
                    <w14:checkbox>
                      <w14:checked w14:val="0"/>
                      <w14:checkedState w14:val="221A" w14:font="Times New Roman"/>
                      <w14:uncheckedState w14:val="25A1" w14:font="Times New Roman"/>
                    </w14:checkbox>
                  </w:sdtPr>
                  <w:sdtEndPr>
                    <w:rPr>
                      <w:rStyle w:val="aff8"/>
                    </w:rPr>
                  </w:sdtEndPr>
                  <w:sdtContent>
                    <w:r w:rsidR="00A801F0">
                      <w:rPr>
                        <w:rStyle w:val="aff8"/>
                        <w:rFonts w:ascii="Times New Roman" w:hAnsi="Times New Roman" w:cs="Times New Roman"/>
                        <w:sz w:val="40"/>
                        <w:szCs w:val="40"/>
                        <w:lang w:val="ru-RU"/>
                      </w:rPr>
                      <w:t>□</w:t>
                    </w:r>
                  </w:sdtContent>
                </w:sdt>
              </w:sdtContent>
            </w:sdt>
            <w:r w:rsidR="00A801F0">
              <w:rPr>
                <w:color w:val="4F6228" w:themeColor="accent3" w:themeShade="80"/>
                <w:lang w:val="ru-RU"/>
              </w:rPr>
              <w:t xml:space="preserve"> </w:t>
            </w:r>
            <w:r w:rsidRPr="0077324A">
              <w:rPr>
                <w:rFonts w:ascii="Arial" w:hAnsi="Arial"/>
                <w:color w:val="2C3E50"/>
                <w:sz w:val="20"/>
                <w:lang w:val="ru-RU"/>
              </w:rPr>
              <w:t xml:space="preserve">Средняя (ходьба/ЛФК)  </w:t>
            </w:r>
            <w:sdt>
              <w:sdtPr>
                <w:rPr>
                  <w:rStyle w:val="14"/>
                  <w:color w:val="4F6228" w:themeColor="accent3" w:themeShade="80"/>
                  <w:szCs w:val="28"/>
                  <w:lang w:val="ru-RU"/>
                </w:rPr>
                <w:id w:val="-631861774"/>
                <w:lock w:val="contentLocked"/>
                <w:placeholder>
                  <w:docPart w:val="861A4F0A14F94882B6F48722C8B60CAC"/>
                </w:placeholder>
                <w:group/>
              </w:sdtPr>
              <w:sdtEndPr>
                <w:rPr>
                  <w:rStyle w:val="14"/>
                </w:rPr>
              </w:sdtEndPr>
              <w:sdtContent>
                <w:sdt>
                  <w:sdtPr>
                    <w:rPr>
                      <w:rStyle w:val="aff8"/>
                      <w:sz w:val="40"/>
                      <w:szCs w:val="40"/>
                      <w:lang w:val="ru-RU"/>
                    </w:rPr>
                    <w:id w:val="-813639232"/>
                    <w15:color w:val="808000"/>
                    <w15:appearance w15:val="hidden"/>
                    <w14:checkbox>
                      <w14:checked w14:val="0"/>
                      <w14:checkedState w14:val="221A" w14:font="Times New Roman"/>
                      <w14:uncheckedState w14:val="25A1" w14:font="Times New Roman"/>
                    </w14:checkbox>
                  </w:sdtPr>
                  <w:sdtEndPr>
                    <w:rPr>
                      <w:rStyle w:val="aff8"/>
                    </w:rPr>
                  </w:sdtEndPr>
                  <w:sdtContent>
                    <w:r w:rsidR="005E5930">
                      <w:rPr>
                        <w:rStyle w:val="aff8"/>
                        <w:rFonts w:ascii="Times New Roman" w:hAnsi="Times New Roman" w:cs="Times New Roman"/>
                        <w:sz w:val="40"/>
                        <w:szCs w:val="40"/>
                        <w:lang w:val="ru-RU"/>
                      </w:rPr>
                      <w:t>□</w:t>
                    </w:r>
                  </w:sdtContent>
                </w:sdt>
              </w:sdtContent>
            </w:sdt>
            <w:r w:rsidR="00A801F0">
              <w:rPr>
                <w:color w:val="4F6228" w:themeColor="accent3" w:themeShade="80"/>
                <w:lang w:val="ru-RU"/>
              </w:rPr>
              <w:t xml:space="preserve"> </w:t>
            </w:r>
            <w:r w:rsidRPr="0077324A">
              <w:rPr>
                <w:rFonts w:ascii="Arial" w:hAnsi="Arial"/>
                <w:color w:val="2C3E50"/>
                <w:sz w:val="20"/>
                <w:lang w:val="ru-RU"/>
              </w:rPr>
              <w:t>Высокая (тренировки)</w:t>
            </w:r>
          </w:p>
          <w:p w14:paraId="7447FFE0" w14:textId="69F12B22" w:rsidR="00EF7F2A" w:rsidRPr="0077324A" w:rsidRDefault="005C51D4">
            <w:pPr>
              <w:spacing w:after="80"/>
              <w:rPr>
                <w:lang w:val="ru-RU"/>
              </w:rPr>
            </w:pPr>
            <w:r w:rsidRPr="0077324A">
              <w:rPr>
                <w:rFonts w:ascii="Arial" w:hAnsi="Arial"/>
                <w:color w:val="2C3E50"/>
                <w:sz w:val="20"/>
                <w:lang w:val="ru-RU"/>
              </w:rPr>
              <w:t xml:space="preserve">Характер питания гостя: </w:t>
            </w:r>
            <w:sdt>
              <w:sdtPr>
                <w:rPr>
                  <w:rStyle w:val="14"/>
                  <w:color w:val="4F6228" w:themeColor="accent3" w:themeShade="80"/>
                  <w:szCs w:val="28"/>
                  <w:lang w:val="ru-RU"/>
                </w:rPr>
                <w:id w:val="-646510615"/>
                <w:lock w:val="contentLocked"/>
                <w:placeholder>
                  <w:docPart w:val="99D32C3B924248E1ABF61C90DB31B956"/>
                </w:placeholder>
                <w:group/>
              </w:sdtPr>
              <w:sdtEndPr>
                <w:rPr>
                  <w:rStyle w:val="14"/>
                </w:rPr>
              </w:sdtEndPr>
              <w:sdtContent>
                <w:sdt>
                  <w:sdtPr>
                    <w:rPr>
                      <w:rStyle w:val="aff8"/>
                      <w:sz w:val="40"/>
                      <w:szCs w:val="40"/>
                      <w:lang w:val="ru-RU"/>
                    </w:rPr>
                    <w:id w:val="-1288806537"/>
                    <w15:color w:val="808000"/>
                    <w15:appearance w15:val="hidden"/>
                    <w14:checkbox>
                      <w14:checked w14:val="0"/>
                      <w14:checkedState w14:val="221A" w14:font="Times New Roman"/>
                      <w14:uncheckedState w14:val="25A1" w14:font="Times New Roman"/>
                    </w14:checkbox>
                  </w:sdtPr>
                  <w:sdtEndPr>
                    <w:rPr>
                      <w:rStyle w:val="aff8"/>
                    </w:rPr>
                  </w:sdtEndPr>
                  <w:sdtContent>
                    <w:r w:rsidR="00A801F0">
                      <w:rPr>
                        <w:rStyle w:val="aff8"/>
                        <w:rFonts w:ascii="Times New Roman" w:hAnsi="Times New Roman" w:cs="Times New Roman"/>
                        <w:sz w:val="40"/>
                        <w:szCs w:val="40"/>
                        <w:lang w:val="ru-RU"/>
                      </w:rPr>
                      <w:t>□</w:t>
                    </w:r>
                  </w:sdtContent>
                </w:sdt>
              </w:sdtContent>
            </w:sdt>
            <w:r w:rsidR="00A801F0">
              <w:rPr>
                <w:color w:val="4F6228" w:themeColor="accent3" w:themeShade="80"/>
                <w:lang w:val="ru-RU"/>
              </w:rPr>
              <w:t xml:space="preserve"> </w:t>
            </w:r>
            <w:r w:rsidRPr="0077324A">
              <w:rPr>
                <w:rFonts w:ascii="Arial" w:hAnsi="Arial"/>
                <w:color w:val="2C3E50"/>
                <w:sz w:val="20"/>
                <w:lang w:val="ru-RU"/>
              </w:rPr>
              <w:t xml:space="preserve">Сбалансированный  </w:t>
            </w:r>
            <w:sdt>
              <w:sdtPr>
                <w:rPr>
                  <w:rStyle w:val="14"/>
                  <w:color w:val="4F6228" w:themeColor="accent3" w:themeShade="80"/>
                  <w:szCs w:val="28"/>
                  <w:lang w:val="ru-RU"/>
                </w:rPr>
                <w:id w:val="862560803"/>
                <w:lock w:val="contentLocked"/>
                <w:placeholder>
                  <w:docPart w:val="D1B46D17810B4CF9B1693DA928495D15"/>
                </w:placeholder>
                <w:group/>
              </w:sdtPr>
              <w:sdtEndPr>
                <w:rPr>
                  <w:rStyle w:val="14"/>
                </w:rPr>
              </w:sdtEndPr>
              <w:sdtContent>
                <w:sdt>
                  <w:sdtPr>
                    <w:rPr>
                      <w:rStyle w:val="aff8"/>
                      <w:sz w:val="40"/>
                      <w:szCs w:val="40"/>
                      <w:lang w:val="ru-RU"/>
                    </w:rPr>
                    <w:id w:val="-2118046254"/>
                    <w15:color w:val="808000"/>
                    <w15:appearance w15:val="hidden"/>
                    <w14:checkbox>
                      <w14:checked w14:val="0"/>
                      <w14:checkedState w14:val="221A" w14:font="Times New Roman"/>
                      <w14:uncheckedState w14:val="25A1" w14:font="Times New Roman"/>
                    </w14:checkbox>
                  </w:sdtPr>
                  <w:sdtEndPr>
                    <w:rPr>
                      <w:rStyle w:val="aff8"/>
                    </w:rPr>
                  </w:sdtEndPr>
                  <w:sdtContent>
                    <w:r w:rsidR="00A801F0">
                      <w:rPr>
                        <w:rStyle w:val="aff8"/>
                        <w:rFonts w:ascii="Times New Roman" w:hAnsi="Times New Roman" w:cs="Times New Roman"/>
                        <w:sz w:val="40"/>
                        <w:szCs w:val="40"/>
                        <w:lang w:val="ru-RU"/>
                      </w:rPr>
                      <w:t>□</w:t>
                    </w:r>
                  </w:sdtContent>
                </w:sdt>
              </w:sdtContent>
            </w:sdt>
            <w:r w:rsidR="00A801F0">
              <w:rPr>
                <w:color w:val="4F6228" w:themeColor="accent3" w:themeShade="80"/>
                <w:lang w:val="ru-RU"/>
              </w:rPr>
              <w:t xml:space="preserve"> </w:t>
            </w:r>
            <w:r w:rsidRPr="0077324A">
              <w:rPr>
                <w:rFonts w:ascii="Arial" w:hAnsi="Arial"/>
                <w:color w:val="2C3E50"/>
                <w:sz w:val="20"/>
                <w:lang w:val="ru-RU"/>
              </w:rPr>
              <w:t xml:space="preserve">Избыток соли/углеводов  </w:t>
            </w:r>
            <w:sdt>
              <w:sdtPr>
                <w:rPr>
                  <w:rStyle w:val="14"/>
                  <w:color w:val="4F6228" w:themeColor="accent3" w:themeShade="80"/>
                  <w:szCs w:val="28"/>
                  <w:lang w:val="ru-RU"/>
                </w:rPr>
                <w:id w:val="506877567"/>
                <w:lock w:val="contentLocked"/>
                <w:placeholder>
                  <w:docPart w:val="BC426B25B87B47628107EBAE5C32441C"/>
                </w:placeholder>
                <w:group/>
              </w:sdtPr>
              <w:sdtEndPr>
                <w:rPr>
                  <w:rStyle w:val="14"/>
                </w:rPr>
              </w:sdtEndPr>
              <w:sdtContent>
                <w:sdt>
                  <w:sdtPr>
                    <w:rPr>
                      <w:rStyle w:val="aff8"/>
                      <w:sz w:val="40"/>
                      <w:szCs w:val="40"/>
                      <w:lang w:val="ru-RU"/>
                    </w:rPr>
                    <w:id w:val="-1692905541"/>
                    <w15:color w:val="808000"/>
                    <w15:appearance w15:val="hidden"/>
                    <w14:checkbox>
                      <w14:checked w14:val="0"/>
                      <w14:checkedState w14:val="221A" w14:font="Times New Roman"/>
                      <w14:uncheckedState w14:val="25A1" w14:font="Times New Roman"/>
                    </w14:checkbox>
                  </w:sdtPr>
                  <w:sdtEndPr>
                    <w:rPr>
                      <w:rStyle w:val="aff8"/>
                    </w:rPr>
                  </w:sdtEndPr>
                  <w:sdtContent>
                    <w:r w:rsidR="00A801F0">
                      <w:rPr>
                        <w:rStyle w:val="aff8"/>
                        <w:rFonts w:ascii="Times New Roman" w:hAnsi="Times New Roman" w:cs="Times New Roman"/>
                        <w:sz w:val="40"/>
                        <w:szCs w:val="40"/>
                        <w:lang w:val="ru-RU"/>
                      </w:rPr>
                      <w:t>□</w:t>
                    </w:r>
                  </w:sdtContent>
                </w:sdt>
              </w:sdtContent>
            </w:sdt>
            <w:r w:rsidR="00A801F0">
              <w:rPr>
                <w:color w:val="4F6228" w:themeColor="accent3" w:themeShade="80"/>
                <w:lang w:val="ru-RU"/>
              </w:rPr>
              <w:t xml:space="preserve"> </w:t>
            </w:r>
            <w:r w:rsidRPr="0077324A">
              <w:rPr>
                <w:rFonts w:ascii="Arial" w:hAnsi="Arial"/>
                <w:color w:val="2C3E50"/>
                <w:sz w:val="20"/>
                <w:lang w:val="ru-RU"/>
              </w:rPr>
              <w:t>Склонность к скрытым отекам</w:t>
            </w:r>
          </w:p>
          <w:p w14:paraId="09301842" w14:textId="77777777" w:rsidR="00EF7F2A" w:rsidRPr="0077324A" w:rsidRDefault="005C51D4">
            <w:pPr>
              <w:spacing w:after="80"/>
              <w:rPr>
                <w:lang w:val="ru-RU"/>
              </w:rPr>
            </w:pPr>
            <w:r w:rsidRPr="0077324A">
              <w:rPr>
                <w:rFonts w:ascii="Arial" w:hAnsi="Arial"/>
                <w:color w:val="2C3E50"/>
                <w:sz w:val="20"/>
                <w:lang w:val="ru-RU"/>
              </w:rPr>
              <w:t>Психоэмоциональный статус (Шкала от 1 до 10, где 10 - макс. показатель):</w:t>
            </w:r>
          </w:p>
          <w:p w14:paraId="151F5467" w14:textId="3DAA2372" w:rsidR="00EF7F2A" w:rsidRPr="0077324A" w:rsidRDefault="005C51D4" w:rsidP="00A538BB">
            <w:pPr>
              <w:spacing w:after="80"/>
              <w:rPr>
                <w:lang w:val="ru-RU"/>
              </w:rPr>
            </w:pPr>
            <w:r w:rsidRPr="0077324A">
              <w:rPr>
                <w:rFonts w:ascii="Arial" w:hAnsi="Arial"/>
                <w:color w:val="2C3E50"/>
                <w:sz w:val="20"/>
                <w:lang w:val="ru-RU"/>
              </w:rPr>
              <w:t xml:space="preserve">• Уровень стресса/выгорания:   До курса: </w:t>
            </w:r>
            <w:sdt>
              <w:sdtPr>
                <w:rPr>
                  <w:rStyle w:val="aff8"/>
                  <w:lang w:val="ru-RU"/>
                </w:rPr>
                <w:id w:val="-164321278"/>
                <w:placeholder>
                  <w:docPart w:val="3C95067364BF4FA5AA4702386F86CA93"/>
                </w:placeholder>
                <w:showingPlcHdr/>
                <w:text/>
              </w:sdtPr>
              <w:sdtEndPr>
                <w:rPr>
                  <w:rStyle w:val="aff8"/>
                </w:rPr>
              </w:sdtEndPr>
              <w:sdtContent>
                <w:r w:rsidR="00A538BB" w:rsidRPr="00A538BB">
                  <w:rPr>
                    <w:rStyle w:val="aff9"/>
                    <w:lang w:val="ru-RU"/>
                  </w:rPr>
                  <w:t>Место для ввода текста.</w:t>
                </w:r>
              </w:sdtContent>
            </w:sdt>
            <w:r w:rsidRPr="0077324A">
              <w:rPr>
                <w:rFonts w:ascii="Arial" w:hAnsi="Arial"/>
                <w:color w:val="2C3E50"/>
                <w:sz w:val="20"/>
                <w:lang w:val="ru-RU"/>
              </w:rPr>
              <w:t xml:space="preserve">  После курса:</w:t>
            </w:r>
            <w:sdt>
              <w:sdtPr>
                <w:rPr>
                  <w:rStyle w:val="aff8"/>
                </w:rPr>
                <w:id w:val="-1684898141"/>
                <w:placeholder>
                  <w:docPart w:val="7B3D36F57647451D98B642820D51E5B6"/>
                </w:placeholder>
                <w:showingPlcHdr/>
                <w:text/>
              </w:sdtPr>
              <w:sdtEndPr>
                <w:rPr>
                  <w:rStyle w:val="a2"/>
                  <w:rFonts w:ascii="Arial" w:hAnsi="Arial"/>
                  <w:color w:val="2C3E50"/>
                  <w:sz w:val="20"/>
                  <w:lang w:val="ru-RU"/>
                </w:rPr>
              </w:sdtEndPr>
              <w:sdtContent>
                <w:r w:rsidR="00A538BB" w:rsidRPr="00A538BB">
                  <w:rPr>
                    <w:rStyle w:val="aff9"/>
                    <w:lang w:val="ru-RU"/>
                  </w:rPr>
                  <w:t>Место для ввода текста.</w:t>
                </w:r>
              </w:sdtContent>
            </w:sdt>
            <w:r w:rsidRPr="0077324A">
              <w:rPr>
                <w:rFonts w:ascii="Arial" w:hAnsi="Arial"/>
                <w:color w:val="2C3E50"/>
                <w:sz w:val="20"/>
                <w:lang w:val="ru-RU"/>
              </w:rPr>
              <w:t xml:space="preserve">  • Качество сна: До курса:</w:t>
            </w:r>
            <w:sdt>
              <w:sdtPr>
                <w:rPr>
                  <w:rStyle w:val="aff8"/>
                </w:rPr>
                <w:id w:val="-1631619704"/>
                <w:placeholder>
                  <w:docPart w:val="434CAD5A06DA448FBCFDDCF907F2D72B"/>
                </w:placeholder>
                <w:showingPlcHdr/>
                <w:text/>
              </w:sdtPr>
              <w:sdtEndPr>
                <w:rPr>
                  <w:rStyle w:val="a2"/>
                  <w:rFonts w:ascii="Arial" w:hAnsi="Arial"/>
                  <w:color w:val="2C3E50"/>
                  <w:sz w:val="20"/>
                  <w:lang w:val="ru-RU"/>
                </w:rPr>
              </w:sdtEndPr>
              <w:sdtContent>
                <w:r w:rsidR="00A538BB" w:rsidRPr="00A538BB">
                  <w:rPr>
                    <w:rStyle w:val="aff9"/>
                    <w:lang w:val="ru-RU"/>
                  </w:rPr>
                  <w:t>Место для ввода текста.</w:t>
                </w:r>
              </w:sdtContent>
            </w:sdt>
            <w:r w:rsidRPr="0077324A">
              <w:rPr>
                <w:rFonts w:ascii="Arial" w:hAnsi="Arial"/>
                <w:color w:val="2C3E50"/>
                <w:sz w:val="20"/>
                <w:lang w:val="ru-RU"/>
              </w:rPr>
              <w:t xml:space="preserve">  После курса: </w:t>
            </w:r>
            <w:sdt>
              <w:sdtPr>
                <w:rPr>
                  <w:rFonts w:ascii="Arial" w:hAnsi="Arial"/>
                  <w:color w:val="2C3E50"/>
                  <w:sz w:val="20"/>
                  <w:lang w:val="ru-RU"/>
                </w:rPr>
                <w:id w:val="-1548135500"/>
                <w:placeholder>
                  <w:docPart w:val="DefaultPlaceholder_-1854013440"/>
                </w:placeholder>
                <w:showingPlcHdr/>
                <w:text/>
              </w:sdtPr>
              <w:sdtEndPr/>
              <w:sdtContent>
                <w:r w:rsidR="00A538BB" w:rsidRPr="00720E61">
                  <w:rPr>
                    <w:rStyle w:val="aff9"/>
                  </w:rPr>
                  <w:t>Место для ввода текста.</w:t>
                </w:r>
              </w:sdtContent>
            </w:sdt>
          </w:p>
        </w:tc>
      </w:tr>
    </w:tbl>
    <w:p w14:paraId="02C5DFBD" w14:textId="77777777" w:rsidR="00EF7F2A" w:rsidRPr="0077324A" w:rsidRDefault="00EF7F2A">
      <w:pPr>
        <w:spacing w:after="80"/>
        <w:rPr>
          <w:lang w:val="ru-RU"/>
        </w:rPr>
      </w:pPr>
    </w:p>
    <w:p w14:paraId="7C251652" w14:textId="7B21BDAD" w:rsidR="00EF7F2A" w:rsidRPr="0077324A" w:rsidRDefault="00C2428B" w:rsidP="00C2428B">
      <w:pPr>
        <w:spacing w:after="120"/>
        <w:jc w:val="center"/>
        <w:rPr>
          <w:lang w:val="ru-RU"/>
        </w:rPr>
      </w:pPr>
      <w:r>
        <w:rPr>
          <w:rFonts w:ascii="Georgia" w:hAnsi="Georgia"/>
          <w:b/>
          <w:color w:val="0B5345"/>
          <w:sz w:val="24"/>
          <w:lang w:val="ru-RU"/>
        </w:rPr>
        <w:t>7</w:t>
      </w:r>
      <w:r w:rsidR="005C51D4" w:rsidRPr="0077324A">
        <w:rPr>
          <w:rFonts w:ascii="Georgia" w:hAnsi="Georgia"/>
          <w:b/>
          <w:color w:val="0B5345"/>
          <w:sz w:val="24"/>
          <w:lang w:val="ru-RU"/>
        </w:rPr>
        <w:t>. ИНТЕГРИРОВАННЫЙ ДНЕВНИК КУРСА ПРОЦЕДУР (10 сеансов)</w:t>
      </w:r>
    </w:p>
    <w:tbl>
      <w:tblPr>
        <w:tblW w:w="1119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1"/>
        <w:gridCol w:w="2304"/>
        <w:gridCol w:w="2304"/>
        <w:gridCol w:w="2304"/>
        <w:gridCol w:w="1872"/>
        <w:gridCol w:w="1404"/>
      </w:tblGrid>
      <w:tr w:rsidR="00EF7F2A" w14:paraId="591B1BED" w14:textId="77777777" w:rsidTr="00DC3A23">
        <w:trPr>
          <w:jc w:val="center"/>
        </w:trPr>
        <w:tc>
          <w:tcPr>
            <w:tcW w:w="1011" w:type="dxa"/>
            <w:shd w:val="clear" w:color="auto" w:fill="0B5345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35D63EA1" w14:textId="77777777" w:rsidR="00EF7F2A" w:rsidRDefault="005C51D4">
            <w:pPr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 xml:space="preserve">№ / </w:t>
            </w:r>
            <w:proofErr w:type="spellStart"/>
            <w:r>
              <w:rPr>
                <w:rFonts w:ascii="Arial" w:hAnsi="Arial"/>
                <w:b/>
                <w:color w:val="FFFFFF"/>
                <w:sz w:val="18"/>
              </w:rPr>
              <w:t>Дата</w:t>
            </w:r>
            <w:proofErr w:type="spellEnd"/>
          </w:p>
        </w:tc>
        <w:tc>
          <w:tcPr>
            <w:tcW w:w="2304" w:type="dxa"/>
            <w:shd w:val="clear" w:color="auto" w:fill="0B5345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772D7430" w14:textId="77777777" w:rsidR="00EF7F2A" w:rsidRPr="0077324A" w:rsidRDefault="005C51D4">
            <w:pPr>
              <w:jc w:val="center"/>
              <w:rPr>
                <w:lang w:val="ru-RU"/>
              </w:rPr>
            </w:pPr>
            <w:r w:rsidRPr="0077324A">
              <w:rPr>
                <w:rFonts w:ascii="Arial" w:hAnsi="Arial"/>
                <w:b/>
                <w:color w:val="FFFFFF"/>
                <w:sz w:val="18"/>
                <w:lang w:val="ru-RU"/>
              </w:rPr>
              <w:t>Наименование процедуры, ритуала или методики</w:t>
            </w:r>
          </w:p>
        </w:tc>
        <w:tc>
          <w:tcPr>
            <w:tcW w:w="2304" w:type="dxa"/>
            <w:shd w:val="clear" w:color="auto" w:fill="0B5345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25CF3D24" w14:textId="77777777" w:rsidR="00EF7F2A" w:rsidRPr="0077324A" w:rsidRDefault="005C51D4">
            <w:pPr>
              <w:jc w:val="center"/>
              <w:rPr>
                <w:lang w:val="ru-RU"/>
              </w:rPr>
            </w:pPr>
            <w:r w:rsidRPr="0077324A">
              <w:rPr>
                <w:rFonts w:ascii="Arial" w:hAnsi="Arial"/>
                <w:b/>
                <w:color w:val="FFFFFF"/>
                <w:sz w:val="18"/>
                <w:lang w:val="ru-RU"/>
              </w:rPr>
              <w:t xml:space="preserve">Ручные техники / </w:t>
            </w:r>
            <w:proofErr w:type="spellStart"/>
            <w:r w:rsidRPr="0077324A">
              <w:rPr>
                <w:rFonts w:ascii="Arial" w:hAnsi="Arial"/>
                <w:b/>
                <w:color w:val="FFFFFF"/>
                <w:sz w:val="18"/>
                <w:lang w:val="ru-RU"/>
              </w:rPr>
              <w:t>Спа</w:t>
            </w:r>
            <w:proofErr w:type="spellEnd"/>
            <w:r w:rsidRPr="0077324A">
              <w:rPr>
                <w:rFonts w:ascii="Arial" w:hAnsi="Arial"/>
                <w:b/>
                <w:color w:val="FFFFFF"/>
                <w:sz w:val="18"/>
                <w:lang w:val="ru-RU"/>
              </w:rPr>
              <w:t>-этапы (</w:t>
            </w:r>
            <w:proofErr w:type="spellStart"/>
            <w:r w:rsidRPr="0077324A">
              <w:rPr>
                <w:rFonts w:ascii="Arial" w:hAnsi="Arial"/>
                <w:b/>
                <w:color w:val="FFFFFF"/>
                <w:sz w:val="18"/>
                <w:lang w:val="ru-RU"/>
              </w:rPr>
              <w:t>пилинги</w:t>
            </w:r>
            <w:proofErr w:type="spellEnd"/>
            <w:r w:rsidRPr="0077324A">
              <w:rPr>
                <w:rFonts w:ascii="Arial" w:hAnsi="Arial"/>
                <w:b/>
                <w:color w:val="FFFFFF"/>
                <w:sz w:val="18"/>
                <w:lang w:val="ru-RU"/>
              </w:rPr>
              <w:t>, маски, обертывания)</w:t>
            </w:r>
          </w:p>
        </w:tc>
        <w:tc>
          <w:tcPr>
            <w:tcW w:w="2304" w:type="dxa"/>
            <w:shd w:val="clear" w:color="auto" w:fill="0B5345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1A69508B" w14:textId="77777777" w:rsidR="00EF7F2A" w:rsidRPr="0077324A" w:rsidRDefault="005C51D4">
            <w:pPr>
              <w:jc w:val="center"/>
              <w:rPr>
                <w:lang w:val="ru-RU"/>
              </w:rPr>
            </w:pPr>
            <w:r w:rsidRPr="0077324A">
              <w:rPr>
                <w:rFonts w:ascii="Arial" w:hAnsi="Arial"/>
                <w:b/>
                <w:color w:val="FFFFFF"/>
                <w:sz w:val="18"/>
                <w:lang w:val="ru-RU"/>
              </w:rPr>
              <w:t xml:space="preserve">Аппаратные настройки (Мощность </w:t>
            </w:r>
            <w:r>
              <w:rPr>
                <w:rFonts w:ascii="Arial" w:hAnsi="Arial"/>
                <w:b/>
                <w:color w:val="FFFFFF"/>
                <w:sz w:val="18"/>
              </w:rPr>
              <w:t>RF</w:t>
            </w:r>
            <w:r w:rsidRPr="0077324A">
              <w:rPr>
                <w:rFonts w:ascii="Arial" w:hAnsi="Arial"/>
                <w:b/>
                <w:color w:val="FFFFFF"/>
                <w:sz w:val="18"/>
                <w:lang w:val="ru-RU"/>
              </w:rPr>
              <w:t xml:space="preserve">, частота кавитации, вакуум </w:t>
            </w:r>
            <w:r>
              <w:rPr>
                <w:rFonts w:ascii="Arial" w:hAnsi="Arial"/>
                <w:b/>
                <w:color w:val="FFFFFF"/>
                <w:sz w:val="18"/>
              </w:rPr>
              <w:t>LPG</w:t>
            </w:r>
            <w:r w:rsidRPr="0077324A">
              <w:rPr>
                <w:rFonts w:ascii="Arial" w:hAnsi="Arial"/>
                <w:b/>
                <w:color w:val="FFFFFF"/>
                <w:sz w:val="18"/>
                <w:lang w:val="ru-RU"/>
              </w:rPr>
              <w:t>)</w:t>
            </w:r>
          </w:p>
        </w:tc>
        <w:tc>
          <w:tcPr>
            <w:tcW w:w="1872" w:type="dxa"/>
            <w:shd w:val="clear" w:color="auto" w:fill="0B5345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55439C64" w14:textId="5B44980E" w:rsidR="00EF7F2A" w:rsidRPr="0077324A" w:rsidRDefault="005C51D4" w:rsidP="00DC3A23">
            <w:pPr>
              <w:jc w:val="center"/>
              <w:rPr>
                <w:lang w:val="ru-RU"/>
              </w:rPr>
            </w:pPr>
            <w:r w:rsidRPr="0077324A">
              <w:rPr>
                <w:rFonts w:ascii="Arial" w:hAnsi="Arial"/>
                <w:b/>
                <w:color w:val="FFFFFF"/>
                <w:sz w:val="18"/>
                <w:lang w:val="ru-RU"/>
              </w:rPr>
              <w:t>Расход косметики / Реакция кожи</w:t>
            </w:r>
          </w:p>
        </w:tc>
        <w:tc>
          <w:tcPr>
            <w:tcW w:w="1404" w:type="dxa"/>
            <w:shd w:val="clear" w:color="auto" w:fill="0B5345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1DD39580" w14:textId="77777777" w:rsidR="00EF7F2A" w:rsidRDefault="005C51D4">
            <w:pPr>
              <w:jc w:val="center"/>
            </w:pPr>
            <w:proofErr w:type="spellStart"/>
            <w:r>
              <w:rPr>
                <w:rFonts w:ascii="Arial" w:hAnsi="Arial"/>
                <w:b/>
                <w:color w:val="FFFFFF"/>
                <w:sz w:val="18"/>
              </w:rPr>
              <w:t>Подпись</w:t>
            </w:r>
            <w:proofErr w:type="spellEnd"/>
            <w:r>
              <w:rPr>
                <w:rFonts w:ascii="Arial" w:hAnsi="Arial"/>
                <w:b/>
                <w:color w:val="FFFFFF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color w:val="FFFFFF"/>
                <w:sz w:val="18"/>
              </w:rPr>
              <w:t>мастера</w:t>
            </w:r>
            <w:proofErr w:type="spellEnd"/>
          </w:p>
        </w:tc>
      </w:tr>
      <w:tr w:rsidR="00EF7F2A" w14:paraId="01B78637" w14:textId="77777777" w:rsidTr="00DC3A23">
        <w:trPr>
          <w:jc w:val="center"/>
        </w:trPr>
        <w:tc>
          <w:tcPr>
            <w:tcW w:w="1011" w:type="dxa"/>
            <w:tcMar>
              <w:top w:w="140" w:type="dxa"/>
              <w:left w:w="80" w:type="dxa"/>
              <w:bottom w:w="140" w:type="dxa"/>
              <w:right w:w="80" w:type="dxa"/>
            </w:tcMar>
          </w:tcPr>
          <w:p w14:paraId="000B376E" w14:textId="3C0CB49A" w:rsidR="00EF7F2A" w:rsidRDefault="005C51D4" w:rsidP="00FB64EF">
            <w:pPr>
              <w:jc w:val="center"/>
            </w:pPr>
            <w:r>
              <w:rPr>
                <w:rFonts w:ascii="Arial" w:hAnsi="Arial"/>
                <w:color w:val="2C3E50"/>
                <w:sz w:val="18"/>
              </w:rPr>
              <w:t>Сессия 1</w:t>
            </w:r>
            <w:r>
              <w:rPr>
                <w:rFonts w:ascii="Arial" w:hAnsi="Arial"/>
                <w:color w:val="2C3E50"/>
                <w:sz w:val="18"/>
              </w:rPr>
              <w:br/>
            </w:r>
            <w:r>
              <w:rPr>
                <w:rFonts w:ascii="Arial" w:hAnsi="Arial"/>
                <w:color w:val="2C3E50"/>
                <w:sz w:val="18"/>
              </w:rPr>
              <w:br/>
            </w:r>
          </w:p>
        </w:tc>
        <w:tc>
          <w:tcPr>
            <w:tcW w:w="2304" w:type="dxa"/>
            <w:tcMar>
              <w:top w:w="140" w:type="dxa"/>
              <w:left w:w="80" w:type="dxa"/>
              <w:bottom w:w="140" w:type="dxa"/>
              <w:right w:w="80" w:type="dxa"/>
            </w:tcMar>
          </w:tcPr>
          <w:p w14:paraId="495A32C1" w14:textId="77777777" w:rsidR="00EF7F2A" w:rsidRDefault="00EF7F2A"/>
        </w:tc>
        <w:tc>
          <w:tcPr>
            <w:tcW w:w="2304" w:type="dxa"/>
            <w:tcMar>
              <w:top w:w="140" w:type="dxa"/>
              <w:left w:w="80" w:type="dxa"/>
              <w:bottom w:w="140" w:type="dxa"/>
              <w:right w:w="80" w:type="dxa"/>
            </w:tcMar>
          </w:tcPr>
          <w:p w14:paraId="2459EE02" w14:textId="77777777" w:rsidR="00EF7F2A" w:rsidRDefault="00EF7F2A"/>
        </w:tc>
        <w:tc>
          <w:tcPr>
            <w:tcW w:w="2304" w:type="dxa"/>
            <w:tcMar>
              <w:top w:w="140" w:type="dxa"/>
              <w:left w:w="80" w:type="dxa"/>
              <w:bottom w:w="140" w:type="dxa"/>
              <w:right w:w="80" w:type="dxa"/>
            </w:tcMar>
          </w:tcPr>
          <w:p w14:paraId="290C8650" w14:textId="77777777" w:rsidR="00EF7F2A" w:rsidRDefault="00EF7F2A"/>
        </w:tc>
        <w:tc>
          <w:tcPr>
            <w:tcW w:w="1872" w:type="dxa"/>
            <w:tcMar>
              <w:top w:w="140" w:type="dxa"/>
              <w:left w:w="80" w:type="dxa"/>
              <w:bottom w:w="140" w:type="dxa"/>
              <w:right w:w="80" w:type="dxa"/>
            </w:tcMar>
          </w:tcPr>
          <w:p w14:paraId="60897EC1" w14:textId="77777777" w:rsidR="00EF7F2A" w:rsidRDefault="00EF7F2A"/>
        </w:tc>
        <w:tc>
          <w:tcPr>
            <w:tcW w:w="1404" w:type="dxa"/>
            <w:tcMar>
              <w:top w:w="140" w:type="dxa"/>
              <w:left w:w="80" w:type="dxa"/>
              <w:bottom w:w="140" w:type="dxa"/>
              <w:right w:w="80" w:type="dxa"/>
            </w:tcMar>
          </w:tcPr>
          <w:p w14:paraId="15D0AE33" w14:textId="77777777" w:rsidR="00EF7F2A" w:rsidRDefault="00EF7F2A"/>
        </w:tc>
      </w:tr>
      <w:tr w:rsidR="00EF7F2A" w14:paraId="40D528C4" w14:textId="77777777" w:rsidTr="00DC3A23">
        <w:trPr>
          <w:jc w:val="center"/>
        </w:trPr>
        <w:tc>
          <w:tcPr>
            <w:tcW w:w="1011" w:type="dxa"/>
            <w:tcMar>
              <w:top w:w="140" w:type="dxa"/>
              <w:left w:w="80" w:type="dxa"/>
              <w:bottom w:w="140" w:type="dxa"/>
              <w:right w:w="80" w:type="dxa"/>
            </w:tcMar>
          </w:tcPr>
          <w:p w14:paraId="78A49B7B" w14:textId="4E794CFD" w:rsidR="00EF7F2A" w:rsidRDefault="005C51D4" w:rsidP="00FB64EF">
            <w:pPr>
              <w:jc w:val="center"/>
            </w:pPr>
            <w:r>
              <w:rPr>
                <w:rFonts w:ascii="Arial" w:hAnsi="Arial"/>
                <w:color w:val="2C3E50"/>
                <w:sz w:val="18"/>
              </w:rPr>
              <w:t>Сессия 2</w:t>
            </w:r>
            <w:r>
              <w:rPr>
                <w:rFonts w:ascii="Arial" w:hAnsi="Arial"/>
                <w:color w:val="2C3E50"/>
                <w:sz w:val="18"/>
              </w:rPr>
              <w:br/>
            </w:r>
            <w:r>
              <w:rPr>
                <w:rFonts w:ascii="Arial" w:hAnsi="Arial"/>
                <w:color w:val="2C3E50"/>
                <w:sz w:val="18"/>
              </w:rPr>
              <w:br/>
            </w:r>
          </w:p>
        </w:tc>
        <w:tc>
          <w:tcPr>
            <w:tcW w:w="2304" w:type="dxa"/>
            <w:tcMar>
              <w:top w:w="140" w:type="dxa"/>
              <w:left w:w="80" w:type="dxa"/>
              <w:bottom w:w="140" w:type="dxa"/>
              <w:right w:w="80" w:type="dxa"/>
            </w:tcMar>
          </w:tcPr>
          <w:p w14:paraId="5DEDC408" w14:textId="77777777" w:rsidR="00EF7F2A" w:rsidRDefault="00EF7F2A"/>
        </w:tc>
        <w:tc>
          <w:tcPr>
            <w:tcW w:w="2304" w:type="dxa"/>
            <w:tcMar>
              <w:top w:w="140" w:type="dxa"/>
              <w:left w:w="80" w:type="dxa"/>
              <w:bottom w:w="140" w:type="dxa"/>
              <w:right w:w="80" w:type="dxa"/>
            </w:tcMar>
          </w:tcPr>
          <w:p w14:paraId="05864B8A" w14:textId="77777777" w:rsidR="00EF7F2A" w:rsidRDefault="00EF7F2A"/>
        </w:tc>
        <w:tc>
          <w:tcPr>
            <w:tcW w:w="2304" w:type="dxa"/>
            <w:tcMar>
              <w:top w:w="140" w:type="dxa"/>
              <w:left w:w="80" w:type="dxa"/>
              <w:bottom w:w="140" w:type="dxa"/>
              <w:right w:w="80" w:type="dxa"/>
            </w:tcMar>
          </w:tcPr>
          <w:p w14:paraId="0C0C9E70" w14:textId="77777777" w:rsidR="00EF7F2A" w:rsidRDefault="00EF7F2A"/>
        </w:tc>
        <w:tc>
          <w:tcPr>
            <w:tcW w:w="1872" w:type="dxa"/>
            <w:tcMar>
              <w:top w:w="140" w:type="dxa"/>
              <w:left w:w="80" w:type="dxa"/>
              <w:bottom w:w="140" w:type="dxa"/>
              <w:right w:w="80" w:type="dxa"/>
            </w:tcMar>
          </w:tcPr>
          <w:p w14:paraId="5B26F618" w14:textId="77777777" w:rsidR="00EF7F2A" w:rsidRDefault="00EF7F2A"/>
        </w:tc>
        <w:tc>
          <w:tcPr>
            <w:tcW w:w="1404" w:type="dxa"/>
            <w:tcMar>
              <w:top w:w="140" w:type="dxa"/>
              <w:left w:w="80" w:type="dxa"/>
              <w:bottom w:w="140" w:type="dxa"/>
              <w:right w:w="80" w:type="dxa"/>
            </w:tcMar>
          </w:tcPr>
          <w:p w14:paraId="00BBD488" w14:textId="77777777" w:rsidR="00EF7F2A" w:rsidRDefault="00EF7F2A"/>
        </w:tc>
      </w:tr>
      <w:tr w:rsidR="00EF7F2A" w14:paraId="7F350632" w14:textId="77777777" w:rsidTr="00DC3A23">
        <w:trPr>
          <w:jc w:val="center"/>
        </w:trPr>
        <w:tc>
          <w:tcPr>
            <w:tcW w:w="1011" w:type="dxa"/>
            <w:tcMar>
              <w:top w:w="140" w:type="dxa"/>
              <w:left w:w="80" w:type="dxa"/>
              <w:bottom w:w="140" w:type="dxa"/>
              <w:right w:w="80" w:type="dxa"/>
            </w:tcMar>
          </w:tcPr>
          <w:p w14:paraId="4C89CC5B" w14:textId="1E8B65F8" w:rsidR="00EF7F2A" w:rsidRDefault="005C51D4" w:rsidP="00FB64EF">
            <w:pPr>
              <w:jc w:val="center"/>
            </w:pPr>
            <w:r>
              <w:rPr>
                <w:rFonts w:ascii="Arial" w:hAnsi="Arial"/>
                <w:color w:val="2C3E50"/>
                <w:sz w:val="18"/>
              </w:rPr>
              <w:lastRenderedPageBreak/>
              <w:t>Сессия 3</w:t>
            </w:r>
            <w:r>
              <w:rPr>
                <w:rFonts w:ascii="Arial" w:hAnsi="Arial"/>
                <w:color w:val="2C3E50"/>
                <w:sz w:val="18"/>
              </w:rPr>
              <w:br/>
            </w:r>
            <w:r>
              <w:rPr>
                <w:rFonts w:ascii="Arial" w:hAnsi="Arial"/>
                <w:color w:val="2C3E50"/>
                <w:sz w:val="18"/>
              </w:rPr>
              <w:br/>
            </w:r>
          </w:p>
        </w:tc>
        <w:tc>
          <w:tcPr>
            <w:tcW w:w="2304" w:type="dxa"/>
            <w:tcMar>
              <w:top w:w="140" w:type="dxa"/>
              <w:left w:w="80" w:type="dxa"/>
              <w:bottom w:w="140" w:type="dxa"/>
              <w:right w:w="80" w:type="dxa"/>
            </w:tcMar>
          </w:tcPr>
          <w:p w14:paraId="5D71AC9A" w14:textId="77777777" w:rsidR="00EF7F2A" w:rsidRDefault="00EF7F2A"/>
        </w:tc>
        <w:tc>
          <w:tcPr>
            <w:tcW w:w="2304" w:type="dxa"/>
            <w:tcMar>
              <w:top w:w="140" w:type="dxa"/>
              <w:left w:w="80" w:type="dxa"/>
              <w:bottom w:w="140" w:type="dxa"/>
              <w:right w:w="80" w:type="dxa"/>
            </w:tcMar>
          </w:tcPr>
          <w:p w14:paraId="6CF77F36" w14:textId="77777777" w:rsidR="00EF7F2A" w:rsidRDefault="00EF7F2A"/>
        </w:tc>
        <w:tc>
          <w:tcPr>
            <w:tcW w:w="2304" w:type="dxa"/>
            <w:tcMar>
              <w:top w:w="140" w:type="dxa"/>
              <w:left w:w="80" w:type="dxa"/>
              <w:bottom w:w="140" w:type="dxa"/>
              <w:right w:w="80" w:type="dxa"/>
            </w:tcMar>
          </w:tcPr>
          <w:p w14:paraId="6DD830B4" w14:textId="77777777" w:rsidR="00EF7F2A" w:rsidRDefault="00EF7F2A"/>
        </w:tc>
        <w:tc>
          <w:tcPr>
            <w:tcW w:w="1872" w:type="dxa"/>
            <w:tcMar>
              <w:top w:w="140" w:type="dxa"/>
              <w:left w:w="80" w:type="dxa"/>
              <w:bottom w:w="140" w:type="dxa"/>
              <w:right w:w="80" w:type="dxa"/>
            </w:tcMar>
          </w:tcPr>
          <w:p w14:paraId="19D14D6C" w14:textId="77777777" w:rsidR="00EF7F2A" w:rsidRDefault="00EF7F2A"/>
        </w:tc>
        <w:tc>
          <w:tcPr>
            <w:tcW w:w="1404" w:type="dxa"/>
            <w:tcMar>
              <w:top w:w="140" w:type="dxa"/>
              <w:left w:w="80" w:type="dxa"/>
              <w:bottom w:w="140" w:type="dxa"/>
              <w:right w:w="80" w:type="dxa"/>
            </w:tcMar>
          </w:tcPr>
          <w:p w14:paraId="0D93EE98" w14:textId="77777777" w:rsidR="00EF7F2A" w:rsidRDefault="00EF7F2A"/>
        </w:tc>
      </w:tr>
      <w:tr w:rsidR="00EF7F2A" w14:paraId="6987F9EB" w14:textId="77777777" w:rsidTr="00DC3A23">
        <w:trPr>
          <w:jc w:val="center"/>
        </w:trPr>
        <w:tc>
          <w:tcPr>
            <w:tcW w:w="1011" w:type="dxa"/>
            <w:tcMar>
              <w:top w:w="140" w:type="dxa"/>
              <w:left w:w="80" w:type="dxa"/>
              <w:bottom w:w="140" w:type="dxa"/>
              <w:right w:w="80" w:type="dxa"/>
            </w:tcMar>
          </w:tcPr>
          <w:p w14:paraId="303BA938" w14:textId="64D3AFB0" w:rsidR="00EF7F2A" w:rsidRDefault="005C51D4" w:rsidP="00FB64EF">
            <w:pPr>
              <w:jc w:val="center"/>
            </w:pPr>
            <w:r>
              <w:rPr>
                <w:rFonts w:ascii="Arial" w:hAnsi="Arial"/>
                <w:color w:val="2C3E50"/>
                <w:sz w:val="18"/>
              </w:rPr>
              <w:t>Сессия 4</w:t>
            </w:r>
            <w:r>
              <w:rPr>
                <w:rFonts w:ascii="Arial" w:hAnsi="Arial"/>
                <w:color w:val="2C3E50"/>
                <w:sz w:val="18"/>
              </w:rPr>
              <w:br/>
            </w:r>
            <w:r>
              <w:rPr>
                <w:rFonts w:ascii="Arial" w:hAnsi="Arial"/>
                <w:color w:val="2C3E50"/>
                <w:sz w:val="18"/>
              </w:rPr>
              <w:br/>
            </w:r>
          </w:p>
        </w:tc>
        <w:tc>
          <w:tcPr>
            <w:tcW w:w="2304" w:type="dxa"/>
            <w:tcMar>
              <w:top w:w="140" w:type="dxa"/>
              <w:left w:w="80" w:type="dxa"/>
              <w:bottom w:w="140" w:type="dxa"/>
              <w:right w:w="80" w:type="dxa"/>
            </w:tcMar>
          </w:tcPr>
          <w:p w14:paraId="7BD7A953" w14:textId="77777777" w:rsidR="00EF7F2A" w:rsidRDefault="00EF7F2A"/>
        </w:tc>
        <w:tc>
          <w:tcPr>
            <w:tcW w:w="2304" w:type="dxa"/>
            <w:tcMar>
              <w:top w:w="140" w:type="dxa"/>
              <w:left w:w="80" w:type="dxa"/>
              <w:bottom w:w="140" w:type="dxa"/>
              <w:right w:w="80" w:type="dxa"/>
            </w:tcMar>
          </w:tcPr>
          <w:p w14:paraId="1B87C925" w14:textId="77777777" w:rsidR="00EF7F2A" w:rsidRDefault="00EF7F2A"/>
        </w:tc>
        <w:tc>
          <w:tcPr>
            <w:tcW w:w="2304" w:type="dxa"/>
            <w:tcMar>
              <w:top w:w="140" w:type="dxa"/>
              <w:left w:w="80" w:type="dxa"/>
              <w:bottom w:w="140" w:type="dxa"/>
              <w:right w:w="80" w:type="dxa"/>
            </w:tcMar>
          </w:tcPr>
          <w:p w14:paraId="433C4AD0" w14:textId="77777777" w:rsidR="00EF7F2A" w:rsidRDefault="00EF7F2A"/>
        </w:tc>
        <w:tc>
          <w:tcPr>
            <w:tcW w:w="1872" w:type="dxa"/>
            <w:tcMar>
              <w:top w:w="140" w:type="dxa"/>
              <w:left w:w="80" w:type="dxa"/>
              <w:bottom w:w="140" w:type="dxa"/>
              <w:right w:w="80" w:type="dxa"/>
            </w:tcMar>
          </w:tcPr>
          <w:p w14:paraId="7B0ED424" w14:textId="77777777" w:rsidR="00EF7F2A" w:rsidRDefault="00EF7F2A"/>
        </w:tc>
        <w:tc>
          <w:tcPr>
            <w:tcW w:w="1404" w:type="dxa"/>
            <w:tcMar>
              <w:top w:w="140" w:type="dxa"/>
              <w:left w:w="80" w:type="dxa"/>
              <w:bottom w:w="140" w:type="dxa"/>
              <w:right w:w="80" w:type="dxa"/>
            </w:tcMar>
          </w:tcPr>
          <w:p w14:paraId="02ED6D55" w14:textId="77777777" w:rsidR="00EF7F2A" w:rsidRDefault="00EF7F2A"/>
        </w:tc>
      </w:tr>
      <w:tr w:rsidR="00EF7F2A" w14:paraId="2CF3954A" w14:textId="77777777" w:rsidTr="00DC3A23">
        <w:trPr>
          <w:jc w:val="center"/>
        </w:trPr>
        <w:tc>
          <w:tcPr>
            <w:tcW w:w="1011" w:type="dxa"/>
            <w:tcMar>
              <w:top w:w="140" w:type="dxa"/>
              <w:left w:w="80" w:type="dxa"/>
              <w:bottom w:w="140" w:type="dxa"/>
              <w:right w:w="80" w:type="dxa"/>
            </w:tcMar>
          </w:tcPr>
          <w:p w14:paraId="208B9460" w14:textId="2807CF8D" w:rsidR="00EF7F2A" w:rsidRDefault="005C51D4" w:rsidP="00FB64EF">
            <w:pPr>
              <w:jc w:val="center"/>
            </w:pPr>
            <w:r>
              <w:rPr>
                <w:rFonts w:ascii="Arial" w:hAnsi="Arial"/>
                <w:color w:val="2C3E50"/>
                <w:sz w:val="18"/>
              </w:rPr>
              <w:t>Сессия 5</w:t>
            </w:r>
            <w:r>
              <w:rPr>
                <w:rFonts w:ascii="Arial" w:hAnsi="Arial"/>
                <w:color w:val="2C3E50"/>
                <w:sz w:val="18"/>
              </w:rPr>
              <w:br/>
            </w:r>
            <w:r>
              <w:rPr>
                <w:rFonts w:ascii="Arial" w:hAnsi="Arial"/>
                <w:color w:val="2C3E50"/>
                <w:sz w:val="18"/>
              </w:rPr>
              <w:br/>
            </w:r>
          </w:p>
        </w:tc>
        <w:tc>
          <w:tcPr>
            <w:tcW w:w="2304" w:type="dxa"/>
            <w:tcMar>
              <w:top w:w="140" w:type="dxa"/>
              <w:left w:w="80" w:type="dxa"/>
              <w:bottom w:w="140" w:type="dxa"/>
              <w:right w:w="80" w:type="dxa"/>
            </w:tcMar>
          </w:tcPr>
          <w:p w14:paraId="25C7F5DA" w14:textId="77777777" w:rsidR="00EF7F2A" w:rsidRDefault="00EF7F2A"/>
        </w:tc>
        <w:tc>
          <w:tcPr>
            <w:tcW w:w="2304" w:type="dxa"/>
            <w:tcMar>
              <w:top w:w="140" w:type="dxa"/>
              <w:left w:w="80" w:type="dxa"/>
              <w:bottom w:w="140" w:type="dxa"/>
              <w:right w:w="80" w:type="dxa"/>
            </w:tcMar>
          </w:tcPr>
          <w:p w14:paraId="032F70E9" w14:textId="77777777" w:rsidR="00EF7F2A" w:rsidRDefault="00EF7F2A"/>
        </w:tc>
        <w:tc>
          <w:tcPr>
            <w:tcW w:w="2304" w:type="dxa"/>
            <w:tcMar>
              <w:top w:w="140" w:type="dxa"/>
              <w:left w:w="80" w:type="dxa"/>
              <w:bottom w:w="140" w:type="dxa"/>
              <w:right w:w="80" w:type="dxa"/>
            </w:tcMar>
          </w:tcPr>
          <w:p w14:paraId="4E0B3D69" w14:textId="77777777" w:rsidR="00EF7F2A" w:rsidRDefault="00EF7F2A"/>
        </w:tc>
        <w:tc>
          <w:tcPr>
            <w:tcW w:w="1872" w:type="dxa"/>
            <w:tcMar>
              <w:top w:w="140" w:type="dxa"/>
              <w:left w:w="80" w:type="dxa"/>
              <w:bottom w:w="140" w:type="dxa"/>
              <w:right w:w="80" w:type="dxa"/>
            </w:tcMar>
          </w:tcPr>
          <w:p w14:paraId="203FC9C7" w14:textId="77777777" w:rsidR="00EF7F2A" w:rsidRDefault="00EF7F2A"/>
        </w:tc>
        <w:tc>
          <w:tcPr>
            <w:tcW w:w="1404" w:type="dxa"/>
            <w:tcMar>
              <w:top w:w="140" w:type="dxa"/>
              <w:left w:w="80" w:type="dxa"/>
              <w:bottom w:w="140" w:type="dxa"/>
              <w:right w:w="80" w:type="dxa"/>
            </w:tcMar>
          </w:tcPr>
          <w:p w14:paraId="4A2C9F99" w14:textId="77777777" w:rsidR="00EF7F2A" w:rsidRDefault="00EF7F2A"/>
        </w:tc>
      </w:tr>
      <w:tr w:rsidR="00EF7F2A" w14:paraId="39AAB549" w14:textId="77777777" w:rsidTr="00DC3A23">
        <w:trPr>
          <w:jc w:val="center"/>
        </w:trPr>
        <w:tc>
          <w:tcPr>
            <w:tcW w:w="1011" w:type="dxa"/>
            <w:tcMar>
              <w:top w:w="140" w:type="dxa"/>
              <w:left w:w="80" w:type="dxa"/>
              <w:bottom w:w="140" w:type="dxa"/>
              <w:right w:w="80" w:type="dxa"/>
            </w:tcMar>
          </w:tcPr>
          <w:p w14:paraId="17B2F028" w14:textId="4EB21B2E" w:rsidR="00EF7F2A" w:rsidRDefault="005C51D4" w:rsidP="00FB64EF">
            <w:pPr>
              <w:jc w:val="center"/>
            </w:pPr>
            <w:r>
              <w:rPr>
                <w:rFonts w:ascii="Arial" w:hAnsi="Arial"/>
                <w:color w:val="2C3E50"/>
                <w:sz w:val="18"/>
              </w:rPr>
              <w:t>Сессия 6</w:t>
            </w:r>
            <w:r>
              <w:rPr>
                <w:rFonts w:ascii="Arial" w:hAnsi="Arial"/>
                <w:color w:val="2C3E50"/>
                <w:sz w:val="18"/>
              </w:rPr>
              <w:br/>
            </w:r>
            <w:r>
              <w:rPr>
                <w:rFonts w:ascii="Arial" w:hAnsi="Arial"/>
                <w:color w:val="2C3E50"/>
                <w:sz w:val="18"/>
              </w:rPr>
              <w:br/>
            </w:r>
          </w:p>
        </w:tc>
        <w:tc>
          <w:tcPr>
            <w:tcW w:w="2304" w:type="dxa"/>
            <w:tcMar>
              <w:top w:w="140" w:type="dxa"/>
              <w:left w:w="80" w:type="dxa"/>
              <w:bottom w:w="140" w:type="dxa"/>
              <w:right w:w="80" w:type="dxa"/>
            </w:tcMar>
          </w:tcPr>
          <w:p w14:paraId="46B3F1D1" w14:textId="77777777" w:rsidR="00EF7F2A" w:rsidRDefault="00EF7F2A"/>
        </w:tc>
        <w:tc>
          <w:tcPr>
            <w:tcW w:w="2304" w:type="dxa"/>
            <w:tcMar>
              <w:top w:w="140" w:type="dxa"/>
              <w:left w:w="80" w:type="dxa"/>
              <w:bottom w:w="140" w:type="dxa"/>
              <w:right w:w="80" w:type="dxa"/>
            </w:tcMar>
          </w:tcPr>
          <w:p w14:paraId="0050BD1D" w14:textId="77777777" w:rsidR="00EF7F2A" w:rsidRDefault="00EF7F2A"/>
        </w:tc>
        <w:tc>
          <w:tcPr>
            <w:tcW w:w="2304" w:type="dxa"/>
            <w:tcMar>
              <w:top w:w="140" w:type="dxa"/>
              <w:left w:w="80" w:type="dxa"/>
              <w:bottom w:w="140" w:type="dxa"/>
              <w:right w:w="80" w:type="dxa"/>
            </w:tcMar>
          </w:tcPr>
          <w:p w14:paraId="3473C160" w14:textId="77777777" w:rsidR="00EF7F2A" w:rsidRDefault="00EF7F2A"/>
        </w:tc>
        <w:tc>
          <w:tcPr>
            <w:tcW w:w="1872" w:type="dxa"/>
            <w:tcMar>
              <w:top w:w="140" w:type="dxa"/>
              <w:left w:w="80" w:type="dxa"/>
              <w:bottom w:w="140" w:type="dxa"/>
              <w:right w:w="80" w:type="dxa"/>
            </w:tcMar>
          </w:tcPr>
          <w:p w14:paraId="57CE506C" w14:textId="77777777" w:rsidR="00EF7F2A" w:rsidRDefault="00EF7F2A"/>
        </w:tc>
        <w:tc>
          <w:tcPr>
            <w:tcW w:w="1404" w:type="dxa"/>
            <w:tcMar>
              <w:top w:w="140" w:type="dxa"/>
              <w:left w:w="80" w:type="dxa"/>
              <w:bottom w:w="140" w:type="dxa"/>
              <w:right w:w="80" w:type="dxa"/>
            </w:tcMar>
          </w:tcPr>
          <w:p w14:paraId="20F03194" w14:textId="77777777" w:rsidR="00EF7F2A" w:rsidRDefault="00EF7F2A"/>
        </w:tc>
      </w:tr>
      <w:tr w:rsidR="00EF7F2A" w14:paraId="5D771943" w14:textId="77777777" w:rsidTr="00DC3A23">
        <w:trPr>
          <w:jc w:val="center"/>
        </w:trPr>
        <w:tc>
          <w:tcPr>
            <w:tcW w:w="1011" w:type="dxa"/>
            <w:tcMar>
              <w:top w:w="140" w:type="dxa"/>
              <w:left w:w="80" w:type="dxa"/>
              <w:bottom w:w="140" w:type="dxa"/>
              <w:right w:w="80" w:type="dxa"/>
            </w:tcMar>
          </w:tcPr>
          <w:p w14:paraId="64F98609" w14:textId="21C98E14" w:rsidR="00EF7F2A" w:rsidRDefault="005C51D4" w:rsidP="00FB64EF">
            <w:pPr>
              <w:jc w:val="center"/>
            </w:pPr>
            <w:r>
              <w:rPr>
                <w:rFonts w:ascii="Arial" w:hAnsi="Arial"/>
                <w:color w:val="2C3E50"/>
                <w:sz w:val="18"/>
              </w:rPr>
              <w:t>Сессия 7</w:t>
            </w:r>
            <w:r>
              <w:rPr>
                <w:rFonts w:ascii="Arial" w:hAnsi="Arial"/>
                <w:color w:val="2C3E50"/>
                <w:sz w:val="18"/>
              </w:rPr>
              <w:br/>
            </w:r>
            <w:r>
              <w:rPr>
                <w:rFonts w:ascii="Arial" w:hAnsi="Arial"/>
                <w:color w:val="2C3E50"/>
                <w:sz w:val="18"/>
              </w:rPr>
              <w:br/>
            </w:r>
          </w:p>
        </w:tc>
        <w:tc>
          <w:tcPr>
            <w:tcW w:w="2304" w:type="dxa"/>
            <w:tcMar>
              <w:top w:w="140" w:type="dxa"/>
              <w:left w:w="80" w:type="dxa"/>
              <w:bottom w:w="140" w:type="dxa"/>
              <w:right w:w="80" w:type="dxa"/>
            </w:tcMar>
          </w:tcPr>
          <w:p w14:paraId="53980346" w14:textId="77777777" w:rsidR="00EF7F2A" w:rsidRDefault="00EF7F2A"/>
        </w:tc>
        <w:tc>
          <w:tcPr>
            <w:tcW w:w="2304" w:type="dxa"/>
            <w:tcMar>
              <w:top w:w="140" w:type="dxa"/>
              <w:left w:w="80" w:type="dxa"/>
              <w:bottom w:w="140" w:type="dxa"/>
              <w:right w:w="80" w:type="dxa"/>
            </w:tcMar>
          </w:tcPr>
          <w:p w14:paraId="09C285E0" w14:textId="77777777" w:rsidR="00EF7F2A" w:rsidRDefault="00EF7F2A"/>
        </w:tc>
        <w:tc>
          <w:tcPr>
            <w:tcW w:w="2304" w:type="dxa"/>
            <w:tcMar>
              <w:top w:w="140" w:type="dxa"/>
              <w:left w:w="80" w:type="dxa"/>
              <w:bottom w:w="140" w:type="dxa"/>
              <w:right w:w="80" w:type="dxa"/>
            </w:tcMar>
          </w:tcPr>
          <w:p w14:paraId="06969601" w14:textId="77777777" w:rsidR="00EF7F2A" w:rsidRDefault="00EF7F2A"/>
        </w:tc>
        <w:tc>
          <w:tcPr>
            <w:tcW w:w="1872" w:type="dxa"/>
            <w:tcMar>
              <w:top w:w="140" w:type="dxa"/>
              <w:left w:w="80" w:type="dxa"/>
              <w:bottom w:w="140" w:type="dxa"/>
              <w:right w:w="80" w:type="dxa"/>
            </w:tcMar>
          </w:tcPr>
          <w:p w14:paraId="5A055D9B" w14:textId="77777777" w:rsidR="00EF7F2A" w:rsidRDefault="00EF7F2A"/>
        </w:tc>
        <w:tc>
          <w:tcPr>
            <w:tcW w:w="1404" w:type="dxa"/>
            <w:tcMar>
              <w:top w:w="140" w:type="dxa"/>
              <w:left w:w="80" w:type="dxa"/>
              <w:bottom w:w="140" w:type="dxa"/>
              <w:right w:w="80" w:type="dxa"/>
            </w:tcMar>
          </w:tcPr>
          <w:p w14:paraId="1AE4FAD2" w14:textId="77777777" w:rsidR="00EF7F2A" w:rsidRDefault="00EF7F2A"/>
        </w:tc>
      </w:tr>
      <w:tr w:rsidR="00EF7F2A" w14:paraId="1E7B6144" w14:textId="77777777" w:rsidTr="00DC3A23">
        <w:trPr>
          <w:jc w:val="center"/>
        </w:trPr>
        <w:tc>
          <w:tcPr>
            <w:tcW w:w="1011" w:type="dxa"/>
            <w:tcMar>
              <w:top w:w="140" w:type="dxa"/>
              <w:left w:w="80" w:type="dxa"/>
              <w:bottom w:w="140" w:type="dxa"/>
              <w:right w:w="80" w:type="dxa"/>
            </w:tcMar>
          </w:tcPr>
          <w:p w14:paraId="3D110A6A" w14:textId="4C5C4AFD" w:rsidR="00EF7F2A" w:rsidRDefault="005C51D4" w:rsidP="00FB64EF">
            <w:pPr>
              <w:jc w:val="center"/>
            </w:pPr>
            <w:r>
              <w:rPr>
                <w:rFonts w:ascii="Arial" w:hAnsi="Arial"/>
                <w:color w:val="2C3E50"/>
                <w:sz w:val="18"/>
              </w:rPr>
              <w:t>Сессия 8</w:t>
            </w:r>
            <w:r>
              <w:rPr>
                <w:rFonts w:ascii="Arial" w:hAnsi="Arial"/>
                <w:color w:val="2C3E50"/>
                <w:sz w:val="18"/>
              </w:rPr>
              <w:br/>
            </w:r>
            <w:r>
              <w:rPr>
                <w:rFonts w:ascii="Arial" w:hAnsi="Arial"/>
                <w:color w:val="2C3E50"/>
                <w:sz w:val="18"/>
              </w:rPr>
              <w:br/>
            </w:r>
          </w:p>
        </w:tc>
        <w:tc>
          <w:tcPr>
            <w:tcW w:w="2304" w:type="dxa"/>
            <w:tcMar>
              <w:top w:w="140" w:type="dxa"/>
              <w:left w:w="80" w:type="dxa"/>
              <w:bottom w:w="140" w:type="dxa"/>
              <w:right w:w="80" w:type="dxa"/>
            </w:tcMar>
          </w:tcPr>
          <w:p w14:paraId="51C94DA3" w14:textId="77777777" w:rsidR="00EF7F2A" w:rsidRDefault="00EF7F2A"/>
        </w:tc>
        <w:tc>
          <w:tcPr>
            <w:tcW w:w="2304" w:type="dxa"/>
            <w:tcMar>
              <w:top w:w="140" w:type="dxa"/>
              <w:left w:w="80" w:type="dxa"/>
              <w:bottom w:w="140" w:type="dxa"/>
              <w:right w:w="80" w:type="dxa"/>
            </w:tcMar>
          </w:tcPr>
          <w:p w14:paraId="32B44AD8" w14:textId="77777777" w:rsidR="00EF7F2A" w:rsidRDefault="00EF7F2A"/>
        </w:tc>
        <w:tc>
          <w:tcPr>
            <w:tcW w:w="2304" w:type="dxa"/>
            <w:tcMar>
              <w:top w:w="140" w:type="dxa"/>
              <w:left w:w="80" w:type="dxa"/>
              <w:bottom w:w="140" w:type="dxa"/>
              <w:right w:w="80" w:type="dxa"/>
            </w:tcMar>
          </w:tcPr>
          <w:p w14:paraId="49A81822" w14:textId="77777777" w:rsidR="00EF7F2A" w:rsidRDefault="00EF7F2A"/>
        </w:tc>
        <w:tc>
          <w:tcPr>
            <w:tcW w:w="1872" w:type="dxa"/>
            <w:tcMar>
              <w:top w:w="140" w:type="dxa"/>
              <w:left w:w="80" w:type="dxa"/>
              <w:bottom w:w="140" w:type="dxa"/>
              <w:right w:w="80" w:type="dxa"/>
            </w:tcMar>
          </w:tcPr>
          <w:p w14:paraId="50B2BE1F" w14:textId="77777777" w:rsidR="00EF7F2A" w:rsidRDefault="00EF7F2A"/>
        </w:tc>
        <w:tc>
          <w:tcPr>
            <w:tcW w:w="1404" w:type="dxa"/>
            <w:tcMar>
              <w:top w:w="140" w:type="dxa"/>
              <w:left w:w="80" w:type="dxa"/>
              <w:bottom w:w="140" w:type="dxa"/>
              <w:right w:w="80" w:type="dxa"/>
            </w:tcMar>
          </w:tcPr>
          <w:p w14:paraId="74348912" w14:textId="77777777" w:rsidR="00EF7F2A" w:rsidRDefault="00EF7F2A"/>
        </w:tc>
      </w:tr>
      <w:tr w:rsidR="00EF7F2A" w14:paraId="52FC6BF4" w14:textId="77777777" w:rsidTr="00DC3A23">
        <w:trPr>
          <w:jc w:val="center"/>
        </w:trPr>
        <w:tc>
          <w:tcPr>
            <w:tcW w:w="1011" w:type="dxa"/>
            <w:tcMar>
              <w:top w:w="140" w:type="dxa"/>
              <w:left w:w="80" w:type="dxa"/>
              <w:bottom w:w="140" w:type="dxa"/>
              <w:right w:w="80" w:type="dxa"/>
            </w:tcMar>
          </w:tcPr>
          <w:p w14:paraId="7E4F2C91" w14:textId="0BB5AED2" w:rsidR="00EF7F2A" w:rsidRDefault="005C51D4" w:rsidP="00FB64EF">
            <w:pPr>
              <w:jc w:val="center"/>
            </w:pPr>
            <w:r>
              <w:rPr>
                <w:rFonts w:ascii="Arial" w:hAnsi="Arial"/>
                <w:color w:val="2C3E50"/>
                <w:sz w:val="18"/>
              </w:rPr>
              <w:t>Сессия 9</w:t>
            </w:r>
            <w:r>
              <w:rPr>
                <w:rFonts w:ascii="Arial" w:hAnsi="Arial"/>
                <w:color w:val="2C3E50"/>
                <w:sz w:val="18"/>
              </w:rPr>
              <w:br/>
            </w:r>
            <w:r>
              <w:rPr>
                <w:rFonts w:ascii="Arial" w:hAnsi="Arial"/>
                <w:color w:val="2C3E50"/>
                <w:sz w:val="18"/>
              </w:rPr>
              <w:br/>
            </w:r>
          </w:p>
        </w:tc>
        <w:tc>
          <w:tcPr>
            <w:tcW w:w="2304" w:type="dxa"/>
            <w:tcMar>
              <w:top w:w="140" w:type="dxa"/>
              <w:left w:w="80" w:type="dxa"/>
              <w:bottom w:w="140" w:type="dxa"/>
              <w:right w:w="80" w:type="dxa"/>
            </w:tcMar>
          </w:tcPr>
          <w:p w14:paraId="3E6D9FBA" w14:textId="77777777" w:rsidR="00EF7F2A" w:rsidRDefault="00EF7F2A"/>
        </w:tc>
        <w:tc>
          <w:tcPr>
            <w:tcW w:w="2304" w:type="dxa"/>
            <w:tcMar>
              <w:top w:w="140" w:type="dxa"/>
              <w:left w:w="80" w:type="dxa"/>
              <w:bottom w:w="140" w:type="dxa"/>
              <w:right w:w="80" w:type="dxa"/>
            </w:tcMar>
          </w:tcPr>
          <w:p w14:paraId="0E956F86" w14:textId="77777777" w:rsidR="00EF7F2A" w:rsidRDefault="00EF7F2A"/>
        </w:tc>
        <w:tc>
          <w:tcPr>
            <w:tcW w:w="2304" w:type="dxa"/>
            <w:tcMar>
              <w:top w:w="140" w:type="dxa"/>
              <w:left w:w="80" w:type="dxa"/>
              <w:bottom w:w="140" w:type="dxa"/>
              <w:right w:w="80" w:type="dxa"/>
            </w:tcMar>
          </w:tcPr>
          <w:p w14:paraId="15E43010" w14:textId="77777777" w:rsidR="00EF7F2A" w:rsidRDefault="00EF7F2A"/>
        </w:tc>
        <w:tc>
          <w:tcPr>
            <w:tcW w:w="1872" w:type="dxa"/>
            <w:tcMar>
              <w:top w:w="140" w:type="dxa"/>
              <w:left w:w="80" w:type="dxa"/>
              <w:bottom w:w="140" w:type="dxa"/>
              <w:right w:w="80" w:type="dxa"/>
            </w:tcMar>
          </w:tcPr>
          <w:p w14:paraId="6E149B1E" w14:textId="77777777" w:rsidR="00EF7F2A" w:rsidRDefault="00EF7F2A"/>
        </w:tc>
        <w:tc>
          <w:tcPr>
            <w:tcW w:w="1404" w:type="dxa"/>
            <w:tcMar>
              <w:top w:w="140" w:type="dxa"/>
              <w:left w:w="80" w:type="dxa"/>
              <w:bottom w:w="140" w:type="dxa"/>
              <w:right w:w="80" w:type="dxa"/>
            </w:tcMar>
          </w:tcPr>
          <w:p w14:paraId="278FCEC7" w14:textId="77777777" w:rsidR="00EF7F2A" w:rsidRDefault="00EF7F2A"/>
        </w:tc>
      </w:tr>
      <w:tr w:rsidR="00EF7F2A" w14:paraId="4DAF6708" w14:textId="77777777" w:rsidTr="00DC3A23">
        <w:trPr>
          <w:jc w:val="center"/>
        </w:trPr>
        <w:tc>
          <w:tcPr>
            <w:tcW w:w="1011" w:type="dxa"/>
            <w:tcMar>
              <w:top w:w="140" w:type="dxa"/>
              <w:left w:w="80" w:type="dxa"/>
              <w:bottom w:w="140" w:type="dxa"/>
              <w:right w:w="80" w:type="dxa"/>
            </w:tcMar>
          </w:tcPr>
          <w:p w14:paraId="38C64A4E" w14:textId="540058C6" w:rsidR="00EF7F2A" w:rsidRDefault="005C51D4" w:rsidP="00FB64EF">
            <w:pPr>
              <w:jc w:val="center"/>
            </w:pPr>
            <w:r>
              <w:rPr>
                <w:rFonts w:ascii="Arial" w:hAnsi="Arial"/>
                <w:color w:val="2C3E50"/>
                <w:sz w:val="18"/>
              </w:rPr>
              <w:t>Сессия 10</w:t>
            </w:r>
            <w:r>
              <w:rPr>
                <w:rFonts w:ascii="Arial" w:hAnsi="Arial"/>
                <w:color w:val="2C3E50"/>
                <w:sz w:val="18"/>
              </w:rPr>
              <w:br/>
            </w:r>
            <w:r>
              <w:rPr>
                <w:rFonts w:ascii="Arial" w:hAnsi="Arial"/>
                <w:color w:val="2C3E50"/>
                <w:sz w:val="18"/>
              </w:rPr>
              <w:br/>
            </w:r>
          </w:p>
        </w:tc>
        <w:tc>
          <w:tcPr>
            <w:tcW w:w="2304" w:type="dxa"/>
            <w:tcMar>
              <w:top w:w="140" w:type="dxa"/>
              <w:left w:w="80" w:type="dxa"/>
              <w:bottom w:w="140" w:type="dxa"/>
              <w:right w:w="80" w:type="dxa"/>
            </w:tcMar>
          </w:tcPr>
          <w:p w14:paraId="2A1D63EF" w14:textId="77777777" w:rsidR="00EF7F2A" w:rsidRDefault="00EF7F2A"/>
        </w:tc>
        <w:tc>
          <w:tcPr>
            <w:tcW w:w="2304" w:type="dxa"/>
            <w:tcMar>
              <w:top w:w="140" w:type="dxa"/>
              <w:left w:w="80" w:type="dxa"/>
              <w:bottom w:w="140" w:type="dxa"/>
              <w:right w:w="80" w:type="dxa"/>
            </w:tcMar>
          </w:tcPr>
          <w:p w14:paraId="448F9A3F" w14:textId="77777777" w:rsidR="00EF7F2A" w:rsidRDefault="00EF7F2A"/>
        </w:tc>
        <w:tc>
          <w:tcPr>
            <w:tcW w:w="2304" w:type="dxa"/>
            <w:tcMar>
              <w:top w:w="140" w:type="dxa"/>
              <w:left w:w="80" w:type="dxa"/>
              <w:bottom w:w="140" w:type="dxa"/>
              <w:right w:w="80" w:type="dxa"/>
            </w:tcMar>
          </w:tcPr>
          <w:p w14:paraId="541D353B" w14:textId="77777777" w:rsidR="00EF7F2A" w:rsidRDefault="00EF7F2A"/>
        </w:tc>
        <w:tc>
          <w:tcPr>
            <w:tcW w:w="1872" w:type="dxa"/>
            <w:tcMar>
              <w:top w:w="140" w:type="dxa"/>
              <w:left w:w="80" w:type="dxa"/>
              <w:bottom w:w="140" w:type="dxa"/>
              <w:right w:w="80" w:type="dxa"/>
            </w:tcMar>
          </w:tcPr>
          <w:p w14:paraId="7F900A2C" w14:textId="77777777" w:rsidR="00EF7F2A" w:rsidRDefault="00EF7F2A"/>
        </w:tc>
        <w:tc>
          <w:tcPr>
            <w:tcW w:w="1404" w:type="dxa"/>
            <w:tcMar>
              <w:top w:w="140" w:type="dxa"/>
              <w:left w:w="80" w:type="dxa"/>
              <w:bottom w:w="140" w:type="dxa"/>
              <w:right w:w="80" w:type="dxa"/>
            </w:tcMar>
          </w:tcPr>
          <w:p w14:paraId="53E32FD8" w14:textId="77777777" w:rsidR="00EF7F2A" w:rsidRDefault="00EF7F2A"/>
        </w:tc>
      </w:tr>
    </w:tbl>
    <w:p w14:paraId="5D107785" w14:textId="77777777" w:rsidR="00EF7F2A" w:rsidRDefault="00EF7F2A">
      <w:pPr>
        <w:spacing w:after="8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512"/>
      </w:tblGrid>
      <w:tr w:rsidR="00EF7F2A" w:rsidRPr="009E2A80" w14:paraId="7623CF82" w14:textId="77777777">
        <w:trPr>
          <w:jc w:val="center"/>
        </w:trPr>
        <w:tc>
          <w:tcPr>
            <w:tcW w:w="10512" w:type="dxa"/>
            <w:tcBorders>
              <w:left w:val="single" w:sz="24" w:space="0" w:color="16A085"/>
            </w:tcBorders>
            <w:shd w:val="clear" w:color="auto" w:fill="F2F9F6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5BC60C72" w14:textId="5A10AF54" w:rsidR="00EF7F2A" w:rsidRPr="00C2428B" w:rsidRDefault="00C2428B" w:rsidP="00C2428B">
            <w:pPr>
              <w:spacing w:after="120"/>
              <w:jc w:val="center"/>
              <w:rPr>
                <w:sz w:val="24"/>
                <w:szCs w:val="24"/>
                <w:lang w:val="ru-RU"/>
              </w:rPr>
            </w:pPr>
            <w:r w:rsidRPr="00C2428B">
              <w:rPr>
                <w:rFonts w:ascii="Georgia" w:hAnsi="Georgia"/>
                <w:b/>
                <w:color w:val="0B5345"/>
                <w:sz w:val="24"/>
                <w:szCs w:val="24"/>
                <w:lang w:val="ru-RU"/>
              </w:rPr>
              <w:t>8</w:t>
            </w:r>
            <w:r w:rsidR="005C51D4" w:rsidRPr="00C2428B">
              <w:rPr>
                <w:rFonts w:ascii="Georgia" w:hAnsi="Georgia"/>
                <w:b/>
                <w:color w:val="0B5345"/>
                <w:sz w:val="24"/>
                <w:szCs w:val="24"/>
                <w:lang w:val="ru-RU"/>
              </w:rPr>
              <w:t>. ИТОГОВОЕ ЗАКЛЮЧЕНИЕ И НАЗНАЧЕНИЕ ДОМАШНЕГО УХОДА</w:t>
            </w:r>
          </w:p>
          <w:p w14:paraId="2194D9B9" w14:textId="2EBF56A3" w:rsidR="00EF7F2A" w:rsidRPr="0077324A" w:rsidRDefault="005C51D4" w:rsidP="00A538BB">
            <w:pPr>
              <w:spacing w:before="240" w:after="80"/>
              <w:rPr>
                <w:lang w:val="ru-RU"/>
              </w:rPr>
            </w:pPr>
            <w:r w:rsidRPr="0077324A">
              <w:rPr>
                <w:rFonts w:ascii="Arial" w:hAnsi="Arial"/>
                <w:color w:val="2C3E50"/>
                <w:sz w:val="20"/>
                <w:lang w:val="ru-RU"/>
              </w:rPr>
              <w:t xml:space="preserve">Достигнутые результаты курса: </w:t>
            </w:r>
            <w:sdt>
              <w:sdtPr>
                <w:rPr>
                  <w:rStyle w:val="aff8"/>
                </w:rPr>
                <w:id w:val="-1974214021"/>
                <w:placeholder>
                  <w:docPart w:val="DefaultPlaceholder_-1854013440"/>
                </w:placeholder>
                <w:showingPlcHdr/>
                <w:text/>
              </w:sdtPr>
              <w:sdtEndPr>
                <w:rPr>
                  <w:rStyle w:val="aff8"/>
                </w:rPr>
              </w:sdtEndPr>
              <w:sdtContent>
                <w:r w:rsidR="00A538BB" w:rsidRPr="00A538BB">
                  <w:rPr>
                    <w:rStyle w:val="aff9"/>
                    <w:lang w:val="ru-RU"/>
                  </w:rPr>
                  <w:t>Место для ввода текста.</w:t>
                </w:r>
              </w:sdtContent>
            </w:sdt>
          </w:p>
          <w:p w14:paraId="66716486" w14:textId="77777777" w:rsidR="00EF7F2A" w:rsidRPr="0077324A" w:rsidRDefault="005C51D4" w:rsidP="00DC3A23">
            <w:pPr>
              <w:spacing w:before="240" w:after="80"/>
              <w:rPr>
                <w:lang w:val="ru-RU"/>
              </w:rPr>
            </w:pPr>
            <w:r w:rsidRPr="0077324A">
              <w:rPr>
                <w:rFonts w:ascii="Arial" w:hAnsi="Arial"/>
                <w:color w:val="2C3E50"/>
                <w:sz w:val="20"/>
                <w:lang w:val="ru-RU"/>
              </w:rPr>
              <w:t xml:space="preserve">Рецепт домашнего ухода для закрепления эффекта (Профессиональная линейка </w:t>
            </w:r>
            <w:r>
              <w:rPr>
                <w:rFonts w:ascii="Arial" w:hAnsi="Arial"/>
                <w:color w:val="2C3E50"/>
                <w:sz w:val="20"/>
              </w:rPr>
              <w:t>HERBOLICA</w:t>
            </w:r>
            <w:r w:rsidRPr="0077324A">
              <w:rPr>
                <w:rFonts w:ascii="Arial" w:hAnsi="Arial"/>
                <w:color w:val="2C3E50"/>
                <w:sz w:val="20"/>
                <w:lang w:val="ru-RU"/>
              </w:rPr>
              <w:t>):</w:t>
            </w:r>
          </w:p>
          <w:p w14:paraId="272A4C1D" w14:textId="412D2FB4" w:rsidR="00EF7F2A" w:rsidRPr="0077324A" w:rsidRDefault="005C51D4" w:rsidP="00DC3A23">
            <w:pPr>
              <w:spacing w:before="240" w:after="80"/>
              <w:rPr>
                <w:lang w:val="ru-RU"/>
              </w:rPr>
            </w:pPr>
            <w:r w:rsidRPr="0077324A">
              <w:rPr>
                <w:rFonts w:ascii="Arial" w:hAnsi="Arial"/>
                <w:color w:val="2C3E50"/>
                <w:sz w:val="20"/>
                <w:lang w:val="ru-RU"/>
              </w:rPr>
              <w:t xml:space="preserve">• Очищение/Тонизация: </w:t>
            </w:r>
            <w:sdt>
              <w:sdtPr>
                <w:rPr>
                  <w:rStyle w:val="aff8"/>
                </w:rPr>
                <w:id w:val="515973514"/>
                <w:placeholder>
                  <w:docPart w:val="DefaultPlaceholder_-1854013440"/>
                </w:placeholder>
                <w:showingPlcHdr/>
                <w:text/>
              </w:sdtPr>
              <w:sdtEndPr>
                <w:rPr>
                  <w:rStyle w:val="a2"/>
                  <w:rFonts w:ascii="Arial" w:hAnsi="Arial"/>
                  <w:color w:val="2C3E50"/>
                  <w:sz w:val="20"/>
                  <w:lang w:val="ru-RU"/>
                </w:rPr>
              </w:sdtEndPr>
              <w:sdtContent>
                <w:r w:rsidR="00A538BB" w:rsidRPr="00A538BB">
                  <w:rPr>
                    <w:rStyle w:val="aff9"/>
                    <w:lang w:val="ru-RU"/>
                  </w:rPr>
                  <w:t>Место для ввода текста.</w:t>
                </w:r>
              </w:sdtContent>
            </w:sdt>
            <w:r w:rsidR="00DC3A23" w:rsidRPr="0077324A">
              <w:rPr>
                <w:rFonts w:ascii="Arial" w:hAnsi="Arial"/>
                <w:color w:val="2C3E50"/>
                <w:sz w:val="20"/>
                <w:lang w:val="ru-RU"/>
              </w:rPr>
              <w:t>•</w:t>
            </w:r>
            <w:r w:rsidRPr="0077324A">
              <w:rPr>
                <w:rFonts w:ascii="Arial" w:hAnsi="Arial"/>
                <w:color w:val="2C3E50"/>
                <w:sz w:val="20"/>
                <w:lang w:val="ru-RU"/>
              </w:rPr>
              <w:t xml:space="preserve"> Дневной уход (Лицо/Тело): </w:t>
            </w:r>
            <w:sdt>
              <w:sdtPr>
                <w:rPr>
                  <w:rStyle w:val="aff8"/>
                </w:rPr>
                <w:id w:val="-682977561"/>
                <w:placeholder>
                  <w:docPart w:val="DefaultPlaceholder_-1854013440"/>
                </w:placeholder>
                <w:showingPlcHdr/>
                <w:text/>
              </w:sdtPr>
              <w:sdtEndPr>
                <w:rPr>
                  <w:rStyle w:val="a2"/>
                  <w:rFonts w:ascii="Arial" w:hAnsi="Arial"/>
                  <w:color w:val="2C3E50"/>
                  <w:sz w:val="20"/>
                  <w:lang w:val="ru-RU"/>
                </w:rPr>
              </w:sdtEndPr>
              <w:sdtContent>
                <w:r w:rsidR="00A538BB" w:rsidRPr="00A538BB">
                  <w:rPr>
                    <w:rStyle w:val="aff9"/>
                    <w:lang w:val="ru-RU"/>
                  </w:rPr>
                  <w:t>Место для ввода текста.</w:t>
                </w:r>
              </w:sdtContent>
            </w:sdt>
          </w:p>
          <w:p w14:paraId="1CB6A970" w14:textId="223E943E" w:rsidR="00EF7F2A" w:rsidRPr="0077324A" w:rsidRDefault="005C51D4" w:rsidP="00DC3A23">
            <w:pPr>
              <w:spacing w:before="240" w:after="80"/>
              <w:rPr>
                <w:lang w:val="ru-RU"/>
              </w:rPr>
            </w:pPr>
            <w:r w:rsidRPr="0077324A">
              <w:rPr>
                <w:rFonts w:ascii="Arial" w:hAnsi="Arial"/>
                <w:color w:val="2C3E50"/>
                <w:sz w:val="20"/>
                <w:lang w:val="ru-RU"/>
              </w:rPr>
              <w:t xml:space="preserve">• Сыворотка/Активатор: </w:t>
            </w:r>
            <w:sdt>
              <w:sdtPr>
                <w:rPr>
                  <w:rStyle w:val="aff8"/>
                </w:rPr>
                <w:id w:val="663513834"/>
                <w:placeholder>
                  <w:docPart w:val="DefaultPlaceholder_-1854013440"/>
                </w:placeholder>
                <w:showingPlcHdr/>
                <w:text/>
              </w:sdtPr>
              <w:sdtEndPr>
                <w:rPr>
                  <w:rStyle w:val="a2"/>
                  <w:rFonts w:ascii="Arial" w:hAnsi="Arial"/>
                  <w:color w:val="2C3E50"/>
                  <w:sz w:val="20"/>
                  <w:lang w:val="ru-RU"/>
                </w:rPr>
              </w:sdtEndPr>
              <w:sdtContent>
                <w:r w:rsidR="00A538BB" w:rsidRPr="00A538BB">
                  <w:rPr>
                    <w:rStyle w:val="aff9"/>
                    <w:lang w:val="ru-RU"/>
                  </w:rPr>
                  <w:t>Место для ввода текста.</w:t>
                </w:r>
              </w:sdtContent>
            </w:sdt>
            <w:r w:rsidR="00DC3A23" w:rsidRPr="0077324A">
              <w:rPr>
                <w:rFonts w:ascii="Arial" w:hAnsi="Arial"/>
                <w:color w:val="2C3E50"/>
                <w:sz w:val="20"/>
                <w:lang w:val="ru-RU"/>
              </w:rPr>
              <w:t>•</w:t>
            </w:r>
            <w:r w:rsidRPr="0077324A">
              <w:rPr>
                <w:rFonts w:ascii="Arial" w:hAnsi="Arial"/>
                <w:color w:val="2C3E50"/>
                <w:sz w:val="20"/>
                <w:lang w:val="ru-RU"/>
              </w:rPr>
              <w:t xml:space="preserve"> Ночной/Специальный уход: </w:t>
            </w:r>
            <w:sdt>
              <w:sdtPr>
                <w:rPr>
                  <w:rStyle w:val="aff8"/>
                </w:rPr>
                <w:id w:val="2084554974"/>
                <w:placeholder>
                  <w:docPart w:val="DefaultPlaceholder_-1854013440"/>
                </w:placeholder>
                <w:showingPlcHdr/>
                <w:text/>
              </w:sdtPr>
              <w:sdtEndPr>
                <w:rPr>
                  <w:rStyle w:val="a2"/>
                  <w:rFonts w:ascii="Arial" w:hAnsi="Arial"/>
                  <w:color w:val="2C3E50"/>
                  <w:sz w:val="20"/>
                  <w:lang w:val="ru-RU"/>
                </w:rPr>
              </w:sdtEndPr>
              <w:sdtContent>
                <w:r w:rsidR="00A538BB" w:rsidRPr="00A538BB">
                  <w:rPr>
                    <w:rStyle w:val="aff9"/>
                    <w:lang w:val="ru-RU"/>
                  </w:rPr>
                  <w:t>Место для ввода текста.</w:t>
                </w:r>
              </w:sdtContent>
            </w:sdt>
          </w:p>
          <w:p w14:paraId="268EEA4E" w14:textId="3152D9C0" w:rsidR="00EF7F2A" w:rsidRPr="0077324A" w:rsidRDefault="005C51D4" w:rsidP="00DC3A23">
            <w:pPr>
              <w:spacing w:before="240" w:after="80"/>
              <w:rPr>
                <w:lang w:val="ru-RU"/>
              </w:rPr>
            </w:pPr>
            <w:r w:rsidRPr="0077324A">
              <w:rPr>
                <w:rFonts w:ascii="Arial" w:hAnsi="Arial"/>
                <w:color w:val="2C3E50"/>
                <w:sz w:val="20"/>
                <w:lang w:val="ru-RU"/>
              </w:rPr>
              <w:t xml:space="preserve">Рекомендованная дата поддерживающего сеанса / повторного курса: «» </w:t>
            </w:r>
            <w:sdt>
              <w:sdtPr>
                <w:rPr>
                  <w:rStyle w:val="aff8"/>
                </w:rPr>
                <w:id w:val="1418510950"/>
                <w:placeholder>
                  <w:docPart w:val="DefaultPlaceholder_-1854013440"/>
                </w:placeholder>
                <w:showingPlcHdr/>
                <w:text/>
              </w:sdtPr>
              <w:sdtEndPr>
                <w:rPr>
                  <w:rStyle w:val="aff8"/>
                </w:rPr>
              </w:sdtEndPr>
              <w:sdtContent>
                <w:r w:rsidR="001964AA" w:rsidRPr="001964AA">
                  <w:rPr>
                    <w:rStyle w:val="aff9"/>
                    <w:lang w:val="ru-RU"/>
                  </w:rPr>
                  <w:t>Место для ввода текста.</w:t>
                </w:r>
              </w:sdtContent>
            </w:sdt>
            <w:r w:rsidRPr="0077324A">
              <w:rPr>
                <w:rFonts w:ascii="Arial" w:hAnsi="Arial"/>
                <w:color w:val="2C3E50"/>
                <w:sz w:val="20"/>
                <w:lang w:val="ru-RU"/>
              </w:rPr>
              <w:t xml:space="preserve"> 20 г.</w:t>
            </w:r>
          </w:p>
          <w:p w14:paraId="53BF8A27" w14:textId="77777777" w:rsidR="00EF7F2A" w:rsidRPr="0077324A" w:rsidRDefault="005C51D4" w:rsidP="00DC3A23">
            <w:pPr>
              <w:spacing w:before="240" w:after="80"/>
              <w:rPr>
                <w:lang w:val="ru-RU"/>
              </w:rPr>
            </w:pPr>
            <w:r w:rsidRPr="0077324A">
              <w:rPr>
                <w:rFonts w:ascii="Arial" w:hAnsi="Arial"/>
                <w:color w:val="2C3E50"/>
                <w:sz w:val="20"/>
                <w:lang w:val="ru-RU"/>
              </w:rPr>
              <w:t>Спа-терапевт (подпись): _______________________    Гость (подпись): _______________________</w:t>
            </w:r>
          </w:p>
        </w:tc>
      </w:tr>
      <w:tr w:rsidR="00A538BB" w:rsidRPr="009E2A80" w14:paraId="4ED05DC9" w14:textId="77777777">
        <w:trPr>
          <w:jc w:val="center"/>
        </w:trPr>
        <w:tc>
          <w:tcPr>
            <w:tcW w:w="10512" w:type="dxa"/>
            <w:tcBorders>
              <w:left w:val="single" w:sz="24" w:space="0" w:color="16A085"/>
            </w:tcBorders>
            <w:shd w:val="clear" w:color="auto" w:fill="F2F9F6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053B4B9C" w14:textId="77777777" w:rsidR="00A538BB" w:rsidRPr="00C2428B" w:rsidRDefault="00A538BB" w:rsidP="00C2428B">
            <w:pPr>
              <w:spacing w:after="120"/>
              <w:jc w:val="center"/>
              <w:rPr>
                <w:rFonts w:ascii="Georgia" w:hAnsi="Georgia"/>
                <w:b/>
                <w:color w:val="0B5345"/>
                <w:sz w:val="24"/>
                <w:szCs w:val="24"/>
                <w:lang w:val="ru-RU"/>
              </w:rPr>
            </w:pPr>
          </w:p>
        </w:tc>
      </w:tr>
    </w:tbl>
    <w:p w14:paraId="56DCAA28" w14:textId="5E719763" w:rsidR="00EF7F2A" w:rsidRPr="00A465FE" w:rsidRDefault="00EF7F2A" w:rsidP="00A465FE">
      <w:pPr>
        <w:spacing w:after="80"/>
        <w:rPr>
          <w:sz w:val="2"/>
          <w:szCs w:val="2"/>
          <w:lang w:val="ru-RU"/>
        </w:rPr>
      </w:pPr>
      <w:bookmarkStart w:id="0" w:name="_GoBack"/>
      <w:bookmarkEnd w:id="0"/>
    </w:p>
    <w:sectPr w:rsidR="00EF7F2A" w:rsidRPr="00A465FE" w:rsidSect="00AA5CA6">
      <w:pgSz w:w="12240" w:h="15840"/>
      <w:pgMar w:top="284" w:right="352" w:bottom="284" w:left="3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4503A"/>
    <w:rsid w:val="0015074B"/>
    <w:rsid w:val="001964AA"/>
    <w:rsid w:val="0029639D"/>
    <w:rsid w:val="002A3B47"/>
    <w:rsid w:val="00326F90"/>
    <w:rsid w:val="00543DE2"/>
    <w:rsid w:val="00554E67"/>
    <w:rsid w:val="005C51D4"/>
    <w:rsid w:val="005E5930"/>
    <w:rsid w:val="0077324A"/>
    <w:rsid w:val="009E2A80"/>
    <w:rsid w:val="00A465FE"/>
    <w:rsid w:val="00A538BB"/>
    <w:rsid w:val="00A801F0"/>
    <w:rsid w:val="00AA1D8D"/>
    <w:rsid w:val="00AA5CA6"/>
    <w:rsid w:val="00B47730"/>
    <w:rsid w:val="00C2428B"/>
    <w:rsid w:val="00C62543"/>
    <w:rsid w:val="00CA7867"/>
    <w:rsid w:val="00CB0664"/>
    <w:rsid w:val="00DC3A23"/>
    <w:rsid w:val="00E8242A"/>
    <w:rsid w:val="00EF7F2A"/>
    <w:rsid w:val="00FB64EF"/>
    <w:rsid w:val="00FC693F"/>
    <w:rsid w:val="00FD0C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6485083B-F978-4E8B-91DA-938AEF0A85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14">
    <w:name w:val="Стиль1"/>
    <w:basedOn w:val="a2"/>
    <w:uiPriority w:val="1"/>
    <w:rsid w:val="00AA5CA6"/>
    <w:rPr>
      <w:sz w:val="28"/>
    </w:rPr>
  </w:style>
  <w:style w:type="character" w:customStyle="1" w:styleId="aff8">
    <w:name w:val="Стиль чекбокс Гер"/>
    <w:basedOn w:val="a2"/>
    <w:uiPriority w:val="1"/>
    <w:qFormat/>
    <w:rsid w:val="00AA5CA6"/>
    <w:rPr>
      <w:color w:val="4F6228" w:themeColor="accent3" w:themeShade="80"/>
      <w:sz w:val="28"/>
    </w:rPr>
  </w:style>
  <w:style w:type="character" w:styleId="aff9">
    <w:name w:val="Placeholder Text"/>
    <w:basedOn w:val="a2"/>
    <w:uiPriority w:val="99"/>
    <w:semiHidden/>
    <w:rsid w:val="002A3B4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5C81F17981D3453AB229CC5DC02A9EF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D9CFCF2-59FE-4BC0-9FA6-81C5C0DB4E50}"/>
      </w:docPartPr>
      <w:docPartBody>
        <w:p w:rsidR="00550C3C" w:rsidRDefault="00365DA6" w:rsidP="00365DA6">
          <w:pPr>
            <w:pStyle w:val="5C81F17981D3453AB229CC5DC02A9EFD"/>
          </w:pPr>
          <w:r w:rsidRPr="00AE0F99">
            <w:rPr>
              <w:rStyle w:val="a3"/>
            </w:rPr>
            <w:t>Место для ввода текста.</w:t>
          </w:r>
        </w:p>
      </w:docPartBody>
    </w:docPart>
    <w:docPart>
      <w:docPartPr>
        <w:name w:val="94587E1637544439AA3139102FB43D1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CE08CF4-E2EB-4177-8333-8B7D822924BD}"/>
      </w:docPartPr>
      <w:docPartBody>
        <w:p w:rsidR="00550C3C" w:rsidRDefault="00365DA6" w:rsidP="00365DA6">
          <w:pPr>
            <w:pStyle w:val="94587E1637544439AA3139102FB43D16"/>
          </w:pPr>
          <w:r w:rsidRPr="00AE0F99">
            <w:rPr>
              <w:rStyle w:val="a3"/>
            </w:rPr>
            <w:t>Место для ввода текста.</w:t>
          </w:r>
        </w:p>
      </w:docPartBody>
    </w:docPart>
    <w:docPart>
      <w:docPartPr>
        <w:name w:val="CA0EA9CDE06D49619DCEA5533357D3E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422132E-C6FD-41ED-8665-760C79C81AFD}"/>
      </w:docPartPr>
      <w:docPartBody>
        <w:p w:rsidR="00550C3C" w:rsidRDefault="00365DA6" w:rsidP="00365DA6">
          <w:pPr>
            <w:pStyle w:val="CA0EA9CDE06D49619DCEA5533357D3E1"/>
          </w:pPr>
          <w:r w:rsidRPr="00AE0F99">
            <w:rPr>
              <w:rStyle w:val="a3"/>
            </w:rPr>
            <w:t>Место для ввода текста.</w:t>
          </w:r>
        </w:p>
      </w:docPartBody>
    </w:docPart>
    <w:docPart>
      <w:docPartPr>
        <w:name w:val="E87D85C1304445F5807E8C823B0B16B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6D669D8-6E96-45C8-A0F2-FC8413A8BE90}"/>
      </w:docPartPr>
      <w:docPartBody>
        <w:p w:rsidR="00550C3C" w:rsidRDefault="00365DA6" w:rsidP="00365DA6">
          <w:pPr>
            <w:pStyle w:val="E87D85C1304445F5807E8C823B0B16BE"/>
          </w:pPr>
          <w:r w:rsidRPr="00AE0F99">
            <w:rPr>
              <w:rStyle w:val="a3"/>
            </w:rPr>
            <w:t>Место для ввода текста.</w:t>
          </w:r>
        </w:p>
      </w:docPartBody>
    </w:docPart>
    <w:docPart>
      <w:docPartPr>
        <w:name w:val="09BC2B36D1144ED5BEE439FACD7481C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AA081C8-8222-4281-8AC5-378B8D65E891}"/>
      </w:docPartPr>
      <w:docPartBody>
        <w:p w:rsidR="00550C3C" w:rsidRDefault="00365DA6" w:rsidP="00365DA6">
          <w:pPr>
            <w:pStyle w:val="09BC2B36D1144ED5BEE439FACD7481C2"/>
          </w:pPr>
          <w:r w:rsidRPr="00AE0F99">
            <w:rPr>
              <w:rStyle w:val="a3"/>
            </w:rPr>
            <w:t>Место для ввода текста.</w:t>
          </w:r>
        </w:p>
      </w:docPartBody>
    </w:docPart>
    <w:docPart>
      <w:docPartPr>
        <w:name w:val="F9F5E5C01BAF4A5FBED0CE627E6EB4B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0265E67-22E6-42EA-BB50-E524A943CDD6}"/>
      </w:docPartPr>
      <w:docPartBody>
        <w:p w:rsidR="00550C3C" w:rsidRDefault="00365DA6" w:rsidP="00365DA6">
          <w:pPr>
            <w:pStyle w:val="F9F5E5C01BAF4A5FBED0CE627E6EB4B5"/>
          </w:pPr>
          <w:r w:rsidRPr="00AE0F99">
            <w:rPr>
              <w:rStyle w:val="a3"/>
            </w:rPr>
            <w:t>Место для ввода текста.</w:t>
          </w:r>
        </w:p>
      </w:docPartBody>
    </w:docPart>
    <w:docPart>
      <w:docPartPr>
        <w:name w:val="71DD0237581F4D3EAD4EDF5AAB32F6F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D9456B3-4183-4205-BE2C-D5AF4B7D2D4B}"/>
      </w:docPartPr>
      <w:docPartBody>
        <w:p w:rsidR="00550C3C" w:rsidRDefault="00365DA6" w:rsidP="00365DA6">
          <w:pPr>
            <w:pStyle w:val="71DD0237581F4D3EAD4EDF5AAB32F6F5"/>
          </w:pPr>
          <w:r w:rsidRPr="00AE0F99">
            <w:rPr>
              <w:rStyle w:val="a3"/>
            </w:rPr>
            <w:t>Место для ввода текста.</w:t>
          </w:r>
        </w:p>
      </w:docPartBody>
    </w:docPart>
    <w:docPart>
      <w:docPartPr>
        <w:name w:val="F7B8B98F55FD4531970DA0F9FF82FA1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0166714-8767-4D1D-8455-577F9EA25EE4}"/>
      </w:docPartPr>
      <w:docPartBody>
        <w:p w:rsidR="00550C3C" w:rsidRDefault="00365DA6" w:rsidP="00365DA6">
          <w:pPr>
            <w:pStyle w:val="F7B8B98F55FD4531970DA0F9FF82FA1B"/>
          </w:pPr>
          <w:r w:rsidRPr="00AE0F99">
            <w:rPr>
              <w:rStyle w:val="a3"/>
            </w:rPr>
            <w:t>Место для ввода текста.</w:t>
          </w:r>
        </w:p>
      </w:docPartBody>
    </w:docPart>
    <w:docPart>
      <w:docPartPr>
        <w:name w:val="518AFB7F4EC04C618CAACB342A3F074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ED0445B-5BC7-4669-AAF2-AE6728FF9505}"/>
      </w:docPartPr>
      <w:docPartBody>
        <w:p w:rsidR="00550C3C" w:rsidRDefault="00365DA6" w:rsidP="00365DA6">
          <w:pPr>
            <w:pStyle w:val="518AFB7F4EC04C618CAACB342A3F074E"/>
          </w:pPr>
          <w:r w:rsidRPr="00AE0F99">
            <w:rPr>
              <w:rStyle w:val="a3"/>
            </w:rPr>
            <w:t>Место для ввода текста.</w:t>
          </w:r>
        </w:p>
      </w:docPartBody>
    </w:docPart>
    <w:docPart>
      <w:docPartPr>
        <w:name w:val="2EA93998B6E34B908339FF0EF9EBE70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8B35D63-761D-4D67-954D-6D2E24DCB1BB}"/>
      </w:docPartPr>
      <w:docPartBody>
        <w:p w:rsidR="00550C3C" w:rsidRDefault="00365DA6" w:rsidP="00365DA6">
          <w:pPr>
            <w:pStyle w:val="2EA93998B6E34B908339FF0EF9EBE708"/>
          </w:pPr>
          <w:r w:rsidRPr="00AE0F99">
            <w:rPr>
              <w:rStyle w:val="a3"/>
            </w:rPr>
            <w:t>Место для ввода текста.</w:t>
          </w:r>
        </w:p>
      </w:docPartBody>
    </w:docPart>
    <w:docPart>
      <w:docPartPr>
        <w:name w:val="4478982DCF2A4239A149E7F2B107E8D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3F8413A-1F5E-48B3-B638-DA6890EE11E3}"/>
      </w:docPartPr>
      <w:docPartBody>
        <w:p w:rsidR="00550C3C" w:rsidRDefault="00365DA6" w:rsidP="00365DA6">
          <w:pPr>
            <w:pStyle w:val="4478982DCF2A4239A149E7F2B107E8D6"/>
          </w:pPr>
          <w:r w:rsidRPr="00AE0F99">
            <w:rPr>
              <w:rStyle w:val="a3"/>
            </w:rPr>
            <w:t>Место для ввода текста.</w:t>
          </w:r>
        </w:p>
      </w:docPartBody>
    </w:docPart>
    <w:docPart>
      <w:docPartPr>
        <w:name w:val="C65D841CD0994B82BD788C92C345CF8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E446C28-2110-421B-A82B-0180C99E63DA}"/>
      </w:docPartPr>
      <w:docPartBody>
        <w:p w:rsidR="00550C3C" w:rsidRDefault="00365DA6" w:rsidP="00365DA6">
          <w:pPr>
            <w:pStyle w:val="C65D841CD0994B82BD788C92C345CF85"/>
          </w:pPr>
          <w:r w:rsidRPr="00AE0F99">
            <w:rPr>
              <w:rStyle w:val="a3"/>
            </w:rPr>
            <w:t>Место для ввода текста.</w:t>
          </w:r>
        </w:p>
      </w:docPartBody>
    </w:docPart>
    <w:docPart>
      <w:docPartPr>
        <w:name w:val="4FCE33BC206D41C1B750BB2A171C46D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F53E146-F198-4264-9399-9466DC10F5DB}"/>
      </w:docPartPr>
      <w:docPartBody>
        <w:p w:rsidR="00550C3C" w:rsidRDefault="00365DA6" w:rsidP="00365DA6">
          <w:pPr>
            <w:pStyle w:val="4FCE33BC206D41C1B750BB2A171C46DA"/>
          </w:pPr>
          <w:r w:rsidRPr="00AE0F99">
            <w:rPr>
              <w:rStyle w:val="a3"/>
            </w:rPr>
            <w:t>Место для ввода текста.</w:t>
          </w:r>
        </w:p>
      </w:docPartBody>
    </w:docPart>
    <w:docPart>
      <w:docPartPr>
        <w:name w:val="045859241C2B4394A80C045762C3C52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1F8B982-2681-46AC-8C1A-44AEFE067AC7}"/>
      </w:docPartPr>
      <w:docPartBody>
        <w:p w:rsidR="00550C3C" w:rsidRDefault="00365DA6" w:rsidP="00365DA6">
          <w:pPr>
            <w:pStyle w:val="045859241C2B4394A80C045762C3C52B"/>
          </w:pPr>
          <w:r w:rsidRPr="00AE0F99">
            <w:rPr>
              <w:rStyle w:val="a3"/>
            </w:rPr>
            <w:t>Место для ввода текста.</w:t>
          </w:r>
        </w:p>
      </w:docPartBody>
    </w:docPart>
    <w:docPart>
      <w:docPartPr>
        <w:name w:val="5B454DEB33874C88B88327491673135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E44774B-0810-4526-AE71-67BF655BBBEB}"/>
      </w:docPartPr>
      <w:docPartBody>
        <w:p w:rsidR="00550C3C" w:rsidRDefault="00365DA6" w:rsidP="00365DA6">
          <w:pPr>
            <w:pStyle w:val="5B454DEB33874C88B88327491673135F"/>
          </w:pPr>
          <w:r w:rsidRPr="00AE0F99">
            <w:rPr>
              <w:rStyle w:val="a3"/>
            </w:rPr>
            <w:t>Место для ввода текста.</w:t>
          </w:r>
        </w:p>
      </w:docPartBody>
    </w:docPart>
    <w:docPart>
      <w:docPartPr>
        <w:name w:val="3A2DC2EB88894C8E8D738D074E0FCAF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94383BE-4A80-4749-9594-41057E1DA1BD}"/>
      </w:docPartPr>
      <w:docPartBody>
        <w:p w:rsidR="00550C3C" w:rsidRDefault="00365DA6" w:rsidP="00365DA6">
          <w:pPr>
            <w:pStyle w:val="3A2DC2EB88894C8E8D738D074E0FCAF6"/>
          </w:pPr>
          <w:r w:rsidRPr="00AE0F99">
            <w:rPr>
              <w:rStyle w:val="a3"/>
            </w:rPr>
            <w:t>Место для ввода текста.</w:t>
          </w:r>
        </w:p>
      </w:docPartBody>
    </w:docPart>
    <w:docPart>
      <w:docPartPr>
        <w:name w:val="13FBB924B5194FF8B0D2D0CD21DDE24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12C993C-3654-46CD-9077-02AF06CC7EFE}"/>
      </w:docPartPr>
      <w:docPartBody>
        <w:p w:rsidR="00550C3C" w:rsidRDefault="00365DA6" w:rsidP="00365DA6">
          <w:pPr>
            <w:pStyle w:val="13FBB924B5194FF8B0D2D0CD21DDE248"/>
          </w:pPr>
          <w:r w:rsidRPr="00AE0F99">
            <w:rPr>
              <w:rStyle w:val="a3"/>
            </w:rPr>
            <w:t>Место для ввода текста.</w:t>
          </w:r>
        </w:p>
      </w:docPartBody>
    </w:docPart>
    <w:docPart>
      <w:docPartPr>
        <w:name w:val="538C7EF7EFA24F0FAC7A17614827501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639FC1C-2A29-410F-9B36-334C82E08406}"/>
      </w:docPartPr>
      <w:docPartBody>
        <w:p w:rsidR="00550C3C" w:rsidRDefault="00365DA6" w:rsidP="00365DA6">
          <w:pPr>
            <w:pStyle w:val="538C7EF7EFA24F0FAC7A176148275015"/>
          </w:pPr>
          <w:r w:rsidRPr="00AE0F99">
            <w:rPr>
              <w:rStyle w:val="a3"/>
            </w:rPr>
            <w:t>Место для ввода текста.</w:t>
          </w:r>
        </w:p>
      </w:docPartBody>
    </w:docPart>
    <w:docPart>
      <w:docPartPr>
        <w:name w:val="CE20EC0ED2C04C838D9D88D11E0C601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0267FF1-C5DD-44C1-B59F-B93B22560403}"/>
      </w:docPartPr>
      <w:docPartBody>
        <w:p w:rsidR="00550C3C" w:rsidRDefault="00365DA6" w:rsidP="00365DA6">
          <w:pPr>
            <w:pStyle w:val="CE20EC0ED2C04C838D9D88D11E0C6010"/>
          </w:pPr>
          <w:r w:rsidRPr="00AE0F99">
            <w:rPr>
              <w:rStyle w:val="a3"/>
            </w:rPr>
            <w:t>Место для ввода текста.</w:t>
          </w:r>
        </w:p>
      </w:docPartBody>
    </w:docPart>
    <w:docPart>
      <w:docPartPr>
        <w:name w:val="8535ABBF24D54F219A1620D533B46DD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32B70BB-CD69-4B43-BD6F-64640FBCCE25}"/>
      </w:docPartPr>
      <w:docPartBody>
        <w:p w:rsidR="00550C3C" w:rsidRDefault="00365DA6" w:rsidP="00365DA6">
          <w:pPr>
            <w:pStyle w:val="8535ABBF24D54F219A1620D533B46DD5"/>
          </w:pPr>
          <w:r w:rsidRPr="00AE0F99">
            <w:rPr>
              <w:rStyle w:val="a3"/>
            </w:rPr>
            <w:t>Место для ввода текста.</w:t>
          </w:r>
        </w:p>
      </w:docPartBody>
    </w:docPart>
    <w:docPart>
      <w:docPartPr>
        <w:name w:val="1BD0A7C391CE4E74800D9962FF4F0C0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5536D01-CF48-4DAC-81F5-41CC13CB96E6}"/>
      </w:docPartPr>
      <w:docPartBody>
        <w:p w:rsidR="00550C3C" w:rsidRDefault="00365DA6" w:rsidP="00365DA6">
          <w:pPr>
            <w:pStyle w:val="1BD0A7C391CE4E74800D9962FF4F0C00"/>
          </w:pPr>
          <w:r w:rsidRPr="00AE0F99">
            <w:rPr>
              <w:rStyle w:val="a3"/>
            </w:rPr>
            <w:t>Место для ввода текста.</w:t>
          </w:r>
        </w:p>
      </w:docPartBody>
    </w:docPart>
    <w:docPart>
      <w:docPartPr>
        <w:name w:val="863C8DCBF05347D7A9DF6A43F29E2FE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318CB12-52E2-46E3-B88A-CA0E30410841}"/>
      </w:docPartPr>
      <w:docPartBody>
        <w:p w:rsidR="00550C3C" w:rsidRDefault="00365DA6" w:rsidP="00365DA6">
          <w:pPr>
            <w:pStyle w:val="863C8DCBF05347D7A9DF6A43F29E2FE1"/>
          </w:pPr>
          <w:r w:rsidRPr="00AE0F99">
            <w:rPr>
              <w:rStyle w:val="a3"/>
            </w:rPr>
            <w:t>Место для ввода текста.</w:t>
          </w:r>
        </w:p>
      </w:docPartBody>
    </w:docPart>
    <w:docPart>
      <w:docPartPr>
        <w:name w:val="FAB6D2BCFB0F4C6A91DF12F3178A943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F2D9F1E-7897-4804-8254-F8588D6AFD4F}"/>
      </w:docPartPr>
      <w:docPartBody>
        <w:p w:rsidR="00550C3C" w:rsidRDefault="00365DA6" w:rsidP="00365DA6">
          <w:pPr>
            <w:pStyle w:val="FAB6D2BCFB0F4C6A91DF12F3178A943B"/>
          </w:pPr>
          <w:r w:rsidRPr="00AE0F99">
            <w:rPr>
              <w:rStyle w:val="a3"/>
            </w:rPr>
            <w:t>Место для ввода текста.</w:t>
          </w:r>
        </w:p>
      </w:docPartBody>
    </w:docPart>
    <w:docPart>
      <w:docPartPr>
        <w:name w:val="FB164DB8CEA145408BB89B1C67EE4D2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55AD48A-8463-4FB8-B335-5E876B743F99}"/>
      </w:docPartPr>
      <w:docPartBody>
        <w:p w:rsidR="00550C3C" w:rsidRDefault="00365DA6" w:rsidP="00365DA6">
          <w:pPr>
            <w:pStyle w:val="FB164DB8CEA145408BB89B1C67EE4D2A"/>
          </w:pPr>
          <w:r w:rsidRPr="00AE0F99">
            <w:rPr>
              <w:rStyle w:val="a3"/>
            </w:rPr>
            <w:t>Место для ввода текста.</w:t>
          </w:r>
        </w:p>
      </w:docPartBody>
    </w:docPart>
    <w:docPart>
      <w:docPartPr>
        <w:name w:val="B0D6BDEC9A3D418AA61DAD4DEFD0442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5F9D4C0-1DD2-41E0-933B-A68AB475A8DB}"/>
      </w:docPartPr>
      <w:docPartBody>
        <w:p w:rsidR="00550C3C" w:rsidRDefault="00365DA6" w:rsidP="00365DA6">
          <w:pPr>
            <w:pStyle w:val="B0D6BDEC9A3D418AA61DAD4DEFD0442B"/>
          </w:pPr>
          <w:r w:rsidRPr="00AE0F99">
            <w:rPr>
              <w:rStyle w:val="a3"/>
            </w:rPr>
            <w:t>Место для ввода текста.</w:t>
          </w:r>
        </w:p>
      </w:docPartBody>
    </w:docPart>
    <w:docPart>
      <w:docPartPr>
        <w:name w:val="5EE8053A10EF4EE6A596520051AA3B9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A8B8666-12DF-4765-A5CD-CC9976A7EA07}"/>
      </w:docPartPr>
      <w:docPartBody>
        <w:p w:rsidR="00550C3C" w:rsidRDefault="00365DA6" w:rsidP="00365DA6">
          <w:pPr>
            <w:pStyle w:val="5EE8053A10EF4EE6A596520051AA3B93"/>
          </w:pPr>
          <w:r w:rsidRPr="00AE0F99">
            <w:rPr>
              <w:rStyle w:val="a3"/>
            </w:rPr>
            <w:t>Место для ввода текста.</w:t>
          </w:r>
        </w:p>
      </w:docPartBody>
    </w:docPart>
    <w:docPart>
      <w:docPartPr>
        <w:name w:val="60218D7DA90E4453BEC7D617A4AFC14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539AD5A-D407-41A1-8321-AE23BC8692F7}"/>
      </w:docPartPr>
      <w:docPartBody>
        <w:p w:rsidR="00550C3C" w:rsidRDefault="00365DA6" w:rsidP="00365DA6">
          <w:pPr>
            <w:pStyle w:val="60218D7DA90E4453BEC7D617A4AFC140"/>
          </w:pPr>
          <w:r w:rsidRPr="00AE0F99">
            <w:rPr>
              <w:rStyle w:val="a3"/>
            </w:rPr>
            <w:t>Место для ввода текста.</w:t>
          </w:r>
        </w:p>
      </w:docPartBody>
    </w:docPart>
    <w:docPart>
      <w:docPartPr>
        <w:name w:val="0ADDFF35B600413C86B1D5C969FBCF5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FDC3502-4D05-4A4F-9FD6-79FE5ED5C34A}"/>
      </w:docPartPr>
      <w:docPartBody>
        <w:p w:rsidR="00550C3C" w:rsidRDefault="00365DA6" w:rsidP="00365DA6">
          <w:pPr>
            <w:pStyle w:val="0ADDFF35B600413C86B1D5C969FBCF54"/>
          </w:pPr>
          <w:r w:rsidRPr="00AE0F99">
            <w:rPr>
              <w:rStyle w:val="a3"/>
            </w:rPr>
            <w:t>Место для ввода текста.</w:t>
          </w:r>
        </w:p>
      </w:docPartBody>
    </w:docPart>
    <w:docPart>
      <w:docPartPr>
        <w:name w:val="0F69A8034D9C44338E4BB9AB1B35562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3CA4395-98C3-47A0-9A8A-82CDF8DA5D6D}"/>
      </w:docPartPr>
      <w:docPartBody>
        <w:p w:rsidR="00550C3C" w:rsidRDefault="00365DA6" w:rsidP="00365DA6">
          <w:pPr>
            <w:pStyle w:val="0F69A8034D9C44338E4BB9AB1B35562A"/>
          </w:pPr>
          <w:r w:rsidRPr="00AE0F99">
            <w:rPr>
              <w:rStyle w:val="a3"/>
            </w:rPr>
            <w:t>Место для ввода текста.</w:t>
          </w:r>
        </w:p>
      </w:docPartBody>
    </w:docPart>
    <w:docPart>
      <w:docPartPr>
        <w:name w:val="99A7F83F07284037ACFBB2661D38D12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02F2287-914B-4C78-9980-FF3D499154C2}"/>
      </w:docPartPr>
      <w:docPartBody>
        <w:p w:rsidR="00550C3C" w:rsidRDefault="00365DA6" w:rsidP="00365DA6">
          <w:pPr>
            <w:pStyle w:val="99A7F83F07284037ACFBB2661D38D121"/>
          </w:pPr>
          <w:r w:rsidRPr="00AE0F99">
            <w:rPr>
              <w:rStyle w:val="a3"/>
            </w:rPr>
            <w:t>Место для ввода текста.</w:t>
          </w:r>
        </w:p>
      </w:docPartBody>
    </w:docPart>
    <w:docPart>
      <w:docPartPr>
        <w:name w:val="F3A9D80D32214CAFAFF3B75C2735852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94931D5-E924-42E7-8DCE-B46A3584D3C3}"/>
      </w:docPartPr>
      <w:docPartBody>
        <w:p w:rsidR="00550C3C" w:rsidRDefault="00365DA6" w:rsidP="00365DA6">
          <w:pPr>
            <w:pStyle w:val="F3A9D80D32214CAFAFF3B75C2735852D"/>
          </w:pPr>
          <w:r w:rsidRPr="00AE0F99">
            <w:rPr>
              <w:rStyle w:val="a3"/>
            </w:rPr>
            <w:t>Место для ввода текста.</w:t>
          </w:r>
        </w:p>
      </w:docPartBody>
    </w:docPart>
    <w:docPart>
      <w:docPartPr>
        <w:name w:val="F0845FA5DA1A42F88A4670C97B5AAC9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623BB69-99FA-42FA-ACEC-8D4159A63F91}"/>
      </w:docPartPr>
      <w:docPartBody>
        <w:p w:rsidR="00550C3C" w:rsidRDefault="00365DA6" w:rsidP="00365DA6">
          <w:pPr>
            <w:pStyle w:val="F0845FA5DA1A42F88A4670C97B5AAC91"/>
          </w:pPr>
          <w:r w:rsidRPr="00AE0F99">
            <w:rPr>
              <w:rStyle w:val="a3"/>
            </w:rPr>
            <w:t>Место для ввода текста.</w:t>
          </w:r>
        </w:p>
      </w:docPartBody>
    </w:docPart>
    <w:docPart>
      <w:docPartPr>
        <w:name w:val="056936B46F474B0AB645D04A5E26144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16E02F3-687E-46B3-9570-717B95D84150}"/>
      </w:docPartPr>
      <w:docPartBody>
        <w:p w:rsidR="00550C3C" w:rsidRDefault="00365DA6" w:rsidP="00365DA6">
          <w:pPr>
            <w:pStyle w:val="056936B46F474B0AB645D04A5E26144D"/>
          </w:pPr>
          <w:r w:rsidRPr="00AE0F99">
            <w:rPr>
              <w:rStyle w:val="a3"/>
            </w:rPr>
            <w:t>Место для ввода текста.</w:t>
          </w:r>
        </w:p>
      </w:docPartBody>
    </w:docPart>
    <w:docPart>
      <w:docPartPr>
        <w:name w:val="E2736ECAA6F2492BB73E7CDDD56B616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455B631-4387-4009-AB2F-7BF1F52ADD30}"/>
      </w:docPartPr>
      <w:docPartBody>
        <w:p w:rsidR="00550C3C" w:rsidRDefault="00365DA6" w:rsidP="00365DA6">
          <w:pPr>
            <w:pStyle w:val="E2736ECAA6F2492BB73E7CDDD56B6162"/>
          </w:pPr>
          <w:r w:rsidRPr="00AE0F99">
            <w:rPr>
              <w:rStyle w:val="a3"/>
            </w:rPr>
            <w:t>Место для ввода текста.</w:t>
          </w:r>
        </w:p>
      </w:docPartBody>
    </w:docPart>
    <w:docPart>
      <w:docPartPr>
        <w:name w:val="E1019899319A4292ABBB26BB7D94CA9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2CA8A42-0E3B-4359-B38E-24B7078E3428}"/>
      </w:docPartPr>
      <w:docPartBody>
        <w:p w:rsidR="00550C3C" w:rsidRDefault="00365DA6" w:rsidP="00365DA6">
          <w:pPr>
            <w:pStyle w:val="E1019899319A4292ABBB26BB7D94CA9B"/>
          </w:pPr>
          <w:r w:rsidRPr="00AE0F99">
            <w:rPr>
              <w:rStyle w:val="a3"/>
            </w:rPr>
            <w:t>Место для ввода текста.</w:t>
          </w:r>
        </w:p>
      </w:docPartBody>
    </w:docPart>
    <w:docPart>
      <w:docPartPr>
        <w:name w:val="5FDBA24272F64FB7B30968A45578552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23CB2D3-CA81-4897-95D5-DAA72C4C1067}"/>
      </w:docPartPr>
      <w:docPartBody>
        <w:p w:rsidR="00550C3C" w:rsidRDefault="00365DA6" w:rsidP="00365DA6">
          <w:pPr>
            <w:pStyle w:val="5FDBA24272F64FB7B30968A455785527"/>
          </w:pPr>
          <w:r w:rsidRPr="00AE0F99">
            <w:rPr>
              <w:rStyle w:val="a3"/>
            </w:rPr>
            <w:t>Место для ввода текста.</w:t>
          </w:r>
        </w:p>
      </w:docPartBody>
    </w:docPart>
    <w:docPart>
      <w:docPartPr>
        <w:name w:val="DDFBA7F4A2C5456087083C5EFA31580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1C6EB7C-F28B-479E-A4C3-0116C537AD9B}"/>
      </w:docPartPr>
      <w:docPartBody>
        <w:p w:rsidR="00550C3C" w:rsidRDefault="00365DA6" w:rsidP="00365DA6">
          <w:pPr>
            <w:pStyle w:val="DDFBA7F4A2C5456087083C5EFA315806"/>
          </w:pPr>
          <w:r w:rsidRPr="00AE0F99">
            <w:rPr>
              <w:rStyle w:val="a3"/>
            </w:rPr>
            <w:t>Место для ввода текста.</w:t>
          </w:r>
        </w:p>
      </w:docPartBody>
    </w:docPart>
    <w:docPart>
      <w:docPartPr>
        <w:name w:val="97A5FB0922DD44CD91F8BEF38787D05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6228EFE-79BB-4C22-8B65-1685B00B607D}"/>
      </w:docPartPr>
      <w:docPartBody>
        <w:p w:rsidR="00550C3C" w:rsidRDefault="00365DA6" w:rsidP="00365DA6">
          <w:pPr>
            <w:pStyle w:val="97A5FB0922DD44CD91F8BEF38787D05A"/>
          </w:pPr>
          <w:r w:rsidRPr="00AE0F99">
            <w:rPr>
              <w:rStyle w:val="a3"/>
            </w:rPr>
            <w:t>Место для ввода текста.</w:t>
          </w:r>
        </w:p>
      </w:docPartBody>
    </w:docPart>
    <w:docPart>
      <w:docPartPr>
        <w:name w:val="50E2497A258C44DC9E88347F5AE18A7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570BC5B-44DE-4272-B237-2497145ADC9C}"/>
      </w:docPartPr>
      <w:docPartBody>
        <w:p w:rsidR="00550C3C" w:rsidRDefault="00365DA6" w:rsidP="00365DA6">
          <w:pPr>
            <w:pStyle w:val="50E2497A258C44DC9E88347F5AE18A7D"/>
          </w:pPr>
          <w:r w:rsidRPr="00AE0F99">
            <w:rPr>
              <w:rStyle w:val="a3"/>
            </w:rPr>
            <w:t>Место для ввода текста.</w:t>
          </w:r>
        </w:p>
      </w:docPartBody>
    </w:docPart>
    <w:docPart>
      <w:docPartPr>
        <w:name w:val="B690E1DF992D420E93BEDAF04F95660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9B9950F-498C-4DDC-9CB6-2BA39E9346FF}"/>
      </w:docPartPr>
      <w:docPartBody>
        <w:p w:rsidR="00550C3C" w:rsidRDefault="00365DA6" w:rsidP="00365DA6">
          <w:pPr>
            <w:pStyle w:val="B690E1DF992D420E93BEDAF04F956608"/>
          </w:pPr>
          <w:r w:rsidRPr="00AE0F99">
            <w:rPr>
              <w:rStyle w:val="a3"/>
            </w:rPr>
            <w:t>Место для ввода текста.</w:t>
          </w:r>
        </w:p>
      </w:docPartBody>
    </w:docPart>
    <w:docPart>
      <w:docPartPr>
        <w:name w:val="39AE8A653BB9459A874EC857F8338CA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C2F8240-A159-4F00-B9A1-140167A5EE9D}"/>
      </w:docPartPr>
      <w:docPartBody>
        <w:p w:rsidR="00550C3C" w:rsidRDefault="00365DA6" w:rsidP="00365DA6">
          <w:pPr>
            <w:pStyle w:val="39AE8A653BB9459A874EC857F8338CA8"/>
          </w:pPr>
          <w:r w:rsidRPr="00AE0F99">
            <w:rPr>
              <w:rStyle w:val="a3"/>
            </w:rPr>
            <w:t>Место для ввода текста.</w:t>
          </w:r>
        </w:p>
      </w:docPartBody>
    </w:docPart>
    <w:docPart>
      <w:docPartPr>
        <w:name w:val="AEE75799A70B44249A1E0C878A08031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E458A88-AD09-410B-AC65-FE178B5DC1C9}"/>
      </w:docPartPr>
      <w:docPartBody>
        <w:p w:rsidR="00550C3C" w:rsidRDefault="00365DA6" w:rsidP="00365DA6">
          <w:pPr>
            <w:pStyle w:val="AEE75799A70B44249A1E0C878A080312"/>
          </w:pPr>
          <w:r w:rsidRPr="00AE0F99">
            <w:rPr>
              <w:rStyle w:val="a3"/>
            </w:rPr>
            <w:t>Место для ввода текста.</w:t>
          </w:r>
        </w:p>
      </w:docPartBody>
    </w:docPart>
    <w:docPart>
      <w:docPartPr>
        <w:name w:val="91A5EA2964DA4624B38A1F6D73D3E1D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2A62EC9-E27B-4E7B-B982-B030DB40354C}"/>
      </w:docPartPr>
      <w:docPartBody>
        <w:p w:rsidR="00550C3C" w:rsidRDefault="00365DA6" w:rsidP="00365DA6">
          <w:pPr>
            <w:pStyle w:val="91A5EA2964DA4624B38A1F6D73D3E1D2"/>
          </w:pPr>
          <w:r w:rsidRPr="00AE0F99">
            <w:rPr>
              <w:rStyle w:val="a3"/>
            </w:rPr>
            <w:t>Место для ввода текста.</w:t>
          </w:r>
        </w:p>
      </w:docPartBody>
    </w:docPart>
    <w:docPart>
      <w:docPartPr>
        <w:name w:val="5BA6AB5FE89E4964B9C41B30CB9F02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F7471C5-5422-4D8F-9C33-B30A38EE45A3}"/>
      </w:docPartPr>
      <w:docPartBody>
        <w:p w:rsidR="00550C3C" w:rsidRDefault="00365DA6" w:rsidP="00365DA6">
          <w:pPr>
            <w:pStyle w:val="5BA6AB5FE89E4964B9C41B30CB9F0246"/>
          </w:pPr>
          <w:r w:rsidRPr="00AE0F99">
            <w:rPr>
              <w:rStyle w:val="a3"/>
            </w:rPr>
            <w:t>Место для ввода текста.</w:t>
          </w:r>
        </w:p>
      </w:docPartBody>
    </w:docPart>
    <w:docPart>
      <w:docPartPr>
        <w:name w:val="1ECDC962A9074FA2A76E566DAE5D558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B092694-42FF-401F-8011-BC1D7113DC78}"/>
      </w:docPartPr>
      <w:docPartBody>
        <w:p w:rsidR="00550C3C" w:rsidRDefault="00365DA6" w:rsidP="00365DA6">
          <w:pPr>
            <w:pStyle w:val="1ECDC962A9074FA2A76E566DAE5D558A"/>
          </w:pPr>
          <w:r w:rsidRPr="00AE0F99">
            <w:rPr>
              <w:rStyle w:val="a3"/>
            </w:rPr>
            <w:t>Место для ввода текста.</w:t>
          </w:r>
        </w:p>
      </w:docPartBody>
    </w:docPart>
    <w:docPart>
      <w:docPartPr>
        <w:name w:val="6C8F132EB9884F8C97313AEAC1A51ED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49DFFD3-7E3B-4B0E-98E6-C2C576ACCBD3}"/>
      </w:docPartPr>
      <w:docPartBody>
        <w:p w:rsidR="00550C3C" w:rsidRDefault="00365DA6" w:rsidP="00365DA6">
          <w:pPr>
            <w:pStyle w:val="6C8F132EB9884F8C97313AEAC1A51ED9"/>
          </w:pPr>
          <w:r w:rsidRPr="00AE0F99">
            <w:rPr>
              <w:rStyle w:val="a3"/>
            </w:rPr>
            <w:t>Место для ввода текста.</w:t>
          </w:r>
        </w:p>
      </w:docPartBody>
    </w:docPart>
    <w:docPart>
      <w:docPartPr>
        <w:name w:val="C8DC1DE422EC4C2DA95E897ABD1D496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012A723-A258-4CAE-941B-E7554592E454}"/>
      </w:docPartPr>
      <w:docPartBody>
        <w:p w:rsidR="00550C3C" w:rsidRDefault="00365DA6" w:rsidP="00365DA6">
          <w:pPr>
            <w:pStyle w:val="C8DC1DE422EC4C2DA95E897ABD1D496B"/>
          </w:pPr>
          <w:r w:rsidRPr="00AE0F99">
            <w:rPr>
              <w:rStyle w:val="a3"/>
            </w:rPr>
            <w:t>Место для ввода текста.</w:t>
          </w:r>
        </w:p>
      </w:docPartBody>
    </w:docPart>
    <w:docPart>
      <w:docPartPr>
        <w:name w:val="33815329F4E14F158FB336F549AE615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77184D3-C4BD-4055-A74B-9A936C5A17E5}"/>
      </w:docPartPr>
      <w:docPartBody>
        <w:p w:rsidR="00550C3C" w:rsidRDefault="00365DA6" w:rsidP="00365DA6">
          <w:pPr>
            <w:pStyle w:val="33815329F4E14F158FB336F549AE6154"/>
          </w:pPr>
          <w:r w:rsidRPr="00AE0F99">
            <w:rPr>
              <w:rStyle w:val="a3"/>
            </w:rPr>
            <w:t>Место для ввода текста.</w:t>
          </w:r>
        </w:p>
      </w:docPartBody>
    </w:docPart>
    <w:docPart>
      <w:docPartPr>
        <w:name w:val="EB0BD72B79A24EF9BE148154FDCE0CE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FC9E0B0-1265-41AA-97CA-89A33A15A2E1}"/>
      </w:docPartPr>
      <w:docPartBody>
        <w:p w:rsidR="00550C3C" w:rsidRDefault="00365DA6" w:rsidP="00365DA6">
          <w:pPr>
            <w:pStyle w:val="EB0BD72B79A24EF9BE148154FDCE0CE3"/>
          </w:pPr>
          <w:r w:rsidRPr="00AE0F99">
            <w:rPr>
              <w:rStyle w:val="a3"/>
            </w:rPr>
            <w:t>Место для ввода текста.</w:t>
          </w:r>
        </w:p>
      </w:docPartBody>
    </w:docPart>
    <w:docPart>
      <w:docPartPr>
        <w:name w:val="2FD03E19E2E14183BFAE423716D3493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061DDA0-60B6-472A-A03C-0ED102FC2F80}"/>
      </w:docPartPr>
      <w:docPartBody>
        <w:p w:rsidR="00550C3C" w:rsidRDefault="00365DA6" w:rsidP="00365DA6">
          <w:pPr>
            <w:pStyle w:val="2FD03E19E2E14183BFAE423716D3493B"/>
          </w:pPr>
          <w:r w:rsidRPr="00AE0F99">
            <w:rPr>
              <w:rStyle w:val="a3"/>
            </w:rPr>
            <w:t>Место для ввода текста.</w:t>
          </w:r>
        </w:p>
      </w:docPartBody>
    </w:docPart>
    <w:docPart>
      <w:docPartPr>
        <w:name w:val="AD7B5CF300864F20A4B351F9589B5E7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1C9F931-15FC-44DE-A559-CDEFD13BE21A}"/>
      </w:docPartPr>
      <w:docPartBody>
        <w:p w:rsidR="00550C3C" w:rsidRDefault="00365DA6" w:rsidP="00365DA6">
          <w:pPr>
            <w:pStyle w:val="AD7B5CF300864F20A4B351F9589B5E73"/>
          </w:pPr>
          <w:r w:rsidRPr="00AE0F99">
            <w:rPr>
              <w:rStyle w:val="a3"/>
            </w:rPr>
            <w:t>Место для ввода текста.</w:t>
          </w:r>
        </w:p>
      </w:docPartBody>
    </w:docPart>
    <w:docPart>
      <w:docPartPr>
        <w:name w:val="CD89DC721B0C44EA9C1FD12882A25BA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3A9501-02DB-47BC-932C-E168F2C46207}"/>
      </w:docPartPr>
      <w:docPartBody>
        <w:p w:rsidR="00550C3C" w:rsidRDefault="00365DA6" w:rsidP="00365DA6">
          <w:pPr>
            <w:pStyle w:val="CD89DC721B0C44EA9C1FD12882A25BAD"/>
          </w:pPr>
          <w:r w:rsidRPr="00AE0F99">
            <w:rPr>
              <w:rStyle w:val="a3"/>
            </w:rPr>
            <w:t>Место для ввода текста.</w:t>
          </w:r>
        </w:p>
      </w:docPartBody>
    </w:docPart>
    <w:docPart>
      <w:docPartPr>
        <w:name w:val="62C9951B6DE140A08B92B8C7A2D6549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D8E100C-A031-4A7F-9B94-7D138FBE7C9D}"/>
      </w:docPartPr>
      <w:docPartBody>
        <w:p w:rsidR="00550C3C" w:rsidRDefault="00365DA6" w:rsidP="00365DA6">
          <w:pPr>
            <w:pStyle w:val="62C9951B6DE140A08B92B8C7A2D6549F"/>
          </w:pPr>
          <w:r w:rsidRPr="00AE0F99">
            <w:rPr>
              <w:rStyle w:val="a3"/>
            </w:rPr>
            <w:t>Место для ввода текста.</w:t>
          </w:r>
        </w:p>
      </w:docPartBody>
    </w:docPart>
    <w:docPart>
      <w:docPartPr>
        <w:name w:val="E25E0FA3F7244954B0496316B686A82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1027AF1-E2B5-40F2-A729-870230720138}"/>
      </w:docPartPr>
      <w:docPartBody>
        <w:p w:rsidR="00550C3C" w:rsidRDefault="00365DA6" w:rsidP="00365DA6">
          <w:pPr>
            <w:pStyle w:val="E25E0FA3F7244954B0496316B686A82E"/>
          </w:pPr>
          <w:r w:rsidRPr="00AE0F99">
            <w:rPr>
              <w:rStyle w:val="a3"/>
            </w:rPr>
            <w:t>Место для ввода текста.</w:t>
          </w:r>
        </w:p>
      </w:docPartBody>
    </w:docPart>
    <w:docPart>
      <w:docPartPr>
        <w:name w:val="6A170E2BFF9D470F8CD57E908CF4FAD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663E327-8304-4646-AA5E-9A939DF0BF16}"/>
      </w:docPartPr>
      <w:docPartBody>
        <w:p w:rsidR="00550C3C" w:rsidRDefault="00365DA6" w:rsidP="00365DA6">
          <w:pPr>
            <w:pStyle w:val="6A170E2BFF9D470F8CD57E908CF4FADF"/>
          </w:pPr>
          <w:r w:rsidRPr="00AE0F99">
            <w:rPr>
              <w:rStyle w:val="a3"/>
            </w:rPr>
            <w:t>Место для ввода текста.</w:t>
          </w:r>
        </w:p>
      </w:docPartBody>
    </w:docPart>
    <w:docPart>
      <w:docPartPr>
        <w:name w:val="8DC358CE807F450690D5B3B4341A0B7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8B20F1C-8761-4C1A-80E9-3DE19CCC7465}"/>
      </w:docPartPr>
      <w:docPartBody>
        <w:p w:rsidR="00550C3C" w:rsidRDefault="00365DA6" w:rsidP="00365DA6">
          <w:pPr>
            <w:pStyle w:val="8DC358CE807F450690D5B3B4341A0B70"/>
          </w:pPr>
          <w:r w:rsidRPr="00AE0F99">
            <w:rPr>
              <w:rStyle w:val="a3"/>
            </w:rPr>
            <w:t>Место для ввода текста.</w:t>
          </w:r>
        </w:p>
      </w:docPartBody>
    </w:docPart>
    <w:docPart>
      <w:docPartPr>
        <w:name w:val="3F2E360B0B7648C99F09903952DE7AA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0F2F0B2-7B40-402A-8764-8CD06ACE9B2C}"/>
      </w:docPartPr>
      <w:docPartBody>
        <w:p w:rsidR="00550C3C" w:rsidRDefault="00365DA6" w:rsidP="00365DA6">
          <w:pPr>
            <w:pStyle w:val="3F2E360B0B7648C99F09903952DE7AA1"/>
          </w:pPr>
          <w:r w:rsidRPr="00AE0F99">
            <w:rPr>
              <w:rStyle w:val="a3"/>
            </w:rPr>
            <w:t>Место для ввода текста.</w:t>
          </w:r>
        </w:p>
      </w:docPartBody>
    </w:docPart>
    <w:docPart>
      <w:docPartPr>
        <w:name w:val="06D40A0AE2654704A63FE9748A9712B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993DBEB-11F8-47BE-A64C-0E945E959AC5}"/>
      </w:docPartPr>
      <w:docPartBody>
        <w:p w:rsidR="00550C3C" w:rsidRDefault="00365DA6" w:rsidP="00365DA6">
          <w:pPr>
            <w:pStyle w:val="06D40A0AE2654704A63FE9748A9712B2"/>
          </w:pPr>
          <w:r w:rsidRPr="00AE0F99">
            <w:rPr>
              <w:rStyle w:val="a3"/>
            </w:rPr>
            <w:t>Место для ввода текста.</w:t>
          </w:r>
        </w:p>
      </w:docPartBody>
    </w:docPart>
    <w:docPart>
      <w:docPartPr>
        <w:name w:val="E9FDF13DB16F41C88FE0DFE67D5D872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5D891B2-06A3-4DC8-B823-4F117EA3B709}"/>
      </w:docPartPr>
      <w:docPartBody>
        <w:p w:rsidR="00550C3C" w:rsidRDefault="00365DA6" w:rsidP="00365DA6">
          <w:pPr>
            <w:pStyle w:val="E9FDF13DB16F41C88FE0DFE67D5D8728"/>
          </w:pPr>
          <w:r w:rsidRPr="00AE0F99">
            <w:rPr>
              <w:rStyle w:val="a3"/>
            </w:rPr>
            <w:t>Место для ввода текста.</w:t>
          </w:r>
        </w:p>
      </w:docPartBody>
    </w:docPart>
    <w:docPart>
      <w:docPartPr>
        <w:name w:val="1B59565E3C8345BE87744495EE269BF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A291F4F-FB37-413C-923A-81814EB737B3}"/>
      </w:docPartPr>
      <w:docPartBody>
        <w:p w:rsidR="00550C3C" w:rsidRDefault="00365DA6" w:rsidP="00365DA6">
          <w:pPr>
            <w:pStyle w:val="1B59565E3C8345BE87744495EE269BFD"/>
          </w:pPr>
          <w:r w:rsidRPr="00AE0F99">
            <w:rPr>
              <w:rStyle w:val="a3"/>
            </w:rPr>
            <w:t>Место для ввода текста.</w:t>
          </w:r>
        </w:p>
      </w:docPartBody>
    </w:docPart>
    <w:docPart>
      <w:docPartPr>
        <w:name w:val="31595EA6B1B54834A49CCC56C9DD155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C319521-43D9-4EA8-9011-6EF45529DDAD}"/>
      </w:docPartPr>
      <w:docPartBody>
        <w:p w:rsidR="00550C3C" w:rsidRDefault="00365DA6" w:rsidP="00365DA6">
          <w:pPr>
            <w:pStyle w:val="31595EA6B1B54834A49CCC56C9DD155E"/>
          </w:pPr>
          <w:r w:rsidRPr="00AE0F99">
            <w:rPr>
              <w:rStyle w:val="a3"/>
            </w:rPr>
            <w:t>Место для ввода текста.</w:t>
          </w:r>
        </w:p>
      </w:docPartBody>
    </w:docPart>
    <w:docPart>
      <w:docPartPr>
        <w:name w:val="5E1234F90017451B9F173AE7850C2CD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778F944-36D2-4E56-9FF6-C5D5CC7EB370}"/>
      </w:docPartPr>
      <w:docPartBody>
        <w:p w:rsidR="00550C3C" w:rsidRDefault="00365DA6" w:rsidP="00365DA6">
          <w:pPr>
            <w:pStyle w:val="5E1234F90017451B9F173AE7850C2CD2"/>
          </w:pPr>
          <w:r w:rsidRPr="00AE0F99">
            <w:rPr>
              <w:rStyle w:val="a3"/>
            </w:rPr>
            <w:t>Место для ввода текста.</w:t>
          </w:r>
        </w:p>
      </w:docPartBody>
    </w:docPart>
    <w:docPart>
      <w:docPartPr>
        <w:name w:val="642F4DE1290C47E896E914492A68F87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2845457-449F-48B5-B4B9-2301968802BC}"/>
      </w:docPartPr>
      <w:docPartBody>
        <w:p w:rsidR="00550C3C" w:rsidRDefault="00365DA6" w:rsidP="00365DA6">
          <w:pPr>
            <w:pStyle w:val="642F4DE1290C47E896E914492A68F878"/>
          </w:pPr>
          <w:r w:rsidRPr="00AE0F99">
            <w:rPr>
              <w:rStyle w:val="a3"/>
            </w:rPr>
            <w:t>Место для ввода текста.</w:t>
          </w:r>
        </w:p>
      </w:docPartBody>
    </w:docPart>
    <w:docPart>
      <w:docPartPr>
        <w:name w:val="861A4F0A14F94882B6F48722C8B60CA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C7A1267-DF15-41FE-BF26-8FAD6472D42B}"/>
      </w:docPartPr>
      <w:docPartBody>
        <w:p w:rsidR="00550C3C" w:rsidRDefault="00365DA6" w:rsidP="00365DA6">
          <w:pPr>
            <w:pStyle w:val="861A4F0A14F94882B6F48722C8B60CAC"/>
          </w:pPr>
          <w:r w:rsidRPr="00AE0F99">
            <w:rPr>
              <w:rStyle w:val="a3"/>
            </w:rPr>
            <w:t>Место для ввода текста.</w:t>
          </w:r>
        </w:p>
      </w:docPartBody>
    </w:docPart>
    <w:docPart>
      <w:docPartPr>
        <w:name w:val="99D32C3B924248E1ABF61C90DB31B95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AA17BA9-90A5-4CF2-8C9F-E7EF4191E59C}"/>
      </w:docPartPr>
      <w:docPartBody>
        <w:p w:rsidR="00550C3C" w:rsidRDefault="00365DA6" w:rsidP="00365DA6">
          <w:pPr>
            <w:pStyle w:val="99D32C3B924248E1ABF61C90DB31B956"/>
          </w:pPr>
          <w:r w:rsidRPr="00AE0F99">
            <w:rPr>
              <w:rStyle w:val="a3"/>
            </w:rPr>
            <w:t>Место для ввода текста.</w:t>
          </w:r>
        </w:p>
      </w:docPartBody>
    </w:docPart>
    <w:docPart>
      <w:docPartPr>
        <w:name w:val="D1B46D17810B4CF9B1693DA928495D1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F1FED30-1E19-42C5-96C2-F9A62DD11243}"/>
      </w:docPartPr>
      <w:docPartBody>
        <w:p w:rsidR="00550C3C" w:rsidRDefault="00365DA6" w:rsidP="00365DA6">
          <w:pPr>
            <w:pStyle w:val="D1B46D17810B4CF9B1693DA928495D15"/>
          </w:pPr>
          <w:r w:rsidRPr="00AE0F99">
            <w:rPr>
              <w:rStyle w:val="a3"/>
            </w:rPr>
            <w:t>Место для ввода текста.</w:t>
          </w:r>
        </w:p>
      </w:docPartBody>
    </w:docPart>
    <w:docPart>
      <w:docPartPr>
        <w:name w:val="BC426B25B87B47628107EBAE5C32441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5C56BAB-E954-46B3-9129-9FF262B7969B}"/>
      </w:docPartPr>
      <w:docPartBody>
        <w:p w:rsidR="00550C3C" w:rsidRDefault="00365DA6" w:rsidP="00365DA6">
          <w:pPr>
            <w:pStyle w:val="BC426B25B87B47628107EBAE5C32441C"/>
          </w:pPr>
          <w:r w:rsidRPr="00AE0F99">
            <w:rPr>
              <w:rStyle w:val="a3"/>
            </w:rPr>
            <w:t>Место для ввода текста.</w:t>
          </w:r>
        </w:p>
      </w:docPartBody>
    </w:docPart>
    <w:docPart>
      <w:docPartPr>
        <w:name w:val="DefaultPlaceholder_-185401344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D6DCF5B-2E31-4C7E-9CBF-38FF061AC952}"/>
      </w:docPartPr>
      <w:docPartBody>
        <w:p w:rsidR="00550C3C" w:rsidRDefault="00365DA6">
          <w:r w:rsidRPr="00720E61">
            <w:rPr>
              <w:rStyle w:val="a3"/>
            </w:rPr>
            <w:t>Место для ввода текста.</w:t>
          </w:r>
        </w:p>
      </w:docPartBody>
    </w:docPart>
    <w:docPart>
      <w:docPartPr>
        <w:name w:val="AB0844D2DE3D4AAEAD4C0D7393E1431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8C636F4-CE4B-4EFA-8ACD-40E8F8CD6ECB}"/>
      </w:docPartPr>
      <w:docPartBody>
        <w:p w:rsidR="009720A1" w:rsidRDefault="00550C3C" w:rsidP="00550C3C">
          <w:pPr>
            <w:pStyle w:val="AB0844D2DE3D4AAEAD4C0D7393E14310"/>
          </w:pPr>
          <w:r w:rsidRPr="002A3B47">
            <w:rPr>
              <w:rStyle w:val="a3"/>
              <w:lang w:val="ru-RU"/>
            </w:rPr>
            <w:t>Место для ввода текста.</w:t>
          </w:r>
        </w:p>
      </w:docPartBody>
    </w:docPart>
    <w:docPart>
      <w:docPartPr>
        <w:name w:val="1343B7BD9AEE43F1956B3C813DE537C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221BD07-95D9-4517-B85C-351BFEC978A9}"/>
      </w:docPartPr>
      <w:docPartBody>
        <w:p w:rsidR="009720A1" w:rsidRDefault="00550C3C" w:rsidP="00550C3C">
          <w:pPr>
            <w:pStyle w:val="1343B7BD9AEE43F1956B3C813DE537C9"/>
          </w:pPr>
          <w:r w:rsidRPr="002A3B47">
            <w:rPr>
              <w:rStyle w:val="a3"/>
              <w:lang w:val="ru-RU"/>
            </w:rPr>
            <w:t>Место для ввода текста.</w:t>
          </w:r>
        </w:p>
      </w:docPartBody>
    </w:docPart>
    <w:docPart>
      <w:docPartPr>
        <w:name w:val="A88276CAC6C040619629A331288F35C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B35854D-9BEF-4257-AA55-9E063CA0A777}"/>
      </w:docPartPr>
      <w:docPartBody>
        <w:p w:rsidR="009720A1" w:rsidRDefault="00550C3C" w:rsidP="00550C3C">
          <w:pPr>
            <w:pStyle w:val="A88276CAC6C040619629A331288F35C2"/>
          </w:pPr>
          <w:r w:rsidRPr="009E2A80">
            <w:rPr>
              <w:rStyle w:val="a3"/>
              <w:lang w:val="ru-RU"/>
            </w:rPr>
            <w:t>Место для ввода текста.</w:t>
          </w:r>
        </w:p>
      </w:docPartBody>
    </w:docPart>
    <w:docPart>
      <w:docPartPr>
        <w:name w:val="A259D279C8184149808815677B70A53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391EF70-0890-4493-B7BD-F94E15297807}"/>
      </w:docPartPr>
      <w:docPartBody>
        <w:p w:rsidR="009720A1" w:rsidRDefault="00550C3C" w:rsidP="00550C3C">
          <w:pPr>
            <w:pStyle w:val="A259D279C8184149808815677B70A531"/>
          </w:pPr>
          <w:r w:rsidRPr="009E2A80">
            <w:rPr>
              <w:rStyle w:val="a3"/>
              <w:lang w:val="ru-RU"/>
            </w:rPr>
            <w:t>Место для ввода текста.</w:t>
          </w:r>
        </w:p>
      </w:docPartBody>
    </w:docPart>
    <w:docPart>
      <w:docPartPr>
        <w:name w:val="DE03F30C0060401BA1657AB208EE485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158C345-6625-4B9E-9288-E2FECCC86D71}"/>
      </w:docPartPr>
      <w:docPartBody>
        <w:p w:rsidR="009720A1" w:rsidRDefault="00550C3C" w:rsidP="00550C3C">
          <w:pPr>
            <w:pStyle w:val="DE03F30C0060401BA1657AB208EE4858"/>
          </w:pPr>
          <w:r w:rsidRPr="009E2A80">
            <w:rPr>
              <w:rStyle w:val="a3"/>
              <w:lang w:val="ru-RU"/>
            </w:rPr>
            <w:t>Место для ввода текста.</w:t>
          </w:r>
        </w:p>
      </w:docPartBody>
    </w:docPart>
    <w:docPart>
      <w:docPartPr>
        <w:name w:val="7468D1A470F9484183B1652394B9278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223819B-AF90-4EAE-83D3-ED1F37FF28F7}"/>
      </w:docPartPr>
      <w:docPartBody>
        <w:p w:rsidR="009720A1" w:rsidRDefault="00550C3C" w:rsidP="00550C3C">
          <w:pPr>
            <w:pStyle w:val="7468D1A470F9484183B1652394B92783"/>
          </w:pPr>
          <w:r w:rsidRPr="009E2A80">
            <w:rPr>
              <w:rStyle w:val="a3"/>
              <w:lang w:val="ru-RU"/>
            </w:rPr>
            <w:t>Место для ввода текста.</w:t>
          </w:r>
        </w:p>
      </w:docPartBody>
    </w:docPart>
    <w:docPart>
      <w:docPartPr>
        <w:name w:val="00FC780691054766A74816B3FF49FD2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E19409B-0ED5-4D9C-B9E1-B3E196C05922}"/>
      </w:docPartPr>
      <w:docPartBody>
        <w:p w:rsidR="009720A1" w:rsidRDefault="00550C3C" w:rsidP="00550C3C">
          <w:pPr>
            <w:pStyle w:val="00FC780691054766A74816B3FF49FD25"/>
          </w:pPr>
          <w:r w:rsidRPr="009E2A80">
            <w:rPr>
              <w:rStyle w:val="a3"/>
              <w:lang w:val="ru-RU"/>
            </w:rPr>
            <w:t>Место для ввода текста.</w:t>
          </w:r>
        </w:p>
      </w:docPartBody>
    </w:docPart>
    <w:docPart>
      <w:docPartPr>
        <w:name w:val="5CA5121C9DCB413D8E01585E041148B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407BB10-F6AF-4238-8A3B-B8967FE1DD8B}"/>
      </w:docPartPr>
      <w:docPartBody>
        <w:p w:rsidR="009720A1" w:rsidRDefault="00550C3C" w:rsidP="00550C3C">
          <w:pPr>
            <w:pStyle w:val="5CA5121C9DCB413D8E01585E041148B5"/>
          </w:pPr>
          <w:r w:rsidRPr="009E2A80">
            <w:rPr>
              <w:rStyle w:val="a3"/>
              <w:lang w:val="ru-RU"/>
            </w:rPr>
            <w:t>Место для ввода текста.</w:t>
          </w:r>
        </w:p>
      </w:docPartBody>
    </w:docPart>
    <w:docPart>
      <w:docPartPr>
        <w:name w:val="3C95067364BF4FA5AA4702386F86CA9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207FBEA-50BF-4EB5-A495-7B65A197EA94}"/>
      </w:docPartPr>
      <w:docPartBody>
        <w:p w:rsidR="009720A1" w:rsidRDefault="00550C3C" w:rsidP="00550C3C">
          <w:pPr>
            <w:pStyle w:val="3C95067364BF4FA5AA4702386F86CA93"/>
          </w:pPr>
          <w:r w:rsidRPr="00A538BB">
            <w:rPr>
              <w:rStyle w:val="a3"/>
              <w:lang w:val="ru-RU"/>
            </w:rPr>
            <w:t>Место для ввода текста.</w:t>
          </w:r>
        </w:p>
      </w:docPartBody>
    </w:docPart>
    <w:docPart>
      <w:docPartPr>
        <w:name w:val="7B3D36F57647451D98B642820D51E5B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0FD5860-9221-4751-B9EE-F9FAE077062B}"/>
      </w:docPartPr>
      <w:docPartBody>
        <w:p w:rsidR="009720A1" w:rsidRDefault="00550C3C" w:rsidP="00550C3C">
          <w:pPr>
            <w:pStyle w:val="7B3D36F57647451D98B642820D51E5B6"/>
          </w:pPr>
          <w:r w:rsidRPr="00A538BB">
            <w:rPr>
              <w:rStyle w:val="a3"/>
              <w:lang w:val="ru-RU"/>
            </w:rPr>
            <w:t>Место для ввода текста.</w:t>
          </w:r>
        </w:p>
      </w:docPartBody>
    </w:docPart>
    <w:docPart>
      <w:docPartPr>
        <w:name w:val="434CAD5A06DA448FBCFDDCF907F2D72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A749DF8-7815-4492-B184-C32DA33AA980}"/>
      </w:docPartPr>
      <w:docPartBody>
        <w:p w:rsidR="009720A1" w:rsidRDefault="00550C3C" w:rsidP="00550C3C">
          <w:pPr>
            <w:pStyle w:val="434CAD5A06DA448FBCFDDCF907F2D72B"/>
          </w:pPr>
          <w:r w:rsidRPr="00A538BB">
            <w:rPr>
              <w:rStyle w:val="a3"/>
              <w:lang w:val="ru-RU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5DA6"/>
    <w:rsid w:val="00365DA6"/>
    <w:rsid w:val="003C5019"/>
    <w:rsid w:val="00550C3C"/>
    <w:rsid w:val="0073666B"/>
    <w:rsid w:val="009720A1"/>
    <w:rsid w:val="00D9105D"/>
    <w:rsid w:val="00E423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550C3C"/>
    <w:rPr>
      <w:color w:val="808080"/>
    </w:rPr>
  </w:style>
  <w:style w:type="paragraph" w:customStyle="1" w:styleId="5C81F17981D3453AB229CC5DC02A9EFD">
    <w:name w:val="5C81F17981D3453AB229CC5DC02A9EFD"/>
    <w:rsid w:val="00365DA6"/>
  </w:style>
  <w:style w:type="paragraph" w:customStyle="1" w:styleId="94587E1637544439AA3139102FB43D16">
    <w:name w:val="94587E1637544439AA3139102FB43D16"/>
    <w:rsid w:val="00365DA6"/>
  </w:style>
  <w:style w:type="paragraph" w:customStyle="1" w:styleId="CA0EA9CDE06D49619DCEA5533357D3E1">
    <w:name w:val="CA0EA9CDE06D49619DCEA5533357D3E1"/>
    <w:rsid w:val="00365DA6"/>
  </w:style>
  <w:style w:type="paragraph" w:customStyle="1" w:styleId="E87D85C1304445F5807E8C823B0B16BE">
    <w:name w:val="E87D85C1304445F5807E8C823B0B16BE"/>
    <w:rsid w:val="00365DA6"/>
  </w:style>
  <w:style w:type="paragraph" w:customStyle="1" w:styleId="09BC2B36D1144ED5BEE439FACD7481C2">
    <w:name w:val="09BC2B36D1144ED5BEE439FACD7481C2"/>
    <w:rsid w:val="00365DA6"/>
  </w:style>
  <w:style w:type="paragraph" w:customStyle="1" w:styleId="F9F5E5C01BAF4A5FBED0CE627E6EB4B5">
    <w:name w:val="F9F5E5C01BAF4A5FBED0CE627E6EB4B5"/>
    <w:rsid w:val="00365DA6"/>
  </w:style>
  <w:style w:type="paragraph" w:customStyle="1" w:styleId="71DD0237581F4D3EAD4EDF5AAB32F6F5">
    <w:name w:val="71DD0237581F4D3EAD4EDF5AAB32F6F5"/>
    <w:rsid w:val="00365DA6"/>
  </w:style>
  <w:style w:type="paragraph" w:customStyle="1" w:styleId="F7B8B98F55FD4531970DA0F9FF82FA1B">
    <w:name w:val="F7B8B98F55FD4531970DA0F9FF82FA1B"/>
    <w:rsid w:val="00365DA6"/>
  </w:style>
  <w:style w:type="paragraph" w:customStyle="1" w:styleId="518AFB7F4EC04C618CAACB342A3F074E">
    <w:name w:val="518AFB7F4EC04C618CAACB342A3F074E"/>
    <w:rsid w:val="00365DA6"/>
  </w:style>
  <w:style w:type="paragraph" w:customStyle="1" w:styleId="2EA93998B6E34B908339FF0EF9EBE708">
    <w:name w:val="2EA93998B6E34B908339FF0EF9EBE708"/>
    <w:rsid w:val="00365DA6"/>
  </w:style>
  <w:style w:type="paragraph" w:customStyle="1" w:styleId="4478982DCF2A4239A149E7F2B107E8D6">
    <w:name w:val="4478982DCF2A4239A149E7F2B107E8D6"/>
    <w:rsid w:val="00365DA6"/>
  </w:style>
  <w:style w:type="paragraph" w:customStyle="1" w:styleId="C65D841CD0994B82BD788C92C345CF85">
    <w:name w:val="C65D841CD0994B82BD788C92C345CF85"/>
    <w:rsid w:val="00365DA6"/>
  </w:style>
  <w:style w:type="paragraph" w:customStyle="1" w:styleId="4FCE33BC206D41C1B750BB2A171C46DA">
    <w:name w:val="4FCE33BC206D41C1B750BB2A171C46DA"/>
    <w:rsid w:val="00365DA6"/>
  </w:style>
  <w:style w:type="paragraph" w:customStyle="1" w:styleId="045859241C2B4394A80C045762C3C52B">
    <w:name w:val="045859241C2B4394A80C045762C3C52B"/>
    <w:rsid w:val="00365DA6"/>
  </w:style>
  <w:style w:type="paragraph" w:customStyle="1" w:styleId="5B454DEB33874C88B88327491673135F">
    <w:name w:val="5B454DEB33874C88B88327491673135F"/>
    <w:rsid w:val="00365DA6"/>
  </w:style>
  <w:style w:type="paragraph" w:customStyle="1" w:styleId="3A2DC2EB88894C8E8D738D074E0FCAF6">
    <w:name w:val="3A2DC2EB88894C8E8D738D074E0FCAF6"/>
    <w:rsid w:val="00365DA6"/>
  </w:style>
  <w:style w:type="paragraph" w:customStyle="1" w:styleId="13FBB924B5194FF8B0D2D0CD21DDE248">
    <w:name w:val="13FBB924B5194FF8B0D2D0CD21DDE248"/>
    <w:rsid w:val="00365DA6"/>
  </w:style>
  <w:style w:type="paragraph" w:customStyle="1" w:styleId="538C7EF7EFA24F0FAC7A176148275015">
    <w:name w:val="538C7EF7EFA24F0FAC7A176148275015"/>
    <w:rsid w:val="00365DA6"/>
  </w:style>
  <w:style w:type="paragraph" w:customStyle="1" w:styleId="CE20EC0ED2C04C838D9D88D11E0C6010">
    <w:name w:val="CE20EC0ED2C04C838D9D88D11E0C6010"/>
    <w:rsid w:val="00365DA6"/>
  </w:style>
  <w:style w:type="paragraph" w:customStyle="1" w:styleId="8535ABBF24D54F219A1620D533B46DD5">
    <w:name w:val="8535ABBF24D54F219A1620D533B46DD5"/>
    <w:rsid w:val="00365DA6"/>
  </w:style>
  <w:style w:type="paragraph" w:customStyle="1" w:styleId="1BD0A7C391CE4E74800D9962FF4F0C00">
    <w:name w:val="1BD0A7C391CE4E74800D9962FF4F0C00"/>
    <w:rsid w:val="00365DA6"/>
  </w:style>
  <w:style w:type="paragraph" w:customStyle="1" w:styleId="863C8DCBF05347D7A9DF6A43F29E2FE1">
    <w:name w:val="863C8DCBF05347D7A9DF6A43F29E2FE1"/>
    <w:rsid w:val="00365DA6"/>
  </w:style>
  <w:style w:type="paragraph" w:customStyle="1" w:styleId="FAB6D2BCFB0F4C6A91DF12F3178A943B">
    <w:name w:val="FAB6D2BCFB0F4C6A91DF12F3178A943B"/>
    <w:rsid w:val="00365DA6"/>
  </w:style>
  <w:style w:type="paragraph" w:customStyle="1" w:styleId="FB164DB8CEA145408BB89B1C67EE4D2A">
    <w:name w:val="FB164DB8CEA145408BB89B1C67EE4D2A"/>
    <w:rsid w:val="00365DA6"/>
  </w:style>
  <w:style w:type="paragraph" w:customStyle="1" w:styleId="5AC6EDBC9D25490682B72B4D2E86481B">
    <w:name w:val="5AC6EDBC9D25490682B72B4D2E86481B"/>
    <w:rsid w:val="00365DA6"/>
  </w:style>
  <w:style w:type="paragraph" w:customStyle="1" w:styleId="B0D6BDEC9A3D418AA61DAD4DEFD0442B">
    <w:name w:val="B0D6BDEC9A3D418AA61DAD4DEFD0442B"/>
    <w:rsid w:val="00365DA6"/>
  </w:style>
  <w:style w:type="paragraph" w:customStyle="1" w:styleId="5EE8053A10EF4EE6A596520051AA3B93">
    <w:name w:val="5EE8053A10EF4EE6A596520051AA3B93"/>
    <w:rsid w:val="00365DA6"/>
  </w:style>
  <w:style w:type="paragraph" w:customStyle="1" w:styleId="60218D7DA90E4453BEC7D617A4AFC140">
    <w:name w:val="60218D7DA90E4453BEC7D617A4AFC140"/>
    <w:rsid w:val="00365DA6"/>
  </w:style>
  <w:style w:type="paragraph" w:customStyle="1" w:styleId="0ADDFF35B600413C86B1D5C969FBCF54">
    <w:name w:val="0ADDFF35B600413C86B1D5C969FBCF54"/>
    <w:rsid w:val="00365DA6"/>
  </w:style>
  <w:style w:type="paragraph" w:customStyle="1" w:styleId="0F69A8034D9C44338E4BB9AB1B35562A">
    <w:name w:val="0F69A8034D9C44338E4BB9AB1B35562A"/>
    <w:rsid w:val="00365DA6"/>
  </w:style>
  <w:style w:type="paragraph" w:customStyle="1" w:styleId="99A7F83F07284037ACFBB2661D38D121">
    <w:name w:val="99A7F83F07284037ACFBB2661D38D121"/>
    <w:rsid w:val="00365DA6"/>
  </w:style>
  <w:style w:type="paragraph" w:customStyle="1" w:styleId="F3A9D80D32214CAFAFF3B75C2735852D">
    <w:name w:val="F3A9D80D32214CAFAFF3B75C2735852D"/>
    <w:rsid w:val="00365DA6"/>
  </w:style>
  <w:style w:type="paragraph" w:customStyle="1" w:styleId="F0845FA5DA1A42F88A4670C97B5AAC91">
    <w:name w:val="F0845FA5DA1A42F88A4670C97B5AAC91"/>
    <w:rsid w:val="00365DA6"/>
  </w:style>
  <w:style w:type="paragraph" w:customStyle="1" w:styleId="056936B46F474B0AB645D04A5E26144D">
    <w:name w:val="056936B46F474B0AB645D04A5E26144D"/>
    <w:rsid w:val="00365DA6"/>
  </w:style>
  <w:style w:type="paragraph" w:customStyle="1" w:styleId="E2736ECAA6F2492BB73E7CDDD56B6162">
    <w:name w:val="E2736ECAA6F2492BB73E7CDDD56B6162"/>
    <w:rsid w:val="00365DA6"/>
  </w:style>
  <w:style w:type="paragraph" w:customStyle="1" w:styleId="E1019899319A4292ABBB26BB7D94CA9B">
    <w:name w:val="E1019899319A4292ABBB26BB7D94CA9B"/>
    <w:rsid w:val="00365DA6"/>
  </w:style>
  <w:style w:type="paragraph" w:customStyle="1" w:styleId="5FDBA24272F64FB7B30968A455785527">
    <w:name w:val="5FDBA24272F64FB7B30968A455785527"/>
    <w:rsid w:val="00365DA6"/>
  </w:style>
  <w:style w:type="paragraph" w:customStyle="1" w:styleId="DDFBA7F4A2C5456087083C5EFA315806">
    <w:name w:val="DDFBA7F4A2C5456087083C5EFA315806"/>
    <w:rsid w:val="00365DA6"/>
  </w:style>
  <w:style w:type="paragraph" w:customStyle="1" w:styleId="97A5FB0922DD44CD91F8BEF38787D05A">
    <w:name w:val="97A5FB0922DD44CD91F8BEF38787D05A"/>
    <w:rsid w:val="00365DA6"/>
  </w:style>
  <w:style w:type="paragraph" w:customStyle="1" w:styleId="50E2497A258C44DC9E88347F5AE18A7D">
    <w:name w:val="50E2497A258C44DC9E88347F5AE18A7D"/>
    <w:rsid w:val="00365DA6"/>
  </w:style>
  <w:style w:type="paragraph" w:customStyle="1" w:styleId="B690E1DF992D420E93BEDAF04F956608">
    <w:name w:val="B690E1DF992D420E93BEDAF04F956608"/>
    <w:rsid w:val="00365DA6"/>
  </w:style>
  <w:style w:type="paragraph" w:customStyle="1" w:styleId="39AE8A653BB9459A874EC857F8338CA8">
    <w:name w:val="39AE8A653BB9459A874EC857F8338CA8"/>
    <w:rsid w:val="00365DA6"/>
  </w:style>
  <w:style w:type="paragraph" w:customStyle="1" w:styleId="AEE75799A70B44249A1E0C878A080312">
    <w:name w:val="AEE75799A70B44249A1E0C878A080312"/>
    <w:rsid w:val="00365DA6"/>
  </w:style>
  <w:style w:type="paragraph" w:customStyle="1" w:styleId="91A5EA2964DA4624B38A1F6D73D3E1D2">
    <w:name w:val="91A5EA2964DA4624B38A1F6D73D3E1D2"/>
    <w:rsid w:val="00365DA6"/>
  </w:style>
  <w:style w:type="paragraph" w:customStyle="1" w:styleId="5BA6AB5FE89E4964B9C41B30CB9F0246">
    <w:name w:val="5BA6AB5FE89E4964B9C41B30CB9F0246"/>
    <w:rsid w:val="00365DA6"/>
  </w:style>
  <w:style w:type="paragraph" w:customStyle="1" w:styleId="1ECDC962A9074FA2A76E566DAE5D558A">
    <w:name w:val="1ECDC962A9074FA2A76E566DAE5D558A"/>
    <w:rsid w:val="00365DA6"/>
  </w:style>
  <w:style w:type="paragraph" w:customStyle="1" w:styleId="6C8F132EB9884F8C97313AEAC1A51ED9">
    <w:name w:val="6C8F132EB9884F8C97313AEAC1A51ED9"/>
    <w:rsid w:val="00365DA6"/>
  </w:style>
  <w:style w:type="paragraph" w:customStyle="1" w:styleId="C8DC1DE422EC4C2DA95E897ABD1D496B">
    <w:name w:val="C8DC1DE422EC4C2DA95E897ABD1D496B"/>
    <w:rsid w:val="00365DA6"/>
  </w:style>
  <w:style w:type="paragraph" w:customStyle="1" w:styleId="33815329F4E14F158FB336F549AE6154">
    <w:name w:val="33815329F4E14F158FB336F549AE6154"/>
    <w:rsid w:val="00365DA6"/>
  </w:style>
  <w:style w:type="paragraph" w:customStyle="1" w:styleId="EB0BD72B79A24EF9BE148154FDCE0CE3">
    <w:name w:val="EB0BD72B79A24EF9BE148154FDCE0CE3"/>
    <w:rsid w:val="00365DA6"/>
  </w:style>
  <w:style w:type="paragraph" w:customStyle="1" w:styleId="2FD03E19E2E14183BFAE423716D3493B">
    <w:name w:val="2FD03E19E2E14183BFAE423716D3493B"/>
    <w:rsid w:val="00365DA6"/>
  </w:style>
  <w:style w:type="paragraph" w:customStyle="1" w:styleId="AD7B5CF300864F20A4B351F9589B5E73">
    <w:name w:val="AD7B5CF300864F20A4B351F9589B5E73"/>
    <w:rsid w:val="00365DA6"/>
  </w:style>
  <w:style w:type="paragraph" w:customStyle="1" w:styleId="CD89DC721B0C44EA9C1FD12882A25BAD">
    <w:name w:val="CD89DC721B0C44EA9C1FD12882A25BAD"/>
    <w:rsid w:val="00365DA6"/>
  </w:style>
  <w:style w:type="paragraph" w:customStyle="1" w:styleId="62C9951B6DE140A08B92B8C7A2D6549F">
    <w:name w:val="62C9951B6DE140A08B92B8C7A2D6549F"/>
    <w:rsid w:val="00365DA6"/>
  </w:style>
  <w:style w:type="paragraph" w:customStyle="1" w:styleId="E25E0FA3F7244954B0496316B686A82E">
    <w:name w:val="E25E0FA3F7244954B0496316B686A82E"/>
    <w:rsid w:val="00365DA6"/>
  </w:style>
  <w:style w:type="paragraph" w:customStyle="1" w:styleId="6A170E2BFF9D470F8CD57E908CF4FADF">
    <w:name w:val="6A170E2BFF9D470F8CD57E908CF4FADF"/>
    <w:rsid w:val="00365DA6"/>
  </w:style>
  <w:style w:type="paragraph" w:customStyle="1" w:styleId="8DC358CE807F450690D5B3B4341A0B70">
    <w:name w:val="8DC358CE807F450690D5B3B4341A0B70"/>
    <w:rsid w:val="00365DA6"/>
  </w:style>
  <w:style w:type="paragraph" w:customStyle="1" w:styleId="3F2E360B0B7648C99F09903952DE7AA1">
    <w:name w:val="3F2E360B0B7648C99F09903952DE7AA1"/>
    <w:rsid w:val="00365DA6"/>
  </w:style>
  <w:style w:type="paragraph" w:customStyle="1" w:styleId="FED5AF43567B4602AB357DF9337F5BFD">
    <w:name w:val="FED5AF43567B4602AB357DF9337F5BFD"/>
    <w:rsid w:val="00365DA6"/>
  </w:style>
  <w:style w:type="paragraph" w:customStyle="1" w:styleId="F4C756DB8E4B44CC8DABFC1035EBB660">
    <w:name w:val="F4C756DB8E4B44CC8DABFC1035EBB660"/>
    <w:rsid w:val="00365DA6"/>
  </w:style>
  <w:style w:type="paragraph" w:customStyle="1" w:styleId="3EC0F191BB524365983C8F3D9A9085C4">
    <w:name w:val="3EC0F191BB524365983C8F3D9A9085C4"/>
    <w:rsid w:val="00365DA6"/>
  </w:style>
  <w:style w:type="paragraph" w:customStyle="1" w:styleId="06D40A0AE2654704A63FE9748A9712B2">
    <w:name w:val="06D40A0AE2654704A63FE9748A9712B2"/>
    <w:rsid w:val="00365DA6"/>
  </w:style>
  <w:style w:type="paragraph" w:customStyle="1" w:styleId="E9FDF13DB16F41C88FE0DFE67D5D8728">
    <w:name w:val="E9FDF13DB16F41C88FE0DFE67D5D8728"/>
    <w:rsid w:val="00365DA6"/>
  </w:style>
  <w:style w:type="paragraph" w:customStyle="1" w:styleId="1B59565E3C8345BE87744495EE269BFD">
    <w:name w:val="1B59565E3C8345BE87744495EE269BFD"/>
    <w:rsid w:val="00365DA6"/>
  </w:style>
  <w:style w:type="paragraph" w:customStyle="1" w:styleId="31595EA6B1B54834A49CCC56C9DD155E">
    <w:name w:val="31595EA6B1B54834A49CCC56C9DD155E"/>
    <w:rsid w:val="00365DA6"/>
  </w:style>
  <w:style w:type="paragraph" w:customStyle="1" w:styleId="5E1234F90017451B9F173AE7850C2CD2">
    <w:name w:val="5E1234F90017451B9F173AE7850C2CD2"/>
    <w:rsid w:val="00365DA6"/>
  </w:style>
  <w:style w:type="paragraph" w:customStyle="1" w:styleId="642F4DE1290C47E896E914492A68F878">
    <w:name w:val="642F4DE1290C47E896E914492A68F878"/>
    <w:rsid w:val="00365DA6"/>
  </w:style>
  <w:style w:type="paragraph" w:customStyle="1" w:styleId="861A4F0A14F94882B6F48722C8B60CAC">
    <w:name w:val="861A4F0A14F94882B6F48722C8B60CAC"/>
    <w:rsid w:val="00365DA6"/>
  </w:style>
  <w:style w:type="paragraph" w:customStyle="1" w:styleId="99D32C3B924248E1ABF61C90DB31B956">
    <w:name w:val="99D32C3B924248E1ABF61C90DB31B956"/>
    <w:rsid w:val="00365DA6"/>
  </w:style>
  <w:style w:type="paragraph" w:customStyle="1" w:styleId="D1B46D17810B4CF9B1693DA928495D15">
    <w:name w:val="D1B46D17810B4CF9B1693DA928495D15"/>
    <w:rsid w:val="00365DA6"/>
  </w:style>
  <w:style w:type="paragraph" w:customStyle="1" w:styleId="BC426B25B87B47628107EBAE5C32441C">
    <w:name w:val="BC426B25B87B47628107EBAE5C32441C"/>
    <w:rsid w:val="00365DA6"/>
  </w:style>
  <w:style w:type="paragraph" w:customStyle="1" w:styleId="AB0844D2DE3D4AAEAD4C0D7393E14310">
    <w:name w:val="AB0844D2DE3D4AAEAD4C0D7393E14310"/>
    <w:rsid w:val="00550C3C"/>
    <w:pPr>
      <w:spacing w:after="200" w:line="276" w:lineRule="auto"/>
    </w:pPr>
    <w:rPr>
      <w:lang w:val="en-US" w:eastAsia="en-US"/>
    </w:rPr>
  </w:style>
  <w:style w:type="paragraph" w:customStyle="1" w:styleId="1343B7BD9AEE43F1956B3C813DE537C9">
    <w:name w:val="1343B7BD9AEE43F1956B3C813DE537C9"/>
    <w:rsid w:val="00550C3C"/>
    <w:pPr>
      <w:spacing w:after="200" w:line="276" w:lineRule="auto"/>
    </w:pPr>
    <w:rPr>
      <w:lang w:val="en-US" w:eastAsia="en-US"/>
    </w:rPr>
  </w:style>
  <w:style w:type="paragraph" w:customStyle="1" w:styleId="A88276CAC6C040619629A331288F35C2">
    <w:name w:val="A88276CAC6C040619629A331288F35C2"/>
    <w:rsid w:val="00550C3C"/>
    <w:pPr>
      <w:spacing w:after="200" w:line="276" w:lineRule="auto"/>
    </w:pPr>
    <w:rPr>
      <w:lang w:val="en-US" w:eastAsia="en-US"/>
    </w:rPr>
  </w:style>
  <w:style w:type="paragraph" w:customStyle="1" w:styleId="A259D279C8184149808815677B70A531">
    <w:name w:val="A259D279C8184149808815677B70A531"/>
    <w:rsid w:val="00550C3C"/>
    <w:pPr>
      <w:spacing w:after="200" w:line="276" w:lineRule="auto"/>
    </w:pPr>
    <w:rPr>
      <w:lang w:val="en-US" w:eastAsia="en-US"/>
    </w:rPr>
  </w:style>
  <w:style w:type="paragraph" w:customStyle="1" w:styleId="DE03F30C0060401BA1657AB208EE4858">
    <w:name w:val="DE03F30C0060401BA1657AB208EE4858"/>
    <w:rsid w:val="00550C3C"/>
    <w:pPr>
      <w:spacing w:after="200" w:line="276" w:lineRule="auto"/>
    </w:pPr>
    <w:rPr>
      <w:lang w:val="en-US" w:eastAsia="en-US"/>
    </w:rPr>
  </w:style>
  <w:style w:type="paragraph" w:customStyle="1" w:styleId="7468D1A470F9484183B1652394B92783">
    <w:name w:val="7468D1A470F9484183B1652394B92783"/>
    <w:rsid w:val="00550C3C"/>
    <w:pPr>
      <w:spacing w:after="200" w:line="276" w:lineRule="auto"/>
    </w:pPr>
    <w:rPr>
      <w:lang w:val="en-US" w:eastAsia="en-US"/>
    </w:rPr>
  </w:style>
  <w:style w:type="paragraph" w:customStyle="1" w:styleId="00FC780691054766A74816B3FF49FD25">
    <w:name w:val="00FC780691054766A74816B3FF49FD25"/>
    <w:rsid w:val="00550C3C"/>
    <w:pPr>
      <w:spacing w:after="200" w:line="276" w:lineRule="auto"/>
    </w:pPr>
    <w:rPr>
      <w:lang w:val="en-US" w:eastAsia="en-US"/>
    </w:rPr>
  </w:style>
  <w:style w:type="paragraph" w:customStyle="1" w:styleId="5CA5121C9DCB413D8E01585E041148B5">
    <w:name w:val="5CA5121C9DCB413D8E01585E041148B5"/>
    <w:rsid w:val="00550C3C"/>
    <w:pPr>
      <w:spacing w:after="200" w:line="276" w:lineRule="auto"/>
    </w:pPr>
    <w:rPr>
      <w:lang w:val="en-US" w:eastAsia="en-US"/>
    </w:rPr>
  </w:style>
  <w:style w:type="paragraph" w:customStyle="1" w:styleId="3C95067364BF4FA5AA4702386F86CA93">
    <w:name w:val="3C95067364BF4FA5AA4702386F86CA93"/>
    <w:rsid w:val="00550C3C"/>
    <w:pPr>
      <w:spacing w:after="200" w:line="276" w:lineRule="auto"/>
    </w:pPr>
    <w:rPr>
      <w:lang w:val="en-US" w:eastAsia="en-US"/>
    </w:rPr>
  </w:style>
  <w:style w:type="paragraph" w:customStyle="1" w:styleId="7B3D36F57647451D98B642820D51E5B6">
    <w:name w:val="7B3D36F57647451D98B642820D51E5B6"/>
    <w:rsid w:val="00550C3C"/>
    <w:pPr>
      <w:spacing w:after="200" w:line="276" w:lineRule="auto"/>
    </w:pPr>
    <w:rPr>
      <w:lang w:val="en-US" w:eastAsia="en-US"/>
    </w:rPr>
  </w:style>
  <w:style w:type="paragraph" w:customStyle="1" w:styleId="434CAD5A06DA448FBCFDDCF907F2D72B">
    <w:name w:val="434CAD5A06DA448FBCFDDCF907F2D72B"/>
    <w:rsid w:val="00550C3C"/>
    <w:pPr>
      <w:spacing w:after="200" w:line="276" w:lineRule="auto"/>
    </w:pPr>
    <w:rPr>
      <w:lang w:val="en-US"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E0E1F17-A94C-4145-9F63-AA26129764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1506</TotalTime>
  <Pages>5</Pages>
  <Words>731</Words>
  <Characters>4167</Characters>
  <Application>Microsoft Office Word</Application>
  <DocSecurity>0</DocSecurity>
  <Lines>34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4889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Admin</cp:lastModifiedBy>
  <cp:revision>18</cp:revision>
  <dcterms:created xsi:type="dcterms:W3CDTF">2026-10-08T13:53:00Z</dcterms:created>
  <dcterms:modified xsi:type="dcterms:W3CDTF">2026-10-11T13:20:00Z</dcterms:modified>
  <cp:category/>
</cp:coreProperties>
</file>